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(Романтика)</w:t>
      </w:r>
    </w:p>
    <w:p>
      <w:r>
        <w:br/>
        <w:t xml:space="preserve"> &lt;p&gt;"Цвітові яблуні"</w:t>
      </w:r>
    </w:p>
    <w:p>
      <w:r>
        <w:br/>
        <w:t>З далекого туману, з тихих озер загірної комуни шелестить шелест: то йде Марія. Я виходжу на безгранні поля, проходжу перевали і там, де жевріють кургани, похиляюсь на самотню пустельну скелю. Я дивлюсь в даль.— Тоді дума за думою, як амазонянки, джигітують навколо мене. Тоді все пропадає... Таємні вершники летять, ритмічно похитуючись, до отрогів, і гасне день; біжить у могилах дорога, а за нею — мовчазний степ... Я одкидаю вії і згадую... воістину моя мати — втілений прообраз тієї надзвичайної Марії, що стоїть на гранях невідомих віків. Моя мати — наївність, тиха жура і добрість безмежна. (Це я добре пам'ятаю!). І мій неможливий біль, і моя незносна мука тепліють у лампаді фанатизму перед цим прекрасним печальним образом.</w:t>
      </w:r>
    </w:p>
    <w:p>
      <w:r>
        <w:br/>
        <w:t>Мати каже, що я (її м'ятежний син) зовсім замучив себе... Тоді я беру її милу голову з нальотом сріблястої сивини і тихо кладу на свої груди... За вікном ішли росяні ранки і падали перламутри. Проходили неможливі дні. В далі з темного лісу брели подорожники й біля синьої криниці, де розлетілись дороги, де розбійний хрест, зупинялись. То — молоде загір'я.</w:t>
      </w:r>
    </w:p>
    <w:p>
      <w:r>
        <w:br/>
        <w:t>— Але минають ночі, шелестять вечори біля тополь, тополі відходять у шосейну безвість, а за ними — літа, роки і моя буйна юність. Тоді дні перед грозою. Там, за отрогами сизого боку, спалахують блискавиці і накипають, і піняться гори. Важкий душний грім ніяк не прорветься з Індії, зі сходу. І томиться природа в передгроззі. А втім, за хмарним накипом чути й інший гул — ...глуха канонада. Насуваються дві грози.</w:t>
      </w:r>
    </w:p>
    <w:p>
      <w:r>
        <w:br/>
        <w:t>— Тривога! — Мати каже, що вона поливала сьогодні м'яту, м'ята вмирає в тузі. Мати каже: "Надходить гроза!" І я бачу: в її очах стоять дві хрустальні росинки.</w:t>
      </w:r>
    </w:p>
    <w:p>
      <w:r>
        <w:br/>
        <w:t>І</w:t>
      </w:r>
    </w:p>
    <w:p>
      <w:r>
        <w:br/>
        <w:t>Атака за атакою. Шалено напирають ворожі полки. Тоді наша кавалерія з флангу, і йдуть фаланги інсургентів у контратаку, а гроза росте, і мої мислі — до неможливости натягнутий дріт.</w:t>
      </w:r>
    </w:p>
    <w:p>
      <w:r>
        <w:br/>
        <w:t>День і ніч я пропадаю в "чека".</w:t>
      </w:r>
    </w:p>
    <w:p>
      <w:r>
        <w:br/>
        <w:t>Помешкання наше — фантастичний палац: це будинок розстріляного шляхтича. Химерні портьєри, древні візерунки, портрети княжої фамілії. Все це дивиться на мене з усіх кінців мойого випадкового кабінету.</w:t>
      </w:r>
    </w:p>
    <w:p>
      <w:r>
        <w:br/>
        <w:t>Десь апарат військового телефону тягне свою печальну тривожну мелодію, що нагадує дальній вокзальний ріжок.</w:t>
      </w:r>
    </w:p>
    <w:p>
      <w:r>
        <w:br/>
        <w:t>На розкішній канапі сидить, підклавши під себе ноги, озброєний татарин і монотонне наспівує азіятське: "ала-ла-ла".</w:t>
      </w:r>
    </w:p>
    <w:p>
      <w:r>
        <w:br/>
        <w:t>Я дивлюсь на портрети: князь хмурить брови, княгиня — надменна зневага, княжата — в темряві столітніх дубів.</w:t>
      </w:r>
    </w:p>
    <w:p>
      <w:r>
        <w:br/>
        <w:t>І в цій надзвичайній суворості я відчуваю весь древній світ, всю безсилу грандіозність і красу третьої молодости минулих шляхетних літ.</w:t>
      </w:r>
    </w:p>
    <w:p>
      <w:r>
        <w:br/>
        <w:t>Це чіткий перламутр на бенкеті дикої голодної країни.</w:t>
      </w:r>
    </w:p>
    <w:p>
      <w:r>
        <w:br/>
        <w:t>І я, зовсім чужа людина, бандит — за одною термінологією, інсургент — за другою, я просто і ясно дивлюсь на ці портрети і в моїй душі нема й не буде гніву. І це зрозуміло:</w:t>
      </w:r>
    </w:p>
    <w:p>
      <w:r>
        <w:br/>
        <w:t>— я — чекіст, але і людина.</w:t>
      </w:r>
    </w:p>
    <w:p>
      <w:r>
        <w:br/>
        <w:t>Темної ночі, коли за вікном проходять міські вечори (маєток злетів на гору й царить над містом), коли сині димки здіймаються над цегельнею й обивателі, як миші,— за підворіття, у канареєчний замок, темної ночі в мойому надзвичайному кабінеті збираються мої товариші. Це новий синедріон, це чорний трибунал комуни.</w:t>
      </w:r>
    </w:p>
    <w:p>
      <w:r>
        <w:br/>
        <w:t>Тоді з кожного закутка дивиться справжня й воістину жахна смерть. Обиватель:</w:t>
      </w:r>
    </w:p>
    <w:p>
      <w:r>
        <w:br/>
        <w:t>— Тут засідає садизм!</w:t>
      </w:r>
    </w:p>
    <w:p>
      <w:r>
        <w:br/>
        <w:t>Я:</w:t>
      </w:r>
    </w:p>
    <w:p>
      <w:r>
        <w:br/>
        <w:t>— ...(мовчу).</w:t>
      </w:r>
    </w:p>
    <w:p>
      <w:r>
        <w:br/>
        <w:t>На міській башті за перевалом тривожно дзвенить мідь. То б'є годинник. З темного степу доноситься глуха канонада.</w:t>
      </w:r>
    </w:p>
    <w:p>
      <w:r>
        <w:br/>
        <w:t>Мої товариші сидять за широким столом, що з чорного дерева. Тиша. Тільки дальній вокзальний ріжок телефонного апарату знов тягне свою печальну, тривожну мелодію. Зрідка за вікном проходять інсургенти.</w:t>
      </w:r>
    </w:p>
    <w:p>
      <w:r>
        <w:br/>
        <w:t>Моїх товаришів легко пізнати:</w:t>
      </w:r>
    </w:p>
    <w:p>
      <w:r>
        <w:br/>
        <w:t>доктор Тагабат,</w:t>
      </w:r>
    </w:p>
    <w:p>
      <w:r>
        <w:br/>
        <w:t>Андрюша,</w:t>
      </w:r>
    </w:p>
    <w:p>
      <w:r>
        <w:br/>
        <w:t>третій — дегенерат (вірний вартовий на чатах).</w:t>
      </w:r>
    </w:p>
    <w:p>
      <w:r>
        <w:br/>
        <w:t>Чорний трибунал у повному складі.</w:t>
      </w:r>
    </w:p>
    <w:p>
      <w:r>
        <w:br/>
        <w:t>Я:</w:t>
      </w:r>
    </w:p>
    <w:p>
      <w:r>
        <w:br/>
        <w:t>— Увага! На порядку денному діло крамаря ікс!</w:t>
      </w:r>
    </w:p>
    <w:p>
      <w:r>
        <w:br/>
        <w:t>З давніх покоїв виходять льокаї і також, як і перед князями, схиляються, чітко дивляться на новий синедріон і ставлять на стіл чай. Потім нечутно зникають по оксамиту килимів у лабіринтах високих кімнат.</w:t>
      </w:r>
    </w:p>
    <w:p>
      <w:r>
        <w:br/>
        <w:t>Канделябр на дві свічі тускло горить. Світлу не сила досягти навіть чверти кабінету. У височині ледве манячить жирандоля. В городі — тьма. І тут — тьма: електричну станцію зірвано. Доктор Тагабат розвалився на широкій канапі вдалі від канделябра, і я бачу тільки білу лисину й надто високий лоб. За ним іще далі в тьму — вірний вартовий із дегенеративною будівлею черепа. Мені видно лише його трохи безумні очі, але я знаю:</w:t>
      </w:r>
    </w:p>
    <w:p>
      <w:r>
        <w:br/>
        <w:t>— у дегенерата — низенький лоб, чорна копа розкуйовдженого волосся й приплюснутий ніс. Мені він завжди нагадує каторжника, і я думаю, що він не раз мусів стояти у відділі кримінальної хроніки.</w:t>
      </w:r>
    </w:p>
    <w:p>
      <w:r>
        <w:br/>
        <w:t>Андрюша сидить праворуч мене з розгубленим обличчям і зрідка тривожно поглядає на доктора. Я знаю, в чому справа.</w:t>
      </w:r>
    </w:p>
    <w:p>
      <w:r>
        <w:br/>
        <w:t>Андрюшу, мого бідного Андрюшу, призначив цей неможливий ревком сюди, в "чека", проти його кволої волі. І Андрюша, цей невеселий комунар, коли треба енергійно розписатись під темною постановою —</w:t>
      </w:r>
    </w:p>
    <w:p>
      <w:r>
        <w:br/>
        <w:t>— "розстрілять",</w:t>
      </w:r>
    </w:p>
    <w:p>
      <w:r>
        <w:br/>
        <w:t>завше мнеться, завше розписується так:</w:t>
      </w:r>
    </w:p>
    <w:p>
      <w:r>
        <w:br/>
        <w:t>не ім'я і прізвище на суворому життьовому документі ставить, а зовсім незрозумілий, зовсім химерний, як хетейський ієрогліф, хвостик.</w:t>
      </w:r>
    </w:p>
    <w:p>
      <w:r>
        <w:br/>
        <w:t>Я:</w:t>
      </w:r>
    </w:p>
    <w:p>
      <w:r>
        <w:br/>
        <w:t>— Діло все. Докторе Тагабате, як ви гадаєте?</w:t>
      </w:r>
    </w:p>
    <w:p>
      <w:r>
        <w:br/>
        <w:t>Доктор (динамічно):</w:t>
      </w:r>
    </w:p>
    <w:p>
      <w:r>
        <w:br/>
        <w:t>— Розстрілять!</w:t>
      </w:r>
    </w:p>
    <w:p>
      <w:r>
        <w:br/>
        <w:t>Андрюша трохи перелякано дивиться на Тагабата й мнеться. Нарешті, тремтячи і непевним голосом, каже:</w:t>
      </w:r>
    </w:p>
    <w:p>
      <w:r>
        <w:br/>
        <w:t>— Я з вами, докторе, не згодний.</w:t>
      </w:r>
    </w:p>
    <w:p>
      <w:r>
        <w:br/>
        <w:t>— Ви зі мною не згодні? — і грохот хриплого реготу покотився в темні княжі покої.</w:t>
      </w:r>
    </w:p>
    <w:p>
      <w:r>
        <w:br/>
        <w:t>Я цього реготу чекав. Так завше було. Але й на цей раз здригаюсь і мені здається, що я йду в холодну трясовину. Прудкість моєї мислі доходить кульмінацій.</w:t>
      </w:r>
    </w:p>
    <w:p>
      <w:r>
        <w:br/>
        <w:t>І в той же момент раптом переді мною підводиться образ моєї матері...</w:t>
      </w:r>
    </w:p>
    <w:p>
      <w:r>
        <w:br/>
        <w:t>— ..."Розстрілять"???</w:t>
      </w:r>
    </w:p>
    <w:p>
      <w:r>
        <w:br/>
        <w:t>І мати тихо, зажурено дивиться на мене.</w:t>
      </w:r>
    </w:p>
    <w:p>
      <w:r>
        <w:br/>
        <w:t>...Знову на далекій міській башті за перевалом дзвенить мідь: то б'є годинник. Північна тьма. В шляхетний дім ледве доноситься глуха канонада. Передають у телефон: наші пішли в контратаку. За портьєрою в скляних дверях стоїть заграва: то за дальніми кучугурами горять села, горять степи й виють на пожар собаки по закутках міських підворіть. В городі тиша й мовчазний передзвін серць.</w:t>
      </w:r>
    </w:p>
    <w:p>
      <w:r>
        <w:br/>
        <w:t>....Доктор Тагабат нажав кнопку.</w:t>
      </w:r>
    </w:p>
    <w:p>
      <w:r>
        <w:br/>
        <w:t>Тоді льокай приносить на підносі старі вина. Потім льокай іде, і тануть його кроки, віддаляються по леопардових міхах.</w:t>
      </w:r>
    </w:p>
    <w:p>
      <w:r>
        <w:br/>
        <w:t>Я дивлюсь на канделябр, але мій погляд мимоволі скрадається туди, де сидить доктор Тагабат і вартовий. В їхніх руках пляшки з вином, і вони його п'ють пожадливо, хижо.</w:t>
      </w:r>
    </w:p>
    <w:p>
      <w:r>
        <w:br/>
        <w:t>Я думаю "так треба".</w:t>
      </w:r>
    </w:p>
    <w:p>
      <w:r>
        <w:br/>
        <w:t>Але Андрюша нервово переходить із місця на місце і все поривається щось сказати. Я знаю, що він думає: він хоче сказати, що так нечесно, що так комунари не роблять, що це — бакханалія і.т. д. і т. п.</w:t>
      </w:r>
    </w:p>
    <w:p>
      <w:r>
        <w:br/>
        <w:t>Ах, який він чудний, цей комунар Андрюша!</w:t>
      </w:r>
    </w:p>
    <w:p>
      <w:r>
        <w:br/>
        <w:t>Але, коли доктор Тагабат кинув на оксамитовий килим порожню пляшку й чітко написав своє прізвище під постановою —</w:t>
      </w:r>
    </w:p>
    <w:p>
      <w:r>
        <w:br/>
        <w:t>— "розстрілять",—</w:t>
      </w:r>
    </w:p>
    <w:p>
      <w:r>
        <w:br/>
        <w:t>мене раптово взяла розпука. Цей доктор із широким лобом і білою лисиною, з холодним розумом і з каменем замість серця,— це ж він і мій безвихідний хазяїн, мій .звірячий інстинкт. І я, главковерх , чорного трибуналу комуни,— нікчема в його руках, яка віддалася на волю хижої стихії.</w:t>
      </w:r>
    </w:p>
    <w:p>
      <w:r>
        <w:br/>
        <w:t>"Але який вихід?"</w:t>
      </w:r>
    </w:p>
    <w:p>
      <w:r>
        <w:br/>
        <w:t>— Який вихід?? — І я не бачив виходу.</w:t>
      </w:r>
    </w:p>
    <w:p>
      <w:r>
        <w:br/>
        <w:t>Тоді проноситься переді мною темна історія цивілізації, і бредуть народи, і віки, і сам час...</w:t>
      </w:r>
    </w:p>
    <w:p>
      <w:r>
        <w:br/>
        <w:t>— Але я не бачив виходуі</w:t>
      </w:r>
    </w:p>
    <w:p>
      <w:r>
        <w:br/>
        <w:t>Воістину правда була за доктором Тагабатом.</w:t>
      </w:r>
    </w:p>
    <w:p>
      <w:r>
        <w:br/>
        <w:t>...Андрюша поспішно робив свій хвостик під постановою, а дегенерат, смакуючи, вдивлявся в літери.</w:t>
      </w:r>
    </w:p>
    <w:p>
      <w:r>
        <w:br/>
        <w:t>Я подумав: "коли доктор — злий геній, зла моя воля, тоді дегенерат є палач із гільйотини".</w:t>
      </w:r>
    </w:p>
    <w:p>
      <w:r>
        <w:br/>
        <w:t>Але я подумав:</w:t>
      </w:r>
    </w:p>
    <w:p>
      <w:r>
        <w:br/>
        <w:t>— Ах, яка нісенітниця! Хіба він палач? Це ж йому, цьому вартовому чорного трибуналу комуни, в моменти великого напруження я складав гімни.</w:t>
      </w:r>
    </w:p>
    <w:p>
      <w:r>
        <w:br/>
        <w:t>І тоді відходила, удалялась од мене моя мати — прообраз загірної Марії, і застигала, у тьмі чекаючи.</w:t>
      </w:r>
    </w:p>
    <w:p>
      <w:r>
        <w:br/>
        <w:t>...Свічі танули.</w:t>
      </w:r>
    </w:p>
    <w:p>
      <w:r>
        <w:br/>
        <w:t>Суворі постаті князя й княгині пропадали в синім тумані цигаркового диму.</w:t>
      </w:r>
    </w:p>
    <w:p>
      <w:r>
        <w:br/>
        <w:t>...До розстрілу присуджено,</w:t>
      </w:r>
    </w:p>
    <w:p>
      <w:r>
        <w:br/>
        <w:t>— шість!</w:t>
      </w:r>
    </w:p>
    <w:p>
      <w:r>
        <w:br/>
        <w:t>Досить! На цю ніч досить!</w:t>
      </w:r>
    </w:p>
    <w:p>
      <w:r>
        <w:br/>
        <w:t>Татарин знову тягне своє азіятське: "ала-ла-ла". Я дивлюся на портьєру, на заграву в скляних дверях.— Андрюша вже зник. Тагабат і вартовий п'ють старі вина. Я перекидаю через плече мавзер і виходжу з княжого дому. Я йду по пустельних мовчазних вулицях обложеного міста.</w:t>
      </w:r>
    </w:p>
    <w:p>
      <w:r>
        <w:br/>
        <w:t>Город мертвий. Обивателі знають, що нас за три-чотири дні не буде, що даремні наші контратаки: скоро зариплять наші тачанки в далекий сіверкий край. Город причаївся. Тьма.</w:t>
      </w:r>
    </w:p>
    <w:p>
      <w:r>
        <w:br/>
        <w:t>Темним волохатим силуетом стоїть на сході княжий маєток, тепер — чорний трибунал комуни.</w:t>
      </w:r>
    </w:p>
    <w:p>
      <w:r>
        <w:br/>
        <w:t>Я повертаюсь і дивлюсь туди, і тоді раптом згадую, що шість на моїй совісті.</w:t>
      </w:r>
    </w:p>
    <w:p>
      <w:r>
        <w:br/>
        <w:t>...Шість на моїй совісті?</w:t>
      </w:r>
    </w:p>
    <w:p>
      <w:r>
        <w:br/>
        <w:t>Ні, це неправда. Шість сотень,</w:t>
      </w:r>
    </w:p>
    <w:p>
      <w:r>
        <w:br/>
        <w:t>шість тисяч, шість мільйонів —</w:t>
      </w:r>
    </w:p>
    <w:p>
      <w:r>
        <w:br/>
        <w:t>тьма на моїй совісті!!!</w:t>
      </w:r>
    </w:p>
    <w:p>
      <w:r>
        <w:br/>
        <w:t>— Тьма?</w:t>
      </w:r>
    </w:p>
    <w:p>
      <w:r>
        <w:br/>
        <w:t>І я здавлюю голову.</w:t>
      </w:r>
    </w:p>
    <w:p>
      <w:r>
        <w:br/>
        <w:t>...Але знову переді мною проноситься темна історія цивілізації, і бредуть народи, і віки, і сам час...</w:t>
      </w:r>
    </w:p>
    <w:p>
      <w:r>
        <w:br/>
        <w:t>Тоді я, знеможений, похиляюсь на паркан, становлюся на коліна й жагуче благословляю той момент, коли я зустрівся з доктором Тагабатом і вартовим із дегенеративною будівлею черепа. Потім повертаюсь і молитовне дивлюся на східний волохатий силует.</w:t>
      </w:r>
    </w:p>
    <w:p>
      <w:r>
        <w:br/>
        <w:t>...Я гублюсь у переулках. І нарешті виходжу до самотнього домика, де живе моя мати. У дворі пахне м'ятою. За сараєм палахкотять блискавиці й чути гуркіт задушеного грому.</w:t>
      </w:r>
    </w:p>
    <w:p>
      <w:r>
        <w:br/>
        <w:t>Тьма!</w:t>
      </w:r>
    </w:p>
    <w:p>
      <w:r>
        <w:br/>
        <w:t>Я йду в кімнату, знімаю мавзера й запалюю свічу.</w:t>
      </w:r>
    </w:p>
    <w:p>
      <w:r>
        <w:br/>
        <w:t>...— Ти спиш?</w:t>
      </w:r>
    </w:p>
    <w:p>
      <w:r>
        <w:br/>
        <w:t>Але мати не спала.</w:t>
      </w:r>
    </w:p>
    <w:p>
      <w:r>
        <w:br/>
        <w:t>Вона підходить до мене, бере моє стомлене обличчя в свої сухі старечі долоні й схиляє свою голову на мої груди. Вона знову каже, що я, її м'ятежний син, зовсім замучив себе.</w:t>
      </w:r>
    </w:p>
    <w:p>
      <w:r>
        <w:br/>
        <w:t>І я чую на своїх руках її хрустальні росинки.</w:t>
      </w:r>
    </w:p>
    <w:p>
      <w:r>
        <w:br/>
        <w:t>Я:</w:t>
      </w:r>
    </w:p>
    <w:p>
      <w:r>
        <w:br/>
        <w:t>— Ах, як я втомився, мамо!</w:t>
      </w:r>
    </w:p>
    <w:p>
      <w:r>
        <w:br/>
        <w:t>Вона підводить мене до свічі й дивиться на моє зморене обличчя. Потім становиться біля тусклої лампади й зажурено дивиться на образ Марії.— Я знаю: моя мати і завтра піде в манастир: їй незносні наші тривоги й хиже навколо.</w:t>
      </w:r>
    </w:p>
    <w:p>
      <w:r>
        <w:br/>
        <w:t>Але тут же, дійшовши до ліжка, здригнув:</w:t>
      </w:r>
    </w:p>
    <w:p>
      <w:r>
        <w:br/>
        <w:t>— Хиже навколо? Хіба мати сміє думати так? Так думають тільки версальці!</w:t>
      </w:r>
    </w:p>
    <w:p>
      <w:r>
        <w:br/>
        <w:t>І тоді, збентежений, запевняю себе, що це неправда, що ніякої матері нема переді мною, що це не більше, як фантом.</w:t>
      </w:r>
    </w:p>
    <w:p>
      <w:r>
        <w:br/>
        <w:t>— Фантом? — знову здригнув я.</w:t>
      </w:r>
    </w:p>
    <w:p>
      <w:r>
        <w:br/>
        <w:t>Ні, саме це — неправда! Тут, у тихій кімнаті, моя мати не фантом, а частина мого власного злочинного "я", якому я даю волю. Тут, у глухому закутку, на краю города, я ховаю від гільйотини один кінець своєї душі.</w:t>
      </w:r>
    </w:p>
    <w:p>
      <w:r>
        <w:br/>
        <w:t>І тоді в тваринній екстазі я заплющую очі і, як самець напровесні, захлинаюсь і шепочу.</w:t>
      </w:r>
    </w:p>
    <w:p>
      <w:r>
        <w:br/>
        <w:t>— Кому потрібно знати деталі моїх переживань? Я справжній комунар. Хто посміє сказати інакше? Невже я не маю права відпочити одну хвилину?</w:t>
      </w:r>
    </w:p>
    <w:p>
      <w:r>
        <w:br/>
        <w:t>Тускло горить лампада перед образом Марії. Перед лампадою, як різьблення, стоїть моя зажурна мати. Але я вже нічого не думаю. Мою голову гладить тихий голубий сон.</w:t>
      </w:r>
    </w:p>
    <w:p>
      <w:r>
        <w:br/>
        <w:t>II</w:t>
      </w:r>
    </w:p>
    <w:p>
      <w:r>
        <w:br/>
        <w:t>...Наші назад: з позиції на позицію: на фронті — паніка, в тилу — паніка. Мій батальйон напоготові. За два дні я й сам кинусь у гарматний гул. Мій батальон на підбір: це юні фанатики комуни.</w:t>
      </w:r>
    </w:p>
    <w:p>
      <w:r>
        <w:br/>
        <w:t>Але зараз я не менше потрібний тут. Я знаю, що таке тил, коли ворог під стінами города. Ці мутні чутки ширяться з кожним днем і, як змії, розповзлись по вулицях. Ці чутки мутять уже гарнізонні роти.</w:t>
      </w:r>
    </w:p>
    <w:p>
      <w:r>
        <w:br/>
        <w:t>Мені доносять:</w:t>
      </w:r>
    </w:p>
    <w:p>
      <w:r>
        <w:br/>
        <w:t>— Ідуть глухі нарікання.</w:t>
      </w:r>
    </w:p>
    <w:p>
      <w:r>
        <w:br/>
        <w:t>— Може спалахнути бунт.</w:t>
      </w:r>
    </w:p>
    <w:p>
      <w:r>
        <w:br/>
        <w:t>Так! Так! Я знаю: може спалахнути бунт, і мої вірні агенти ширяють по заулках, і вже нікуди вміщати цей винний і майже невинний обивательський хлам.</w:t>
      </w:r>
    </w:p>
    <w:p>
      <w:r>
        <w:br/>
        <w:t>...А канонада все ближче й ближче. Частіш гонці з фронту. Хмарами збирається пил і стоїть над городом, покриваючи мутне вогняне сонце. Зрідка палахкотять блискавиці. Тягнуться обози, кричать тривожно паровики, проносяться кавалеристи.</w:t>
      </w:r>
    </w:p>
    <w:p>
      <w:r>
        <w:br/>
        <w:t>Тільки біля чорного трибуналу комуни стоїть гнітюча мовчазність.</w:t>
      </w:r>
    </w:p>
    <w:p>
      <w:r>
        <w:br/>
        <w:t>Так:</w:t>
      </w:r>
    </w:p>
    <w:p>
      <w:r>
        <w:br/>
        <w:t>будуть сотні розстрілів, і я остаточно збиваюся з ніг!</w:t>
      </w:r>
    </w:p>
    <w:p>
      <w:r>
        <w:br/>
        <w:t>Так:</w:t>
      </w:r>
    </w:p>
    <w:p>
      <w:r>
        <w:br/>
        <w:t>вже чують версальці, як у гулкій і мертвій тиші княжого маєтку над городом спалахують чіткі й короткі постріли; версальці знають:</w:t>
      </w:r>
    </w:p>
    <w:p>
      <w:r>
        <w:br/>
        <w:t>— Штаб Духоніна!</w:t>
      </w:r>
    </w:p>
    <w:p>
      <w:r>
        <w:br/>
        <w:t>...А ранки цвітуть перламутром і падають вранішні зорі в туман дальнього бору.</w:t>
      </w:r>
    </w:p>
    <w:p>
      <w:r>
        <w:br/>
        <w:t>...А глуха канонада росте.</w:t>
      </w:r>
    </w:p>
    <w:p>
      <w:r>
        <w:br/>
        <w:t>Росте передгроззя: скоро буде гроза.</w:t>
      </w:r>
    </w:p>
    <w:p>
      <w:r>
        <w:br/>
        <w:t>...Я входжу в княжий маєток.</w:t>
      </w:r>
    </w:p>
    <w:p>
      <w:r>
        <w:br/>
        <w:t>Доктор Тагабат і вартовий п'ють вино. Андрюша похмурий сидить у кутку. Потім Андрюша підходить до мене й наївно печально каже:</w:t>
      </w:r>
    </w:p>
    <w:p>
      <w:r>
        <w:br/>
        <w:t>— Слухай, друже! Одпусти мене!</w:t>
      </w:r>
    </w:p>
    <w:p>
      <w:r>
        <w:br/>
        <w:t>Я:</w:t>
      </w:r>
    </w:p>
    <w:p>
      <w:r>
        <w:br/>
        <w:t>— Куди?</w:t>
      </w:r>
    </w:p>
    <w:p>
      <w:r>
        <w:br/>
        <w:t>Андрюша:</w:t>
      </w:r>
    </w:p>
    <w:p>
      <w:r>
        <w:br/>
        <w:t>— На фронт. Я більше не можу тут.</w:t>
      </w:r>
    </w:p>
    <w:p>
      <w:r>
        <w:br/>
        <w:t>Ага! Він більше не може! І в мені раптом спалахнула злість. Нарешті прорвалось. Я довго стримував себе.— Він хоче на фронт? Він хоче подалі від цього чорного брудного діла? Він хоче витерти руки й бути невинним, як голуб? Він мені віддає "своє право" купатися в калюжах крови?</w:t>
      </w:r>
    </w:p>
    <w:p>
      <w:r>
        <w:br/>
        <w:t>Тоді я кричу:</w:t>
      </w:r>
    </w:p>
    <w:p>
      <w:r>
        <w:br/>
        <w:t>— Ви забуваєтесь! Чуєте?.. Коли ви ще раз скажете про це, я вас негайно розстріляю.</w:t>
      </w:r>
    </w:p>
    <w:p>
      <w:r>
        <w:br/>
        <w:t>Доктор Тагабат динамічно:</w:t>
      </w:r>
    </w:p>
    <w:p>
      <w:r>
        <w:br/>
        <w:t>— Так його! так його! — і покотив регіт по пустельних лабіринтах княжих кімнат.— Так його! так його!</w:t>
      </w:r>
    </w:p>
    <w:p>
      <w:r>
        <w:br/>
        <w:t>Андрюша знітився, зблід і вийшов із кабінету.</w:t>
      </w:r>
    </w:p>
    <w:p>
      <w:r>
        <w:br/>
        <w:t>Доктор сказав:</w:t>
      </w:r>
    </w:p>
    <w:p>
      <w:r>
        <w:br/>
        <w:t>— Точка! Я відпочину! Працюй ще ти!</w:t>
      </w:r>
    </w:p>
    <w:p>
      <w:r>
        <w:br/>
        <w:t>Я:</w:t>
      </w:r>
    </w:p>
    <w:p>
      <w:r>
        <w:br/>
        <w:t>— Хто на черзі?</w:t>
      </w:r>
    </w:p>
    <w:p>
      <w:r>
        <w:br/>
        <w:t>— Діло № 282.</w:t>
      </w:r>
    </w:p>
    <w:p>
      <w:r>
        <w:br/>
        <w:t>Я:</w:t>
      </w:r>
    </w:p>
    <w:p>
      <w:r>
        <w:br/>
        <w:t>— Ведіть.</w:t>
      </w:r>
    </w:p>
    <w:p>
      <w:r>
        <w:br/>
        <w:t>Вартовий мовчки, мов автомат, вийшов із кімнати.</w:t>
      </w:r>
    </w:p>
    <w:p>
      <w:r>
        <w:br/>
        <w:t>(Так, це був незамінимий вартовий: не тільки Андрюша — і ми грішили: я й доктор. Ми часто ухилялися доглядати розстріли. Але він, цей дегенерат, завше був солдатом революції, і тільки тоді йшов з поля, коли танули димки й закопували розстріляних).</w:t>
      </w:r>
    </w:p>
    <w:p>
      <w:r>
        <w:br/>
        <w:t>...Портьєра роздвинулась, і в мій кабінет увійшло двоє: женщина в траурі й мужчина в пенсне. Вони були остаточно налякані обстановкою: аристократична розкіш, княжі портрети й розгардіяш — порожні пляшки, револьвери й синій цигарковий дим.</w:t>
      </w:r>
    </w:p>
    <w:p>
      <w:r>
        <w:br/>
        <w:t>Я:</w:t>
      </w:r>
    </w:p>
    <w:p>
      <w:r>
        <w:br/>
        <w:t>— Ваша фамілія?</w:t>
      </w:r>
    </w:p>
    <w:p>
      <w:r>
        <w:br/>
        <w:t>Зет!</w:t>
      </w:r>
    </w:p>
    <w:p>
      <w:r>
        <w:br/>
        <w:t>— Ваша фамілія?</w:t>
      </w:r>
    </w:p>
    <w:p>
      <w:r>
        <w:br/>
        <w:t>— Ігрек!</w:t>
      </w:r>
    </w:p>
    <w:p>
      <w:r>
        <w:br/>
        <w:t>Мужчина зібрав тонкі зблідлі губи і впав у безпардонно-плаксивий тон: він просив милости. Женщина втирала платком очі.</w:t>
      </w:r>
    </w:p>
    <w:p>
      <w:r>
        <w:br/>
        <w:t>Я:</w:t>
      </w:r>
    </w:p>
    <w:p>
      <w:r>
        <w:br/>
        <w:t>— Де вас забрали?</w:t>
      </w:r>
    </w:p>
    <w:p>
      <w:r>
        <w:br/>
        <w:t>— Там-то!</w:t>
      </w:r>
    </w:p>
    <w:p>
      <w:r>
        <w:br/>
        <w:t>— За що вас забрали?</w:t>
      </w:r>
    </w:p>
    <w:p>
      <w:r>
        <w:br/>
        <w:t>— За те-то!</w:t>
      </w:r>
    </w:p>
    <w:p>
      <w:r>
        <w:br/>
        <w:t>Ага, у вас було зібрання! Які можуть бути зібрання в такий тривожний час уночі на приватній квартирі?</w:t>
      </w:r>
    </w:p>
    <w:p>
      <w:r>
        <w:br/>
        <w:t>Ага, ви теософи! Шукаєте правди!.. Нової? Так! Так!.. Хто ж це?.. Христос?.. Ні?.. Інший спаситель світу?.. Так! Вас не задовольняє ні Конфуцій, ні Лаотсе, ні Будда, ні Магомет, ні сам чорт!.. Ага, розумію: треба заповнити порожнє місце...</w:t>
      </w:r>
    </w:p>
    <w:p>
      <w:r>
        <w:br/>
        <w:t>Я:</w:t>
      </w:r>
    </w:p>
    <w:p>
      <w:r>
        <w:br/>
        <w:t>— Так по-вашому, значить, назрів час приходу Месії?</w:t>
      </w:r>
    </w:p>
    <w:p>
      <w:r>
        <w:br/>
        <w:t>Мужчина й женщина:</w:t>
      </w:r>
    </w:p>
    <w:p>
      <w:r>
        <w:br/>
        <w:t>— Так!</w:t>
      </w:r>
    </w:p>
    <w:p>
      <w:r>
        <w:br/>
        <w:t>Я:</w:t>
      </w:r>
    </w:p>
    <w:p>
      <w:r>
        <w:br/>
        <w:t>— Ви гадаєте, що цей психологічний кризис треба спостерігати і в Європі, і в Азії, і по всіх частинах світу?</w:t>
      </w:r>
    </w:p>
    <w:p>
      <w:r>
        <w:br/>
        <w:t>Мужчина й женщина:</w:t>
      </w:r>
    </w:p>
    <w:p>
      <w:r>
        <w:br/>
        <w:t>— Так!</w:t>
      </w:r>
    </w:p>
    <w:p>
      <w:r>
        <w:br/>
        <w:t>Я:</w:t>
      </w:r>
    </w:p>
    <w:p>
      <w:r>
        <w:br/>
        <w:t>— Так якого ж ви чорта, мать вашу перетак, не зробите цього Месію з "чека"?</w:t>
      </w:r>
    </w:p>
    <w:p>
      <w:r>
        <w:br/>
        <w:t>Женщина заплакала. Мужчина ще більше зблід. Суворі портрети князя й княгині похмуро дивились із стін. Доносилась канонада й тривожні гудки з вокзалу. Ворожий панцерник насідає на наші станції — передають у телефон. З города долітає гамір: грохотали по мостовій тачанки.</w:t>
      </w:r>
    </w:p>
    <w:p>
      <w:r>
        <w:br/>
        <w:t>...Мужчина впав на коліна й просив милости. Я з силою штовхнув його ногою — і він розкинувся горілиць.</w:t>
      </w:r>
    </w:p>
    <w:p>
      <w:r>
        <w:br/>
        <w:t>Женщина приложила траур до скроні і в розпуці похилилася на стіл.</w:t>
      </w:r>
    </w:p>
    <w:p>
      <w:r>
        <w:br/>
        <w:t>Женщина сказала глухо й мертво:</w:t>
      </w:r>
    </w:p>
    <w:p>
      <w:r>
        <w:br/>
        <w:t>— Слухайте, я мати трьох дітей!..</w:t>
      </w:r>
    </w:p>
    <w:p>
      <w:r>
        <w:br/>
        <w:t>Я:</w:t>
      </w:r>
    </w:p>
    <w:p>
      <w:r>
        <w:br/>
        <w:t>— Розстрілять!</w:t>
      </w:r>
    </w:p>
    <w:p>
      <w:r>
        <w:br/>
        <w:t>Вмить підскочив вартовий, і через півхвилини в кабінеті нікого не було.</w:t>
      </w:r>
    </w:p>
    <w:p>
      <w:r>
        <w:br/>
        <w:t>Тоді я підійшов до столу, налив із графина вина й залпом випив. Потім положив на холодне чоло руку й сказав:</w:t>
      </w:r>
    </w:p>
    <w:p>
      <w:r>
        <w:br/>
        <w:t>— Далі!</w:t>
      </w:r>
    </w:p>
    <w:p>
      <w:r>
        <w:br/>
        <w:t>Увійшов дегенерат. Він радить мені одложити діла й розібрати позачергову справу:</w:t>
      </w:r>
    </w:p>
    <w:p>
      <w:r>
        <w:br/>
        <w:t>— Тільки-но привели з города нову групу версальців, здається, всі черниці, вони на ринку вели одверту агітацію проти комуни.</w:t>
      </w:r>
    </w:p>
    <w:p>
      <w:r>
        <w:br/>
        <w:t>Я входив у роль. Туман стояв перед очима, і я був у тім стані, який можна кваліфікувати, як надзвичайний екстаз.</w:t>
      </w:r>
    </w:p>
    <w:p>
      <w:r>
        <w:br/>
        <w:t>Я гадаю, що в такім стані фанатики йшли на священну війну.</w:t>
      </w:r>
    </w:p>
    <w:p>
      <w:r>
        <w:br/>
        <w:t>Я підійшов до вікна й сказав:</w:t>
      </w:r>
    </w:p>
    <w:p>
      <w:r>
        <w:br/>
        <w:t>— Ведіть!</w:t>
      </w:r>
    </w:p>
    <w:p>
      <w:r>
        <w:br/>
        <w:t>...В кабінет увалився цілий натовп черниць. Я цього не бачив, але я це відчував. Я дивився на город. Вечоріло — Я довго не повертався, я смакував: всіх їх через дві години не буде! — Вечоріло.— І знову передгрозові блискавиці різали краєвид. На дальному обрії за цегельнею підводились димки. Версальці насідали люто й яро — це передають у телефон. На пустельних трактах зрідка виростають обози й поспішно відступають на північ. В степу стоять, як дальні богатирі, кавалерійські сторожові загони.</w:t>
      </w:r>
    </w:p>
    <w:p>
      <w:r>
        <w:br/>
        <w:t>Тривога.</w:t>
      </w:r>
    </w:p>
    <w:p>
      <w:r>
        <w:br/>
        <w:t>В городі крамниці забиті. Город мертвий і йде в дику середньовічну даль. На небі виростають зорі й поливають на землю зелене болотяне світло. Потім гаснуть, пропадають.</w:t>
      </w:r>
    </w:p>
    <w:p>
      <w:r>
        <w:br/>
        <w:t>Але мені треба спішити! За моєю спиною група черниць! Ну да, мені треба спішити: в підвалі битком набито. Я рішуче повертаюсь і хочу сказати безвихідне:</w:t>
      </w:r>
    </w:p>
    <w:p>
      <w:r>
        <w:br/>
        <w:t>— Роз-стрі-лять!</w:t>
      </w:r>
    </w:p>
    <w:p>
      <w:r>
        <w:br/>
        <w:t>але я повертаюсь і бачу — прямо переді мною стоїть моя мати, моя печальна мати з очима Марії.</w:t>
      </w:r>
    </w:p>
    <w:p>
      <w:r>
        <w:br/>
        <w:t>Я в тривозі метнувся вбік: що це — галюцинація? Я в тривозі метнувся вбік і скрикнув:</w:t>
      </w:r>
    </w:p>
    <w:p>
      <w:r>
        <w:br/>
        <w:t>— Ти?</w:t>
      </w:r>
    </w:p>
    <w:p>
      <w:r>
        <w:br/>
        <w:t>І чую з натовпу женщин зажурне:</w:t>
      </w:r>
    </w:p>
    <w:p>
      <w:r>
        <w:br/>
        <w:t>— Сину! мій м'ятежний сину!</w:t>
      </w:r>
    </w:p>
    <w:p>
      <w:r>
        <w:br/>
        <w:t>Я почуваю, що от-от упаду. Мені дурно, я схопився рукою за крісло й похилився.</w:t>
      </w:r>
    </w:p>
    <w:p>
      <w:r>
        <w:br/>
        <w:t>Але в той же момент регіт грохотом покотився, бухнувся об стелю й пропав. То доктор Тагабат:</w:t>
      </w:r>
    </w:p>
    <w:p>
      <w:r>
        <w:br/>
        <w:t>— "Мамо"?! Ах ти, чортова кукло! Сісі захотів? "Мамо"?!! Я вмить опам'ятався й схопився рукою за мавзер. '</w:t>
      </w:r>
    </w:p>
    <w:p>
      <w:r>
        <w:br/>
        <w:t>— Чорт! — і кинувся на доктора.</w:t>
      </w:r>
    </w:p>
    <w:p>
      <w:r>
        <w:br/>
        <w:t>Але той холодно подивився на мене й сказав:</w:t>
      </w:r>
    </w:p>
    <w:p>
      <w:r>
        <w:br/>
        <w:t>— Ну, ну, тихше, зраднику комуни! Зумій розправитись і з "мамою" (він підкреслив "з мамою"), як умів розправлятися з іншими.</w:t>
      </w:r>
    </w:p>
    <w:p>
      <w:r>
        <w:br/>
        <w:t>І мовчки одійшов.</w:t>
      </w:r>
    </w:p>
    <w:p>
      <w:r>
        <w:br/>
        <w:t>...Я остовпів. Блідий, майже мертвий, стояв перед мовчазним натовпом черниць із розгубленими очима, як зацькований вовк (Це ,я бачив у гігантське трюмо, що висіло напроти).</w:t>
      </w:r>
    </w:p>
    <w:p>
      <w:r>
        <w:br/>
        <w:t>Так! — схопили нарешті й другий кінець моєї душі! Вже не піду я на край города злочинне ховати себе. І тепер я маю одно тільки право:</w:t>
      </w:r>
    </w:p>
    <w:p>
      <w:r>
        <w:br/>
        <w:t>— нікому, ніколи й нічого не говорити, як розкололось моє власне "я".</w:t>
      </w:r>
    </w:p>
    <w:p>
      <w:r>
        <w:br/>
        <w:t>І я голови не загубив.</w:t>
      </w:r>
    </w:p>
    <w:p>
      <w:r>
        <w:br/>
        <w:t>Мислі різали мій мозок. Що я мушу робити? Невже я, солдат революції, схиблю в цей відповідальний момент? Невже я покину чати й ганебно зраджу комуну?</w:t>
      </w:r>
    </w:p>
    <w:p>
      <w:r>
        <w:br/>
        <w:t>...Я здавив щелепи, похмуро подивився на матір і сказав різко:</w:t>
      </w:r>
    </w:p>
    <w:p>
      <w:r>
        <w:br/>
        <w:t>— Всіх у підвал. Я зараз буду тут.</w:t>
      </w:r>
    </w:p>
    <w:p>
      <w:r>
        <w:br/>
        <w:t>Але не встиг я цього промовити, як знову кабінет задрижав од реготу.</w:t>
      </w:r>
    </w:p>
    <w:p>
      <w:r>
        <w:br/>
        <w:t>Тоді я повернувся до доктора й кинув чітко:</w:t>
      </w:r>
    </w:p>
    <w:p>
      <w:r>
        <w:br/>
        <w:t>— Докторе Тагабат! Ви, очевидно, забули, з ким маєте діло? Чи не хочете й ви в штаб Духоніна... з цією сволоччю! — я махнув рукою в бік, де стояла моя мати, і мовчки вийшов із кабінету.</w:t>
      </w:r>
    </w:p>
    <w:p>
      <w:r>
        <w:br/>
        <w:t>...Я за собою нічого не почув.</w:t>
      </w:r>
    </w:p>
    <w:p>
      <w:r>
        <w:br/>
        <w:t>...Від маєтку я пішов, мов п'яний, в нікуди по сутінках передгрозового душного вечора. Канонада росла. Знову спалахували димки над дальньою цегельнею. За курганом грохотали панцерники: то йшла між ними рішуча дуель. Ворожі полки яро насідали на інсургентів. Пахло розстрілами.</w:t>
      </w:r>
    </w:p>
    <w:p>
      <w:r>
        <w:br/>
        <w:t>Я йшов у нікуди. Повз мене проходили обози, пролітали кавалеристи, грохотали по мостові тачанки. Город стояв у пилу, і вечір не розрядив заряду передгроззя. і</w:t>
      </w:r>
    </w:p>
    <w:p>
      <w:r>
        <w:br/>
        <w:t>Я йшов у нікуди. Без мислі, з тупою пустотою, з важкою вагою на своїх погорблених плечах.</w:t>
      </w:r>
    </w:p>
    <w:p>
      <w:r>
        <w:br/>
        <w:t>Я йшов у нікуди.</w:t>
      </w:r>
    </w:p>
    <w:p>
      <w:r>
        <w:br/>
        <w:t>III</w:t>
      </w:r>
    </w:p>
    <w:p>
      <w:r>
        <w:br/>
        <w:t>...Так, це були неможливі хвилини. Це була мука.— Але я вже знав, як я зроблю.</w:t>
      </w:r>
    </w:p>
    <w:p>
      <w:r>
        <w:br/>
        <w:t>Я знав і тоді, коли покинув маєток. Інакше я не вийшов би так швидко з кабінету.</w:t>
      </w:r>
    </w:p>
    <w:p>
      <w:r>
        <w:br/>
        <w:t>...Ну да, я мушу бути послідовним!</w:t>
      </w:r>
    </w:p>
    <w:p>
      <w:r>
        <w:br/>
        <w:t>...І цілу ніч я розбирав діла.</w:t>
      </w:r>
    </w:p>
    <w:p>
      <w:r>
        <w:br/>
        <w:t>Тоді на протязі кількох темних годин періодично спалахували короткі й чіткі постріли:</w:t>
      </w:r>
    </w:p>
    <w:p>
      <w:r>
        <w:br/>
        <w:t>— я, главковерх чорного трибуналу комуни, виконував свої обов'язки перед революцією.</w:t>
      </w:r>
    </w:p>
    <w:p>
      <w:r>
        <w:br/>
        <w:t>...І хіба то моя вина, що образ моєї матері не покидав мене в цю ніч ні на хвилину?</w:t>
      </w:r>
    </w:p>
    <w:p>
      <w:r>
        <w:br/>
        <w:t>Хіба то моя вина?</w:t>
      </w:r>
    </w:p>
    <w:p>
      <w:r>
        <w:br/>
        <w:t>...В обід прийшов Андрюша й кинув похмуро:</w:t>
      </w:r>
    </w:p>
    <w:p>
      <w:r>
        <w:br/>
        <w:t>— Слухай! Дозволь її випустити!</w:t>
      </w:r>
    </w:p>
    <w:p>
      <w:r>
        <w:br/>
        <w:t>Я:</w:t>
      </w:r>
    </w:p>
    <w:p>
      <w:r>
        <w:br/>
        <w:t>— Кого?</w:t>
      </w:r>
    </w:p>
    <w:p>
      <w:r>
        <w:br/>
        <w:t>— Твою матір!</w:t>
      </w:r>
    </w:p>
    <w:p>
      <w:r>
        <w:br/>
        <w:t>Я:</w:t>
      </w:r>
    </w:p>
    <w:p>
      <w:r>
        <w:br/>
        <w:t>(мовчу).</w:t>
      </w:r>
    </w:p>
    <w:p>
      <w:r>
        <w:br/>
        <w:t>Потім почуваю, що мені до болю хочеться сміятись. Я не витримую й регочу на всі кімнати.</w:t>
      </w:r>
    </w:p>
    <w:p>
      <w:r>
        <w:br/>
        <w:t>Андрюша суворо дивиться на мене.</w:t>
      </w:r>
    </w:p>
    <w:p>
      <w:r>
        <w:br/>
        <w:t>Його рішуче не можна пізнати.</w:t>
      </w:r>
    </w:p>
    <w:p>
      <w:r>
        <w:br/>
        <w:t>— Слухай. Навіщо ця мелодрама?</w:t>
      </w:r>
    </w:p>
    <w:p>
      <w:r>
        <w:br/>
        <w:t>Мій наївний Андрюша хотів бути на цей раз проникливим. Але він помилився.</w:t>
      </w:r>
    </w:p>
    <w:p>
      <w:r>
        <w:br/>
        <w:t>Я (грубо):</w:t>
      </w:r>
    </w:p>
    <w:p>
      <w:r>
        <w:br/>
        <w:t>— Провалівай!</w:t>
      </w:r>
    </w:p>
    <w:p>
      <w:r>
        <w:br/>
        <w:t>Андрюша й на цей раз зблід.</w:t>
      </w:r>
    </w:p>
    <w:p>
      <w:r>
        <w:br/>
        <w:t>Ах, цей наївний комунар остаточно нічого не розуміє. Він буквально не знає, навіщо ця безглузда звіряча жорстокість. Він нічого не бачить за моїм холодним дерев'яним обличчям.</w:t>
      </w:r>
    </w:p>
    <w:p>
      <w:r>
        <w:br/>
        <w:t>Я:</w:t>
      </w:r>
    </w:p>
    <w:p>
      <w:r>
        <w:br/>
        <w:t>— Дзвони в телефон! Узнай, де ворог!</w:t>
      </w:r>
    </w:p>
    <w:p>
      <w:r>
        <w:br/>
        <w:t>Андрюша:</w:t>
      </w:r>
    </w:p>
    <w:p>
      <w:r>
        <w:br/>
        <w:t>— Слухай!..</w:t>
      </w:r>
    </w:p>
    <w:p>
      <w:r>
        <w:br/>
        <w:t>Я:</w:t>
      </w:r>
    </w:p>
    <w:p>
      <w:r>
        <w:br/>
        <w:t>— Дзвони в телефон! Узнай, де ворог!</w:t>
      </w:r>
    </w:p>
    <w:p>
      <w:r>
        <w:br/>
        <w:t>В цей момент над маєтком пронісся з шипінням снаряд і недалеко розірвався. Забряжчали вікна, і луна пішла по гулких порожніх княжих кімнатах.</w:t>
      </w:r>
    </w:p>
    <w:p>
      <w:r>
        <w:br/>
        <w:t>В трубку передають: версальці насідають, вже близько: за три верстви. Козачі роз'їзди показались біля станції: інсургенти відступають.— Кричить дальній вокзальний ріжок.</w:t>
      </w:r>
    </w:p>
    <w:p>
      <w:r>
        <w:br/>
        <w:t>...Андрюша вискочив. За ним я.</w:t>
      </w:r>
    </w:p>
    <w:p>
      <w:r>
        <w:br/>
        <w:t>...Куріли далі. Знову спалахували димки на горизонті. Над городом хмарою стояв пил. Сонце-мідь, і неба не видно. Тільки горова мутна курява мчала над далеким небосхилом. Здіймалися з дороги фантастичні хуртовини, бігли у височінь, розрізали простори, перелітали оселі й знову мчали і мчали. Стояло, мов зачароване, передгроззя.</w:t>
      </w:r>
    </w:p>
    <w:p>
      <w:r>
        <w:br/>
        <w:t>...А тут бухкали гармати. Летіли кавалеристи. Відходили на північ тачанки, обози.</w:t>
      </w:r>
    </w:p>
    <w:p>
      <w:r>
        <w:br/>
        <w:t>...Я забув про все. Я нічого не чув і — сам не пам'ятаю, як я попав до підвалу.</w:t>
      </w:r>
    </w:p>
    <w:p>
      <w:r>
        <w:br/>
        <w:t>Із дзвоном розірвався біля мене шрапнель, і надворі стало порожньо. Я підійшов до дверей і тільки-но хотів зиркнути в невеличке віконце, де сиділа моя мати, як хтось узяв мене за руку. Я повернувся —</w:t>
      </w:r>
    </w:p>
    <w:p>
      <w:r>
        <w:br/>
        <w:t>— дегенерат.</w:t>
      </w:r>
    </w:p>
    <w:p>
      <w:r>
        <w:br/>
        <w:t>— От так стража! Всі повтікали!.. хі... хі...</w:t>
      </w:r>
    </w:p>
    <w:p>
      <w:r>
        <w:br/>
        <w:t>Я:</w:t>
      </w:r>
    </w:p>
    <w:p>
      <w:r>
        <w:br/>
        <w:t>— Ви?</w:t>
      </w:r>
    </w:p>
    <w:p>
      <w:r>
        <w:br/>
        <w:t>Він:</w:t>
      </w:r>
    </w:p>
    <w:p>
      <w:r>
        <w:br/>
        <w:t>— Я? О, я! — і постукав пальцем по дверях.</w:t>
      </w:r>
    </w:p>
    <w:p>
      <w:r>
        <w:br/>
        <w:t>Так, це був вірний пес революції. Він стоятиме на чатах і не під таким огнем! Пам'ятаю, я подумав тоді:</w:t>
      </w:r>
    </w:p>
    <w:p>
      <w:r>
        <w:br/>
        <w:t>— "це сторож моєї душі" — і без мислі побрів на міські пустирі.</w:t>
      </w:r>
    </w:p>
    <w:p>
      <w:r>
        <w:br/>
        <w:t>...А надвечір південну частину околиці було захоплено. Мусіли йти на північ, залишили город. Проте інсургентам дано наказа задержатись до ночі, і вони стійко вмирали на валах, на підступах, на роздоріжжях і в мовчазних закутках підворіть.</w:t>
      </w:r>
    </w:p>
    <w:p>
      <w:r>
        <w:br/>
        <w:t>...Але що ж я?</w:t>
      </w:r>
    </w:p>
    <w:p>
      <w:r>
        <w:br/>
        <w:t>...Ішла спішна евакуація, ішла чітка перестрілка,</w:t>
      </w:r>
    </w:p>
    <w:p>
      <w:r>
        <w:br/>
        <w:t>і я остаточно збився з ніг!</w:t>
      </w:r>
    </w:p>
    <w:p>
      <w:r>
        <w:br/>
        <w:t>Палили документи. Одправляли партії заложників. Брали решту контрибуцій...</w:t>
      </w:r>
    </w:p>
    <w:p>
      <w:r>
        <w:br/>
        <w:t>...Я остаточно збився з ніг!</w:t>
      </w:r>
    </w:p>
    <w:p>
      <w:r>
        <w:br/>
        <w:t>...Але раптом виринало обличчя моєї матері, і я знову чув зажурний і впертий голос.</w:t>
      </w:r>
    </w:p>
    <w:p>
      <w:r>
        <w:br/>
        <w:t>Я одкидав волосся й поширеними очима дивився на міську башту. І знову вечоріло, і знову на півдні горіли оселі.</w:t>
      </w:r>
    </w:p>
    <w:p>
      <w:r>
        <w:br/>
        <w:t>...Чорний трибунал комуни збирається до побігу. Навантажують підводи, бредуть обози, поспішають натовпи на північ. Тільки наш самотній панцерник завмирає в глибині бору й затримує з правого флангу ворожі полки.</w:t>
      </w:r>
    </w:p>
    <w:p>
      <w:r>
        <w:br/>
        <w:t>...Андрюша десь ізник. Доктор Тагабат спокійно сидить на канапі й п'є вино. Він мовчки стежить за моїми наказами й зрідка іронічно поглядає на портрет князя. Але цей погляд я відчуваю саме на собі, і він мене нервує й непокоїть.</w:t>
      </w:r>
    </w:p>
    <w:p>
      <w:r>
        <w:br/>
        <w:t>...Сонце зайшло. Конає вечір. Надходить ніч. На валах ідуть перебіжники, і одноманітно відбиває кулемет. Пустельні княжі кімнати завмерли в чеканні.</w:t>
      </w:r>
    </w:p>
    <w:p>
      <w:r>
        <w:br/>
        <w:t>Я дивлюся на доктора й не виношу цього погляду в древній портрет.</w:t>
      </w:r>
    </w:p>
    <w:p>
      <w:r>
        <w:br/>
        <w:t>Я різко кажу:</w:t>
      </w:r>
    </w:p>
    <w:p>
      <w:r>
        <w:br/>
        <w:t>— Докторе Тагабат! через годину я мушу ліквідувати останню партію засуджених. Я мушу прийняти отряд.</w:t>
      </w:r>
    </w:p>
    <w:p>
      <w:r>
        <w:br/>
        <w:t>Тоді він іронічно й байдуже:</w:t>
      </w:r>
    </w:p>
    <w:p>
      <w:r>
        <w:br/>
        <w:t>— Ну, і що ж? Добре!</w:t>
      </w:r>
    </w:p>
    <w:p>
      <w:r>
        <w:br/>
        <w:t>Я хвилююсь, але доктор єхидно дивиться на мене й усміхається.— О, він, безперечно, розуміє, в чому справа! Це ж у цій партії засуджених моя мати.</w:t>
      </w:r>
    </w:p>
    <w:p>
      <w:r>
        <w:br/>
        <w:t>Я:</w:t>
      </w:r>
    </w:p>
    <w:p>
      <w:r>
        <w:br/>
        <w:t>— Будь ласка, покиньте кімнату!</w:t>
      </w:r>
    </w:p>
    <w:p>
      <w:r>
        <w:br/>
        <w:t>Доктор:</w:t>
      </w:r>
    </w:p>
    <w:p>
      <w:r>
        <w:br/>
        <w:t>— Ну, і що ж? Добре!</w:t>
      </w:r>
    </w:p>
    <w:p>
      <w:r>
        <w:br/>
        <w:t>Тоді я не. витримую й шаленію.</w:t>
      </w:r>
    </w:p>
    <w:p>
      <w:r>
        <w:br/>
        <w:t>— Докторе Тагабат! Останній раз попереджаю: не жартуйте зі мною!</w:t>
      </w:r>
    </w:p>
    <w:p>
      <w:r>
        <w:br/>
        <w:t>Але голос мій зривається, і мені булькає в горлі. Я пориваюся схопити мавзера й тут же прикінчити з доктором, але я раптом почуваю себе жалким, нікчемним і пізнаю, що від мене відходять рештки волі. Я сідаю на канапу й жалібно, як побитий безсилий пес, дивлюся на Тагабата.</w:t>
      </w:r>
    </w:p>
    <w:p>
      <w:r>
        <w:br/>
        <w:t>...Але йдуть хвилини. Треба вирушати.</w:t>
      </w:r>
    </w:p>
    <w:p>
      <w:r>
        <w:br/>
        <w:t>Я знову беру себе в руки і в останній раз дивлюся на надменний портрет княгині.</w:t>
      </w:r>
    </w:p>
    <w:p>
      <w:r>
        <w:br/>
        <w:t>Тьма.</w:t>
      </w:r>
    </w:p>
    <w:p>
      <w:r>
        <w:br/>
        <w:t>...— Конвой!</w:t>
      </w:r>
    </w:p>
    <w:p>
      <w:r>
        <w:br/>
        <w:t>Вартовий увійшов і доложив:</w:t>
      </w:r>
    </w:p>
    <w:p>
      <w:r>
        <w:br/>
        <w:t>— Партію вивели. Розстріл призначено за містом: початок бору.</w:t>
      </w:r>
    </w:p>
    <w:p>
      <w:r>
        <w:br/>
        <w:t>...Із-за дальніх отрогів виринав місяць. Потім плив по тихих голубих потоках, одкидаючи лимонні бризки. Опівночі пронизав зеніт і зупинився над безоднею.</w:t>
      </w:r>
    </w:p>
    <w:p>
      <w:r>
        <w:br/>
        <w:t>....В городі стояла енергійна перестрілка.</w:t>
      </w:r>
    </w:p>
    <w:p>
      <w:r>
        <w:br/>
        <w:t>...Ми йшли по північній дорозі.</w:t>
      </w:r>
    </w:p>
    <w:p>
      <w:r>
        <w:br/>
        <w:t>Я ніколи не забуду цієї мовчазної процесії — темного натовпу на розстріл.</w:t>
      </w:r>
    </w:p>
    <w:p>
      <w:r>
        <w:br/>
        <w:t>Позаду рипіли тачанки.</w:t>
      </w:r>
    </w:p>
    <w:p>
      <w:r>
        <w:br/>
        <w:t>Авангардом — конвойні комунари, далі — натовп черниць, в авангарді — я, ще конвойні комунари й доктор Тагабат.</w:t>
      </w:r>
    </w:p>
    <w:p>
      <w:r>
        <w:br/>
        <w:t>...Але ми напали на справжніх версальців: за всю дорогу жодна черниця не промовила жодного слова. Це були щирі фанатички.</w:t>
      </w:r>
    </w:p>
    <w:p>
      <w:r>
        <w:br/>
        <w:t>Я йшов по дорозі, як тоді — в нікуди, а збоку мене брели сторожі моєї душі: доктор і дегенерат. Я дивився в натовп, але я там нічого не бачив.</w:t>
      </w:r>
    </w:p>
    <w:p>
      <w:r>
        <w:br/>
        <w:t>Зате я відчував:</w:t>
      </w:r>
    </w:p>
    <w:p>
      <w:r>
        <w:br/>
        <w:t>— там ішла моя мати</w:t>
      </w:r>
    </w:p>
    <w:p>
      <w:r>
        <w:br/>
        <w:t>з похиленою головою. Я відчував: пахне м'ятою.</w:t>
      </w:r>
    </w:p>
    <w:p>
      <w:r>
        <w:br/>
        <w:t>Я гладив її милу голову з нальотом сріблястої сивини.</w:t>
      </w:r>
    </w:p>
    <w:p>
      <w:r>
        <w:br/>
        <w:t>Але раптом переді мною виростала загірна даль. Тоді мені знову до болю хотілося впасти на коліна й молитовне дивитися на волохатий силует чорного трибуналу комуни.</w:t>
      </w:r>
    </w:p>
    <w:p>
      <w:r>
        <w:br/>
        <w:t>...Я здавив голову й пішов по мертвій дорозі, а позаду мене рипіли тачанки.</w:t>
      </w:r>
    </w:p>
    <w:p>
      <w:r>
        <w:br/>
        <w:t>Я раптом відкинувсь: що це? галюцинація? Невже це голос моєї матері?</w:t>
      </w:r>
    </w:p>
    <w:p>
      <w:r>
        <w:br/>
        <w:t>І знову я пізнаю себе нікчемною людиною й пізнаю: десь під серцем нудить. І не ридати, а плакати дрібненькими сльозами хотілось мені — так, як у дитинстві, на теплих грудях.</w:t>
      </w:r>
    </w:p>
    <w:p>
      <w:r>
        <w:br/>
        <w:t>І спалахнуло:</w:t>
      </w:r>
    </w:p>
    <w:p>
      <w:r>
        <w:br/>
        <w:t>— невже я веду її на розстріл?</w:t>
      </w:r>
    </w:p>
    <w:p>
      <w:r>
        <w:br/>
        <w:t>Що це: дійсність чи галюцинація?</w:t>
      </w:r>
    </w:p>
    <w:p>
      <w:r>
        <w:br/>
        <w:t>Але це була дійсність: справжня життьова дійсність — хижа й жорстока, як зграя голодних вовків. Це була дійсність безвихідна, неминуча, як сама смерть.</w:t>
      </w:r>
    </w:p>
    <w:p>
      <w:r>
        <w:br/>
        <w:t>...Але, може, це помилка? '</w:t>
      </w:r>
    </w:p>
    <w:p>
      <w:r>
        <w:br/>
        <w:t>Може, треба інакше зробити?</w:t>
      </w:r>
    </w:p>
    <w:p>
      <w:r>
        <w:br/>
        <w:t>—Ах, це ж боюнство, легкодухість. Єсть же певне життьове правило: еrrаrе humanum est. Чого ж тобі? Помиляйся! і помиляйся саме так, а не так!.. І які можуть бути помилки?</w:t>
      </w:r>
    </w:p>
    <w:p>
      <w:r>
        <w:br/>
        <w:t>Воістину: це була дійсність, як зграя голодних вовків. Але це була й єдина дорога до загірних озер невідомої прекрасної комуни.</w:t>
      </w:r>
    </w:p>
    <w:p>
      <w:r>
        <w:br/>
        <w:t>...І тоді я горів у вогні фанатизму й чітко відбивав кроки по північній дорозі.</w:t>
      </w:r>
    </w:p>
    <w:p>
      <w:r>
        <w:br/>
        <w:t>...Мовчазна процесія підходила до бору. Я не пам'ятаю, як розставляли черниць, я пам'ятаю:</w:t>
      </w:r>
    </w:p>
    <w:p>
      <w:r>
        <w:br/>
        <w:t>до мене підійшов доктор і положив мені руку на плече:</w:t>
      </w:r>
    </w:p>
    <w:p>
      <w:r>
        <w:br/>
        <w:t>— Ваша мати там! Робіть, що хочете!</w:t>
      </w:r>
    </w:p>
    <w:p>
      <w:r>
        <w:br/>
        <w:t>Я подивився:</w:t>
      </w:r>
    </w:p>
    <w:p>
      <w:r>
        <w:br/>
        <w:t>— з натовпу виділилася постать і тихо самотньо пішла на узлісся.</w:t>
      </w:r>
    </w:p>
    <w:p>
      <w:r>
        <w:br/>
        <w:t>...Місяць стояв у зеніті й висів над безоднею. Далі відходила в зелено-лимонну безвість мертва дорога. Праворуч маячів сторожовий загін мойого батальону. І в цей момент над городом знявся рясний вогонь — перестрілка знову била тривогу. То відходили інсургенти,— то помітив ворог.— Збоку розірвався снаряд.</w:t>
      </w:r>
    </w:p>
    <w:p>
      <w:r>
        <w:br/>
        <w:t>...Я вийняв із кобури мавзера й поспішно пішов до самотньої постаті. І тоді ж, пам'ятаю, спалахнули короткі вогні: так кінчали з черницями.</w:t>
      </w:r>
    </w:p>
    <w:p>
      <w:r>
        <w:br/>
        <w:t>І тоді ж, пам'ятаю —</w:t>
      </w:r>
    </w:p>
    <w:p>
      <w:r>
        <w:br/>
        <w:t>з бору вдарив у тривогу наш панцерник.— Загудів ліс.</w:t>
      </w:r>
    </w:p>
    <w:p>
      <w:r>
        <w:br/>
        <w:t>Метнувся вогонь — раз,</w:t>
      </w:r>
    </w:p>
    <w:p>
      <w:r>
        <w:br/>
        <w:t>два—</w:t>
      </w:r>
    </w:p>
    <w:p>
      <w:r>
        <w:br/>
        <w:t>і ще — удар! удар!</w:t>
      </w:r>
    </w:p>
    <w:p>
      <w:r>
        <w:br/>
        <w:t>...Напирають ворожі полки. Треба спішити. Ах, треба спішити!</w:t>
      </w:r>
    </w:p>
    <w:p>
      <w:r>
        <w:br/>
        <w:t>Але я йду і йду, а одинока постать моєї матері все там же. Вона стоїть, звівши руки, і зажурно дивиться на мене. Я поспішаю на це зачароване неможливе узлісся, а одинока постать усе там же, все там же.</w:t>
      </w:r>
    </w:p>
    <w:p>
      <w:r>
        <w:br/>
        <w:t>Навкруги — пусто. Тільки місяць ллє зелений світ з пронизаного зеніту. Я держу в руці мавзера, але моя рука слабіє, і я от-от заплачу дрібненькими сльозами, як у дитинстві на теплих грудях. Я пориваюся крикнути:</w:t>
      </w:r>
    </w:p>
    <w:p>
      <w:r>
        <w:br/>
        <w:t>— Мати! Кажу тобі: іди до мене! Я мушу вбити тебе. І ріже мій мозок невеселий голос. Я знову чую, як мати говорить, що я (її м'ятежний син) зовсім замучив себе.</w:t>
      </w:r>
    </w:p>
    <w:p>
      <w:r>
        <w:br/>
        <w:t>...Що це? невже знову галюцинація?</w:t>
      </w:r>
    </w:p>
    <w:p>
      <w:r>
        <w:br/>
        <w:t>Я відкидаю голову.</w:t>
      </w:r>
    </w:p>
    <w:p>
      <w:r>
        <w:br/>
        <w:t>Так, це була галюцинація: я давно вже стояв на порожнім узліссі напроти своєї матері й дивився на неї.</w:t>
      </w:r>
    </w:p>
    <w:p>
      <w:r>
        <w:br/>
        <w:t>Вона мовчала.</w:t>
      </w:r>
    </w:p>
    <w:p>
      <w:r>
        <w:br/>
        <w:t>...Панцерник заревів у бору.</w:t>
      </w:r>
    </w:p>
    <w:p>
      <w:r>
        <w:br/>
        <w:t>Здіймались огні. Ішла гроза. Ворог пішов у атаку. Інсургенти відходять.</w:t>
      </w:r>
    </w:p>
    <w:p>
      <w:r>
        <w:br/>
        <w:t>...Тоді я у млості, охоплений пожаром якоїсь неможливої радости, закинув руку за шию своєї матері й притиснув її голову до своїх грудей. Потім підвів мавзера й нажав спуск на скроню.</w:t>
      </w:r>
    </w:p>
    <w:p>
      <w:r>
        <w:br/>
        <w:t>Як зрізаний колос, похилилася вона на мене.</w:t>
      </w:r>
    </w:p>
    <w:p>
      <w:r>
        <w:br/>
        <w:t>Я положив її на землю й дико озирнувся.—— Навкруги було порожньо. Тільки збоку темніли теплі трупи черниць.— Недалеко грохотіли орудія.</w:t>
      </w:r>
    </w:p>
    <w:p>
      <w:r>
        <w:br/>
        <w:t>...Я заложив руку в кишеню й тут же згадав, що в княжих покоях я щось забув.</w:t>
      </w:r>
    </w:p>
    <w:p>
      <w:r>
        <w:br/>
        <w:t>"От дурень!" — подумав я.</w:t>
      </w:r>
    </w:p>
    <w:p>
      <w:r>
        <w:br/>
        <w:t>...Потім скинувся:</w:t>
      </w:r>
    </w:p>
    <w:p>
      <w:r>
        <w:br/>
        <w:t>— Де ж люди?</w:t>
      </w:r>
    </w:p>
    <w:p>
      <w:r>
        <w:br/>
        <w:t>Ну да, мені треба спішити до свойого батальйону! — І я кинувся на дорогу.</w:t>
      </w:r>
    </w:p>
    <w:p>
      <w:r>
        <w:br/>
        <w:t>Але не зробив я й трьох кроків, як мене щось зупинило.</w:t>
      </w:r>
    </w:p>
    <w:p>
      <w:r>
        <w:br/>
        <w:t>Я здригнув і побіг до трупа матері.</w:t>
      </w:r>
    </w:p>
    <w:p>
      <w:r>
        <w:br/>
        <w:t>Я став перед ним на коліна й пильно вдивлявся в обличчя. Але воно було мертве. По щоці, пам'ятаю, текла темним струменем кров.</w:t>
      </w:r>
    </w:p>
    <w:p>
      <w:r>
        <w:br/>
        <w:t>Тоді я звів цю безвихідну голову й пожадливо впився устами в білий лоб.— Тьма.</w:t>
      </w:r>
    </w:p>
    <w:p>
      <w:r>
        <w:br/>
        <w:t>І раптом чую:</w:t>
      </w:r>
    </w:p>
    <w:p>
      <w:r>
        <w:br/>
        <w:t>— Ну, комунаре, підводься!</w:t>
      </w:r>
    </w:p>
    <w:p>
      <w:r>
        <w:br/>
        <w:t>Пора до батальйону!</w:t>
      </w:r>
    </w:p>
    <w:p>
      <w:r>
        <w:br/>
        <w:t>Я зиркнув і побачив:</w:t>
      </w:r>
    </w:p>
    <w:p>
      <w:r>
        <w:br/>
        <w:t>— переді мною знову стояв дегенерат.</w:t>
      </w:r>
    </w:p>
    <w:p>
      <w:r>
        <w:br/>
        <w:t>Ага, я зараз. Я зараз. Так, мені давно пора! — Тоді я поправив ремінь свого мавзера й знову кинувся на дорогу.</w:t>
      </w:r>
    </w:p>
    <w:p>
      <w:r>
        <w:br/>
        <w:t>...В степу, як дальні богатирі, стояли кінні інсургенти. Я біг туди, здавивши голову.</w:t>
      </w:r>
    </w:p>
    <w:p>
      <w:r>
        <w:br/>
        <w:t>...Ішла гроза. Десь пробивалися досвітні плями. Тихо вмирав місяць у пронизаному зеніті. З заходу насувалися хмари. Ішла чітка, рясна перестрілка.</w:t>
      </w:r>
    </w:p>
    <w:p>
      <w:r>
        <w:br/>
        <w:t>...Я зупинився серед мертвого степу:</w:t>
      </w:r>
    </w:p>
    <w:p>
      <w:r>
        <w:br/>
        <w:t>— там, в дальній безвісті, невідомо горіли тихі, озера загірної комуни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(Романтика)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