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дуб із вітровієм бився</w:t>
      </w:r>
    </w:p>
    <w:p>
      <w:r>
        <w:br/>
        <w:t xml:space="preserve"> Не одно уже століття&lt;br /&gt;</w:t>
        <w:br/>
        <w:t>Дуб стояв, простерши віття,-&lt;br /&gt;</w:t>
        <w:br/>
        <w:t>весь в корі, як у броні,&lt;br /&gt;</w:t>
        <w:br/>
        <w:t>трудні роки, ночі й дні...</w:t>
      </w:r>
    </w:p>
    <w:p>
      <w:r>
        <w:br/>
        <w:t>Знав одне лиш добре діло.&lt;br /&gt;</w:t>
        <w:br/>
        <w:t>Листя дихало й раділо,&lt;br /&gt;</w:t>
        <w:br/>
        <w:t>Дуб добрячим обростав —&lt;br /&gt;</w:t>
        <w:br/>
        <w:t>доки й сам, як витязь, став.</w:t>
      </w:r>
    </w:p>
    <w:p>
      <w:r>
        <w:br/>
        <w:t>Батьком був він Клену й Глоду.&lt;br /&gt;</w:t>
        <w:br/>
        <w:t>Всім давав він прохолоду.&lt;br /&gt;</w:t>
        <w:br/>
        <w:t>Кожен знав: хай грім гримить —&lt;br /&gt;</w:t>
        <w:br/>
        <w:t>Дуб од бурі захистить.</w:t>
      </w:r>
    </w:p>
    <w:p>
      <w:r>
        <w:br/>
        <w:t>Ось минуло ще століття...&lt;br /&gt;</w:t>
        <w:br/>
        <w:t>Розгулялось лихоліття:&lt;br /&gt;</w:t>
        <w:br/>
        <w:t>з півночі, з-під білих вій&lt;br /&gt;</w:t>
        <w:br/>
        <w:t>хижо глянув Вітровій.</w:t>
      </w:r>
    </w:p>
    <w:p>
      <w:r>
        <w:br/>
        <w:t>Глянув, станув, розігнався,&lt;br /&gt;</w:t>
        <w:br/>
        <w:t>Дуб зелений захитався,&lt;br /&gt;</w:t>
        <w:br/>
        <w:t>віттям він загомонів:&lt;br /&gt;</w:t>
        <w:br/>
        <w:t>— Стережись! Встає мій гнів!</w:t>
      </w:r>
    </w:p>
    <w:p>
      <w:r>
        <w:br/>
        <w:t>Ми ж ні в чім тобі не винні.&lt;br /&gt;</w:t>
        <w:br/>
        <w:t>Ми — в землі, в своїм корінні!!! —&lt;br /&gt;</w:t>
        <w:br/>
        <w:t>...Та іде на Дуба в бій&lt;br /&gt;</w:t>
        <w:br/>
        <w:t>розбишака Вітровій.</w:t>
      </w:r>
    </w:p>
    <w:p>
      <w:r>
        <w:br/>
        <w:t>— Не шматуй красу зелену!&lt;br /&gt;</w:t>
        <w:br/>
        <w:t>Я — захисник В'язу й Клену.&lt;br /&gt;</w:t>
        <w:br/>
        <w:t>Ти на нас не налітай! —&lt;br /&gt;</w:t>
        <w:br/>
        <w:t>пропадом ти иропадай!</w:t>
      </w:r>
    </w:p>
    <w:p>
      <w:r>
        <w:br/>
        <w:t>Вітер слухати не хоче —&lt;br /&gt;</w:t>
        <w:br/>
        <w:t>Дуба рве, свистить, регоче.&lt;br /&gt;</w:t>
        <w:br/>
        <w:t>Густо Гусінь наліза —&lt;br /&gt;</w:t>
        <w:br/>
        <w:t>думає, що Дуб — лоза.</w:t>
      </w:r>
    </w:p>
    <w:p>
      <w:r>
        <w:br/>
        <w:t>Ну, а Дуб стоїть, не гнеться,&lt;br /&gt;</w:t>
        <w:br/>
        <w:t>силі Вітру не дається.&lt;br /&gt;</w:t>
        <w:br/>
        <w:t>Тільки віттям стрепене —&lt;br /&gt;</w:t>
        <w:br/>
        <w:t>Гусінь з нього вниз сипне...</w:t>
      </w:r>
    </w:p>
    <w:p>
      <w:r>
        <w:br/>
        <w:t>Знов тут Вітер налітає,&lt;br /&gt;</w:t>
        <w:br/>
        <w:t>листя на льоту хватає.&lt;br /&gt;</w:t>
        <w:br/>
        <w:t>— Падай,— каже,— на ріллю,&lt;br /&gt;</w:t>
        <w:br/>
        <w:t>а то Шашіль я нашлю!</w:t>
      </w:r>
    </w:p>
    <w:p>
      <w:r>
        <w:br/>
        <w:t>Гульк! — і справді Шашіль лізе,&lt;br /&gt;</w:t>
        <w:br/>
        <w:t>аж кругом все стало сизе.&lt;br /&gt;</w:t>
        <w:br/>
        <w:t>Дуб тут голос подає:&lt;br /&gt;</w:t>
        <w:br/>
        <w:t>— Дятлику! А де ти є?</w:t>
      </w:r>
    </w:p>
    <w:p>
      <w:r>
        <w:br/>
        <w:t>Дятел враз себе являє,&lt;br /&gt;</w:t>
        <w:br/>
        <w:t>стовбур дуба оббігає,&lt;br /&gt;</w:t>
        <w:br/>
        <w:t>в Шашіль дзьобом стук та стук —&lt;br /&gt;</w:t>
        <w:br/>
        <w:t>й Вітер знову мов без рук.</w:t>
      </w:r>
    </w:p>
    <w:p>
      <w:r>
        <w:br/>
        <w:t>— Ну що, взяв? — тут Дуб до Вітра.-&lt;br /&gt;</w:t>
        <w:br/>
        <w:t>Сила ти нечиста й хитра.&lt;br /&gt;</w:t>
        <w:br/>
        <w:t>Ти все ждеш на смерть мою?&lt;br /&gt;</w:t>
        <w:br/>
        <w:t>Я ж ось, бач, живий стою!</w:t>
      </w:r>
    </w:p>
    <w:p>
      <w:r>
        <w:br/>
        <w:t>Ох же Вітру і досадно!&lt;br /&gt;</w:t>
        <w:br/>
        <w:t>Закружляв він листопадне,&lt;br /&gt;</w:t>
        <w:br/>
        <w:t>та не вдержавсь па нозі&lt;br /&gt;</w:t>
        <w:br/>
        <w:t>й опинився у грязі.</w:t>
      </w:r>
    </w:p>
    <w:p>
      <w:r>
        <w:br/>
        <w:t>Дуб трясеться, Дуб регоче:&lt;br /&gt;</w:t>
        <w:br/>
        <w:t>— Що твоя ще милість хоче?&lt;br /&gt;</w:t>
        <w:br/>
        <w:t>У грязюці одпочить?&lt;br /&gt;</w:t>
        <w:br/>
        <w:t>Так зима вже он спішить!</w:t>
      </w:r>
    </w:p>
    <w:p>
      <w:r>
        <w:br/>
        <w:t>Вітер мовчки тут підвівся,&lt;br /&gt;</w:t>
        <w:br/>
        <w:t>кашлянув та й подавився.&lt;br /&gt;</w:t>
        <w:br/>
        <w:t>Дуб із нього засміявсь:&lt;br /&gt;</w:t>
        <w:br/>
        <w:t>— Ну так як — навоювавсь?</w:t>
      </w:r>
    </w:p>
    <w:p>
      <w:r>
        <w:br/>
        <w:t>Насилав на мене Шашіль,-&lt;br /&gt;</w:t>
        <w:br/>
        <w:t>а в самого в тебе кашель,&lt;br /&gt;</w:t>
        <w:br/>
        <w:t>насилав на мене жах,-&lt;br /&gt;</w:t>
        <w:br/>
        <w:t>сам же ледве на ногах.</w:t>
      </w:r>
    </w:p>
    <w:p>
      <w:r>
        <w:br/>
        <w:t>Зуби в тебе випадають,&lt;br /&gt;</w:t>
        <w:br/>
        <w:t>очі й брови вицвітають,&lt;br /&gt;</w:t>
        <w:br/>
        <w:t>хочеш крикнуть: "Йде зима!" —&lt;br /&gt;</w:t>
        <w:br/>
        <w:t>а вже й голосу нема.</w:t>
      </w:r>
    </w:p>
    <w:p>
      <w:r>
        <w:br/>
        <w:t>Ех ти, Вітре-Вітровію,&lt;br /&gt;</w:t>
        <w:br/>
        <w:t>сам собі зламав ти шию.&lt;br /&gt;</w:t>
        <w:br/>
        <w:t>Отепер іди та й плач&lt;br /&gt;</w:t>
        <w:br/>
        <w:t>від самісіньких невдач.</w:t>
      </w:r>
    </w:p>
    <w:p>
      <w:r>
        <w:br/>
        <w:t>Так промовив Дуб могутній —&lt;br /&gt;</w:t>
        <w:br/>
        <w:t>і про день свій про майбутній&lt;br /&gt;</w:t>
        <w:br/>
        <w:t>взяв він думати-гадать,&lt;br /&gt;</w:t>
        <w:br/>
        <w:t>та ще й вітами гойдать.</w:t>
      </w:r>
    </w:p>
    <w:p>
      <w:r>
        <w:br/>
        <w:t>1943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дуб із вітровієм бився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