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я люблю тебе, мій краю вугляний...</w:t>
      </w:r>
    </w:p>
    <w:p>
      <w:r>
        <w:br/>
        <w:t xml:space="preserve"> Як я люблю тебе, мій краю вугляний,&lt;br /&gt;</w:t>
        <w:br/>
        <w:t>твій кожний камінець, твою билину кожну,&lt;br /&gt;</w:t>
        <w:br/>
        <w:t>де я пішов на бій за щастя вдаль тривожну,&lt;br /&gt;</w:t>
        <w:br/>
        <w:t>що снилося мені в заграві заводській...</w:t>
      </w:r>
    </w:p>
    <w:p>
      <w:r>
        <w:br/>
        <w:t>Коли доводиться в краях твоїх бувати,&lt;br /&gt;</w:t>
        <w:br/>
        <w:t>од щастя плачу я, і плачу, і сміюсь...&lt;br /&gt;</w:t>
        <w:br/>
        <w:t>Щоб сили для пісень джерельної набрати,&lt;br /&gt;</w:t>
        <w:br/>
        <w:t>я серцем до землі донецької тулюсь.</w:t>
      </w:r>
    </w:p>
    <w:p>
      <w:r>
        <w:br/>
        <w:t>Ті верби над Дінцем, що я повз них проходив,&lt;br /&gt;</w:t>
        <w:br/>
        <w:t>і рейок димний дзвін, і шахти на горі,&lt;br /&gt;</w:t>
        <w:br/>
        <w:t>куди біжать, біжать вагончики з заводу,&lt;br /&gt;</w:t>
        <w:br/>
        <w:t>смуглява дітвора, щасливі матері...</w:t>
      </w:r>
    </w:p>
    <w:p>
      <w:r>
        <w:br/>
        <w:t>Це там, це там, це там зростали ми й любили,&lt;br /&gt;</w:t>
        <w:br/>
        <w:t>і я горджусь, що я землі моєї син,&lt;br /&gt;</w:t>
        <w:br/>
        <w:t>де силу мускулів машини замінили,&lt;br /&gt;</w:t>
        <w:br/>
        <w:t>щоб назавжди забув шахтар про кайла дзвін,</w:t>
      </w:r>
    </w:p>
    <w:p>
      <w:r>
        <w:br/>
        <w:t>Щоб він злетів орлом в простори наукові,&lt;br /&gt;</w:t>
        <w:br/>
        <w:t>щоб шлях пізнав до зір не тільки у піснях.&lt;br /&gt;</w:t>
        <w:br/>
        <w:t>Я шлю тобі слова безмірної любові,&lt;br /&gt;</w:t>
        <w:br/>
        <w:t>донецький краю мій, на твій громохкий шлях.</w:t>
      </w:r>
    </w:p>
    <w:p>
      <w:r>
        <w:br/>
        <w:t>Цвіти, сіяй, грими! Чаруй життя красою&lt;br /&gt;</w:t>
        <w:br/>
        <w:t>і прокладай нову, іще не знану путь!&lt;br /&gt;</w:t>
        <w:br/>
        <w:t>В майбутнє ідучи веселою ходою,&lt;br /&gt;</w:t>
        <w:br/>
        <w:t>у щасті про свого поета не забудь.</w:t>
      </w:r>
    </w:p>
    <w:p>
      <w:r>
        <w:br/>
        <w:t>1959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я люблю тебе, мій краю вугляний...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