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холодно! Акація цвіте..</w:t>
      </w:r>
    </w:p>
    <w:p>
      <w:r>
        <w:br/>
        <w:t xml:space="preserve"> Як холодно! Акація цвіте.&lt;br /&gt;</w:t>
        <w:br/>
        <w:t>Стоїть, як люстра, над сирим асфальтом.&lt;br /&gt;</w:t>
        <w:br/>
        <w:t>Сумної зірки око золоте,&lt;br /&gt;</w:t>
        <w:br/>
        <w:t>і електричка скрикнула контральто.</w:t>
      </w:r>
    </w:p>
    <w:p>
      <w:r>
        <w:br/>
        <w:t>Я тихо йду. Так ходять скрипалі,&lt;br /&gt;</w:t>
        <w:br/>
        <w:t>не сколихнувши музику словами.&lt;br /&gt;</w:t>
        <w:br/>
        <w:t>Єдина мить — під небом на землі&lt;br /&gt;</w:t>
        <w:br/>
        <w:t>отак побути наодинці з Вами!</w:t>
      </w:r>
    </w:p>
    <w:p>
      <w:r>
        <w:br/>
        <w:t>Ви теж, мабуть, десь тихо ідете.&lt;br /&gt;</w:t>
        <w:br/>
        <w:t>Страждання наше чисте і терпляче.&lt;br /&gt;</w:t>
        <w:br/>
        <w:t>Як холодно!.. Акація цвіте.&lt;br /&gt;</w:t>
        <w:br/>
        <w:t>Як холодно! Душа за Вами плаче.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холодно! Акація цвіте..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