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Метелик тупнув</w:t>
      </w:r>
    </w:p>
    <w:p>
      <w:r>
        <w:br/>
        <w:t xml:space="preserve"> &lt;p&gt;Тепер, моє серденько, я розповім тобі ще одну казочку, нову й чудесну казочку, зовсім не схожу на всі інші казки — казочку про мудрого володаря Сулеймана-ібн-Дауда.</w:t>
      </w:r>
    </w:p>
    <w:p>
      <w:r>
        <w:br/>
        <w:t>Про нього вже й раніше було складено аж триста п'ятдесят п'ять чудесних казок, але моя казочка тим казочкам не рівня.</w:t>
      </w:r>
    </w:p>
    <w:p>
      <w:r>
        <w:br/>
        <w:t>Це не казка про чайку, що розшукала воду, і не про одуда, який своїми крильцями захистив мудреця Сулеймана від спеки.</w:t>
      </w:r>
    </w:p>
    <w:p>
      <w:r>
        <w:br/>
        <w:t>Це не казка про скляну підлогу, чи про рубін з хитромудрим отвором, чи про золотий зливок цариці Балкіс.</w:t>
      </w:r>
    </w:p>
    <w:p>
      <w:r>
        <w:br/>
        <w:t>Це казка про те, як метелик тупнув.</w:t>
      </w:r>
    </w:p>
    <w:p>
      <w:r>
        <w:br/>
        <w:t>Ну, а тепер слухай і запам'ятовуй.</w:t>
      </w:r>
    </w:p>
    <w:p>
      <w:r>
        <w:br/>
        <w:t>Сулейман-ібН'Дауд славився особливою мудрістю. Він розумів, що говорили звірі і що співали птахи, що бубоніли риби і що дзижчали комахи.</w:t>
      </w:r>
    </w:p>
    <w:p>
      <w:r>
        <w:br/>
        <w:t>Він розумів, що говорили скелі глибоко під землею, коли стикалися одна з одною і глухо стогнали.</w:t>
      </w:r>
    </w:p>
    <w:p>
      <w:r>
        <w:br/>
        <w:t>Він розумів, що шепотіли дерева, коли вранці шелестіло їхнє листя. Він розумів усе на світі. А красуня Балкіс, головна султанша ібн-Дауда, була майже така ж розумна та мудра, як і він сам.</w:t>
      </w:r>
    </w:p>
    <w:p>
      <w:r>
        <w:br/>
        <w:t>Сулейман-ібн-Дауд славився також могутністю. На третьому пальці правої руки він носив перстень. Коли він обертав той перстень один раз, до нього прилітали в неба чарівниці феї і робили все, що він накаже. А коли він обертав перстень тричі, перед ним поставав наймогутніший джин-меченосець в одінні Водолія і доповідав йому про все, що творилося-діялось у трьох світах: на землі, в небесах, під землею.</w:t>
      </w:r>
    </w:p>
    <w:p>
      <w:r>
        <w:br/>
        <w:t>І все ж таки Сулейман-ібн-Дауд не задирав носа. Він дуже рідко вихвалявся своєю могутністю, а коли це ненароком траплялось, то потім завжди каявся.</w:t>
      </w:r>
    </w:p>
    <w:p>
      <w:r>
        <w:br/>
        <w:t>Якось йому забаглося нагодувати за один день геть усіх тварин світу, та коли обід уже був готовий, з морської безодні виринув незнаний звір і в три ковтки пожер увесь той харч.</w:t>
      </w:r>
    </w:p>
    <w:p>
      <w:r>
        <w:br/>
        <w:t>Сулейман-ібн-Дауд страшенно здивувався і спитав:</w:t>
      </w:r>
    </w:p>
    <w:p>
      <w:r>
        <w:br/>
        <w:t>— О Звіре, хто ти такий?</w:t>
      </w:r>
    </w:p>
    <w:p>
      <w:r>
        <w:br/>
        <w:t>І Звір сказав:</w:t>
      </w:r>
    </w:p>
    <w:p>
      <w:r>
        <w:br/>
        <w:t>— О повелителю, нехай продовжиться твоє життя на віки вічні! Я — найменшенький з тридцяти тисяч братів, і живемо усі ми на дні морському. До вас дійшли чутки, що ти збираєшся нагодувати звірів з усього світу, і брати послали мене спитати, коли буде готовий обід.</w:t>
      </w:r>
    </w:p>
    <w:p>
      <w:r>
        <w:br/>
        <w:t>Сулейман-ібн-Дауд здивувався ще дужче і сказав:</w:t>
      </w:r>
    </w:p>
    <w:p>
      <w:r>
        <w:br/>
        <w:t>— О Звіре, ти з'їв увесь обід, що я його приготував для звірів цілого світу!</w:t>
      </w:r>
    </w:p>
    <w:p>
      <w:r>
        <w:br/>
        <w:t>І Звір відповів:</w:t>
      </w:r>
    </w:p>
    <w:p>
      <w:r>
        <w:br/>
        <w:t>— О повелителю, нехай продовжиться твоє життя на віки вічні! Невже ти справді гадаєш, що то був обід? Там, звідки я прийшов, кожен із нас з'їдає удвічі більше, і то щоб тільки заморити черв'ячка.</w:t>
      </w:r>
    </w:p>
    <w:p>
      <w:r>
        <w:br/>
        <w:t>Тоді Сулейман-ібн-Дауд упав долілиць і сказав:</w:t>
      </w:r>
    </w:p>
    <w:p>
      <w:r>
        <w:br/>
        <w:t>— О Звіре! Я влаштував той обід, щоб похвастати, який я великий та багатий володар, а не заради того" щоб зробити добро всім звірам світу. Тепер мені соромно, і це мені буде наука.</w:t>
      </w:r>
    </w:p>
    <w:p>
      <w:r>
        <w:br/>
        <w:t>Сулейман-ібн-Дауд був справді мудрий чоловік, моє серденько. Після того він уже ніколи не забував, що хвастощі — то нерозумна штука.</w:t>
      </w:r>
    </w:p>
    <w:p>
      <w:r>
        <w:br/>
        <w:t>Досі була приказка, а тепер почнеться сама казка.</w:t>
      </w:r>
    </w:p>
    <w:p>
      <w:r>
        <w:br/>
        <w:t>У Сулеймана-ібн-Дауда було дуже багато жінок. У нього було аж дев'ятсот дев'яносто дев'ять жінок, а до них ще й красуня Балкіс. І всі вони жили у великому золотому палаці посеред чудового саду з водограями.</w:t>
      </w:r>
    </w:p>
    <w:p>
      <w:r>
        <w:br/>
        <w:t>Насправді Сулейману-ібн-Дауду були ні до чого оті дев'ятсот дев'яносто дев'ять жінок, але за тих часів був звичай, щоб чоловіки мали якнайбільше жінок, а володар мав мати їх іще більше, аби показати, що він є володар.</w:t>
      </w:r>
    </w:p>
    <w:p>
      <w:r>
        <w:br/>
        <w:t>Декотрі з тих жінок були гарні, вродливі, а декотрі просто бридкі та жахливі. І бридкі та жахливі завжди сварилися з гарними та вродливими, і від того гарні та вродливі теж ставали бридкі та жахливі, і тоді вони усі гуртом сварилися з Сулейманом-ібн-Даудом, і в Сулеймана-ібн-Дауда макітрилася голова.</w:t>
      </w:r>
    </w:p>
    <w:p>
      <w:r>
        <w:br/>
        <w:t>Тільки красуня Балкіс ніколи не сварилася з Сулейманом-ібн-Даудом. Вона його дуже любила. Сидячи в своїх роззолочених покоях чи гуляючи в саду при золотому палаці, Балкіс тільки й думала про нього, і її щиро засмучував султанів сум.</w:t>
      </w:r>
    </w:p>
    <w:p>
      <w:r>
        <w:br/>
        <w:t>Звісно, аби Сулейман-ібн-Дауд захотів крутнути персня на своєму пальці й покликати джинів та ефрітів, вони миттю обернули б усіх дев'ятсот дев'яносто дев'ятьох сварливих жінок на білих верблюдиць, або на хортиць, або ж на гранатові зернятка. Та Сулейман-ібн-Дауд вважав, що то були б хвастощі. Отож, коли султанші затівали сварку, він тишком-нишком тікав у найтемніший закуток саду і на чім світ стоїть проклинав той день, коли з'явився на цей світ.</w:t>
      </w:r>
    </w:p>
    <w:p>
      <w:r>
        <w:br/>
        <w:t>Одного разу, коли султанші — геть усі дев'ятсот дев'яносто дев'ять султанш — зчинили в золотому палаці гармидер аж на три тижні, Сулейман-ібн-Дауд чкурнув, як завжди, в сад, шукаючи собі тиші та спокою. І там, під помаранчевим деревом, він уздрів красуню Балкіс, і Балкіс була щиро засмучена, через те що був глибоко засмучений її повелитель.</w:t>
      </w:r>
    </w:p>
    <w:p>
      <w:r>
        <w:br/>
        <w:t>І Балкіс сказала:</w:t>
      </w:r>
    </w:p>
    <w:p>
      <w:r>
        <w:br/>
        <w:t>— О мій повелителю, світло очей моїх! Крутни свій перстень на пальці і покажи отим султаншам з Єгипту, Месопотамії, Персії та Китаю, що ти всемогутній і грізний володар.</w:t>
      </w:r>
    </w:p>
    <w:p>
      <w:r>
        <w:br/>
        <w:t>Але Сулейман-ібн-Дауд лише похитав головою і сказав:</w:t>
      </w:r>
    </w:p>
    <w:p>
      <w:r>
        <w:br/>
        <w:t>— О голубко моя, радість і щастя мого життя! &amp;quot;Чи ти забула про звіра, що вийшов з морської безодні і посоромив мене перед усіма звірами світу за мою пиху? Якщо я й тепер завеличаюсь перед отими султаншами з Персії, Єгипту, Абіссинії та Китаю тільки тому, що вони надокучають мені, я провалюсь від сорому крізь землю.</w:t>
      </w:r>
    </w:p>
    <w:p>
      <w:r>
        <w:br/>
        <w:t>І красуня Балкіс сказала:</w:t>
      </w:r>
    </w:p>
    <w:p>
      <w:r>
        <w:br/>
        <w:t>— О повелителю мій, скарб душі моєї! Що ж там робитимеш?</w:t>
      </w:r>
    </w:p>
    <w:p>
      <w:r>
        <w:br/>
        <w:t>І Сулейман-ібн-Дауд сказав:</w:t>
      </w:r>
    </w:p>
    <w:p>
      <w:r>
        <w:br/>
        <w:t>— О моя рибонько, втіхо серця мого! Я терпітиму й далі все, що судилось мені терпіти в пазурах оцих дев'ятисот дев'яноста дев'ятьох жінок, які не дають мені дихати своїми нескінченними чварами.</w:t>
      </w:r>
    </w:p>
    <w:p>
      <w:r>
        <w:br/>
        <w:t>І він побрів понуро поміж шлей, поміж мушмул, поміж троянд та канн та запашного імбиру, і прийшов до великого камфорного дерева, що так і звалось камфорним деревом Сулеймана-ібн-Дауда.</w:t>
      </w:r>
    </w:p>
    <w:p>
      <w:r>
        <w:br/>
        <w:t>А красуня Балкіс тим часом сховалася серед високих ірисів, та строкатолистого бамбуку, та червоних лілей ва камфорним деревом, так щоб бути ближче до свого коханого чоловіка, до Сулеймана-ібн-Дауда.</w:t>
      </w:r>
    </w:p>
    <w:p>
      <w:r>
        <w:br/>
        <w:t>Аж раптом під дерево прилетіли два метелики, і ті метелики сварились між собою. Сулейман-ібн-Дауд почув, як один з них сказав іншому:</w:t>
      </w:r>
    </w:p>
    <w:p>
      <w:r>
        <w:br/>
        <w:t>— Дивуюсь, як ти ото дозволяєш собі так зарозуміло розмовляти зі мною! Хіба ти не знаєш, що досить мені тупнути ногою, і весь оцей палац Сулеймана-ібн-Дауда разом із садом миттю щезне з лиця землі?</w:t>
      </w:r>
    </w:p>
    <w:p>
      <w:r>
        <w:br/>
        <w:t>Сулейман-ібн-Дауд одразу ж забув про своїх дев'ятсот дев'яносто дев'ятьох жінок. Вихваляння Метелика дуже його насмішило, і він так розреготався, що аж камфорне дерево затряслось. І він простяг палець і сказав:</w:t>
      </w:r>
    </w:p>
    <w:p>
      <w:r>
        <w:br/>
        <w:t>— Ходи-ко сюди, маленький.</w:t>
      </w:r>
    </w:p>
    <w:p>
      <w:r>
        <w:br/>
        <w:t>Метелик страшенно злякався, але все ж таки підлетів до султана і сів йому на руку, лопочучи крильцями. Сулейман-ібн-Дауд нахиливсь до Метелика і лагідно прошепотав:</w:t>
      </w:r>
    </w:p>
    <w:p>
      <w:r>
        <w:br/>
        <w:t>— Послухай-но, маленький, адже ти знаєш, що хоч би скільки ти тупав, ти навіть не пригнеш до землі бодай найтоншої травинки. Для чого ж ти кажеш таку жахливу неправду своїй дружині? Бо ж то, з усього видно, твоя дружина.</w:t>
      </w:r>
    </w:p>
    <w:p>
      <w:r>
        <w:br/>
        <w:t>Метелик глянув на Сулеймана-ібн-Дауда і побачив, що очі в мудрого султана блищать, немов зорі в морозяну ніч. Тоді він зібрав усю свою сміливість у крильцята, схилив набік голівку і сказав:</w:t>
      </w:r>
    </w:p>
    <w:p>
      <w:r>
        <w:br/>
        <w:t>— О повелителю, нехай продовжиться твоє життя на віки вічні! Це справді моя жінка. А ти знаєш, що таке жінки?</w:t>
      </w:r>
    </w:p>
    <w:p>
      <w:r>
        <w:br/>
        <w:t>Сулейман-ібн-Дауд усміхнувся в бороду і сказав:</w:t>
      </w:r>
    </w:p>
    <w:p>
      <w:r>
        <w:br/>
        <w:t>— Та знаю, братику, знаю.</w:t>
      </w:r>
    </w:p>
    <w:p>
      <w:r>
        <w:br/>
        <w:t>— Треба ж якось підтримувати свою чоловічу гідність,— пояснив Метелик.— А жінка цілісінький ранок свариться зі мною. Ото я й пристрашив її, щоб вона втихомирилась.</w:t>
      </w:r>
    </w:p>
    <w:p>
      <w:r>
        <w:br/>
        <w:t>І Сулейман-ібн-Дауд сказав:</w:t>
      </w:r>
    </w:p>
    <w:p>
      <w:r>
        <w:br/>
        <w:t>— Аби ж це її втихомирило. Ну, тепер лети до неї, братику, а я послухаю, що ти ще їй скажеш.</w:t>
      </w:r>
    </w:p>
    <w:p>
      <w:r>
        <w:br/>
        <w:t>і Метелик полетів до своєї дружини, що вся аж тремтіла з нетерплячки, сидячи на листочку. І вона так і скрикнула:</w:t>
      </w:r>
    </w:p>
    <w:p>
      <w:r>
        <w:br/>
        <w:t>— Він тебе слухав?! Сам Сулейман-ібн-Дауд тебе слухав?!</w:t>
      </w:r>
    </w:p>
    <w:p>
      <w:r>
        <w:br/>
        <w:t>— Аякже! — відповів Метелик.— Звісно, що слухав. Я так захотів, от він мене і слухав.</w:t>
      </w:r>
    </w:p>
    <w:p>
      <w:r>
        <w:br/>
        <w:t>— І що ж він сказав? Ну, що він сказав?</w:t>
      </w:r>
    </w:p>
    <w:p>
      <w:r>
        <w:br/>
        <w:t>— Гм,— відповів Метелик, гордовито обмахуючись крильцями,— між нами кажучи, люба, він страшенно злякався; хоч я його не винувачу, бо золотий палац, видно, коштував йому великих грошей, та й помаранчі он уже достигають,— от він і попросив мене не тупати, і я пообіцявся.</w:t>
      </w:r>
    </w:p>
    <w:p>
      <w:r>
        <w:br/>
        <w:t>— Лишенько! — вигукнула Метелиха та й примовкла, наче води в рот набрала.</w:t>
      </w:r>
    </w:p>
    <w:p>
      <w:r>
        <w:br/>
        <w:t>А Сулейман-ібн-Дауд реготався до сліз, так його насмішила безсоромність негідного Метелика.</w:t>
      </w:r>
    </w:p>
    <w:p>
      <w:r>
        <w:br/>
        <w:t>А красуня Балкіс стояла за камфорним деревом серед червоних лілей і теж усміхалась, бо вона чула всю їхню розмову. І вона подумала:</w:t>
      </w:r>
    </w:p>
    <w:p>
      <w:r>
        <w:br/>
        <w:t>"Коли я справді виявлю мудрість, то порятую свого повелителя від неприємностей з отими сварливими султаншами". І вона простягла палець і лагідно прошепотіла до Метелихи:</w:t>
      </w:r>
    </w:p>
    <w:p>
      <w:r>
        <w:br/>
        <w:t>— А йди-но сюди, маленька.</w:t>
      </w:r>
    </w:p>
    <w:p>
      <w:r>
        <w:br/>
        <w:t>Метелиха злякано спурхнула з листочка і сіла на білу руку Балкіс. А Балкіс нахилила свою чарівну голівку і прошепотіла:</w:t>
      </w:r>
    </w:p>
    <w:p>
      <w:r>
        <w:br/>
        <w:t>— Скажи, маленька, ти віриш у те, що сказав тобі зараз твій чоловік?</w:t>
      </w:r>
    </w:p>
    <w:p>
      <w:r>
        <w:br/>
        <w:t>Метелиха поглянула на Балкіс і побачила, що очі в красуні султанші сяють, немов глибокі чисті озера, в яких відбиваються зорі, а тоді зібрала всю свою сміливість у крильцята і сказала:</w:t>
      </w:r>
    </w:p>
    <w:p>
      <w:r>
        <w:br/>
        <w:t>— О царице, нехай збережеться твоя врода на віки вічні! Адже ти знаєш, які бувають чоловіки!</w:t>
      </w:r>
    </w:p>
    <w:p>
      <w:r>
        <w:br/>
        <w:t>І султанша Балкіс, мудра Балкіс Сабейська, затулила пальцями уста, щоб приховати усмішку, і сказала:</w:t>
      </w:r>
    </w:p>
    <w:p>
      <w:r>
        <w:br/>
        <w:t>— Знаю, сестрице.</w:t>
      </w:r>
    </w:p>
    <w:p>
      <w:r>
        <w:br/>
        <w:t>— Вони самі не знають, чого сердяться,— сказала Метелиха, швидко обмахуючись крильцями,— а ми їх маємо розважати. їм навіть трохи не можна вірити. Уявляєте, мій чоловік вірить, що я вірю, ніби він здатен тупнути ногою — і палац Сулеймана-ібн-Дауда тієї ж миті щезне. Та для мене то пусті балачки. До завтра він сам про них забуде.</w:t>
      </w:r>
    </w:p>
    <w:p>
      <w:r>
        <w:br/>
        <w:t>— Твоя правда, сестрице,— сказала Балкіс,— але наступного разу, коли він почне вихвалятись, спіймай його на слові. Попроси його тупнути і побачиш, що з того вийде. Адже ми знаємо, які бувають чоловіки, правда, ж? Не завадить його присоромити.</w:t>
      </w:r>
    </w:p>
    <w:p>
      <w:r>
        <w:br/>
        <w:t>І Метелиха полетіла до свого чоловіка і вже за п'ять хвилин зчинила з ним ще запеклішу сварку.</w:t>
      </w:r>
    </w:p>
    <w:p>
      <w:r>
        <w:br/>
        <w:t>— Пам'ятай,— крикнув Метелик,— пам'ятай, що станеться, коли я тупну!</w:t>
      </w:r>
    </w:p>
    <w:p>
      <w:r>
        <w:br/>
        <w:t>— Я тобі ніскілечки не вірю,— торохтіла Метелиха.— Хотіла б я побачити, що з того в тебе вийде. Ну спробуй, тупни.</w:t>
      </w:r>
    </w:p>
    <w:p>
      <w:r>
        <w:br/>
        <w:t>— Я обіцяв Сулейману-ібн-Дауду не робити цього,— сказав Метелик,— і не хочу порушувати слова.</w:t>
      </w:r>
    </w:p>
    <w:p>
      <w:r>
        <w:br/>
        <w:t>— Біди не станеться, коли й порушиш,— сказала Метелиха.— Та ти своїм тупанням не нахилиш навіть билинки до землі. Ну, спробуй, чого ж ти! Ну тупни, тупни, тупни!</w:t>
      </w:r>
    </w:p>
    <w:p>
      <w:r>
        <w:br/>
        <w:t>А Сулейман-ібн-Дауд сидів під улюбленим камфорним деревом і чув кожне їхнє слово, і так сміявся, як ще ніколи не сміявся. Він геть забув про своїх султанш, він забув про звіра, що вийшов з безодні морської, він забув навіть про те, що негоже вихвалятись. Він просто сміявся, бо йому було дуже весело. А Балкіс, причаївшись за камфорним деревом, теж усміхалась, радіючи з того, що її любий чоловік розвеселився.</w:t>
      </w:r>
    </w:p>
    <w:p>
      <w:r>
        <w:br/>
        <w:t>Та ось розпашілий, захеканий Метелик знову метнувся у затінок камфорного дерева і сказав Сулейману-ібн-Дауду:</w:t>
      </w:r>
    </w:p>
    <w:p>
      <w:r>
        <w:br/>
        <w:t>— Вона хоче, щоб я тупнув! Вона хоче побачити, що з того вийде! О Сулейман-ібн-Дауд, адже ти знаєш, що з того нічого не вийде, і тепер вона ніколи не повірить жодному моєму слову. Вона сміятиметься в мене, поки я житиму.</w:t>
      </w:r>
    </w:p>
    <w:p>
      <w:r>
        <w:br/>
        <w:t>— Ні, братику,— сказав Сулейман-ібн-Дауд,— більше ми не дамо їй сміятися з тебе.</w:t>
      </w:r>
    </w:p>
    <w:p>
      <w:r>
        <w:br/>
        <w:t>І він крутнув перстень на пальці — не ради того, щоб похвастати своєю могутністю, а тільки заради Метелика, і — чудо із чудес! — тієї ж миті з-під землі вискочило четверо велетенських джинів.</w:t>
      </w:r>
    </w:p>
    <w:p>
      <w:r>
        <w:br/>
        <w:t>— О слуги мої,— сказав Сулейман-ібн-Дауд,— коли оцей пан, що сидить на моєму пальці (бо нахабний Метелик і справді там сидів), тупне лівою передньою ногою, ви понесіть мій палац і сад з громовим гуркотом аж ген за хмари. А коли він тупне знову, ви обережно поставте все на місце.</w:t>
      </w:r>
    </w:p>
    <w:p>
      <w:r>
        <w:br/>
        <w:t>— Тепер, братику,— додав він,— повертайся до своєї жінки і тупай собі на здоров'ячко.</w:t>
      </w:r>
    </w:p>
    <w:p>
      <w:r>
        <w:br/>
        <w:t>Метелик прилетів до жінки, а та все не вгавала:</w:t>
      </w:r>
    </w:p>
    <w:p>
      <w:r>
        <w:br/>
        <w:t>— Ну спробуй, тупни! Ага, боїшся! Ну тупни, тупни.</w:t>
      </w:r>
    </w:p>
    <w:p>
      <w:r>
        <w:br/>
        <w:t>А Балкіс побачила, як чотири могутніх джини взялися за чотири кінці саду, посеред якого стояв палац, і аж заплескала тихесенько в долонь</w:t>
      </w:r>
    </w:p>
    <w:p>
      <w:r>
        <w:br/>
        <w:t>"Нарешті,— сказала вона сама собі,— нарешті Сулейман-ібн-Дауд заради Метелика зробить те, що давно мав би зробити заради власного спокою,— тепер сварливі султанші натерпляться страху".</w:t>
      </w:r>
    </w:p>
    <w:p>
      <w:r>
        <w:br/>
        <w:t>І тут Метелик тупнув ногою.</w:t>
      </w:r>
    </w:p>
    <w:p>
      <w:r>
        <w:br/>
        <w:t>І враз джини підхопили палац та сад і понесли високо, високо вгору, і грізно загуркотів грім, і все зникло у непроглядній пітьмі.</w:t>
      </w:r>
    </w:p>
    <w:p>
      <w:r>
        <w:br/>
        <w:t>А Метелиха пурхала в темряві і слізно благала:</w:t>
      </w:r>
    </w:p>
    <w:p>
      <w:r>
        <w:br/>
        <w:t>— Ой-ой, я більше не буду! Пробач, що я таке казала. Поверни сад на землю, любий мій чоловіченьку, і я ніколи тобі не перечитиму.</w:t>
      </w:r>
    </w:p>
    <w:p>
      <w:r>
        <w:br/>
        <w:t>Метелик злякався не менше за свою Метелиху, а Сулейман-ібн-Дауд так сміявся, що кілька хвилин не міг промовити й слова. Нарешті він перевів подих і прошепотів Метеликові:</w:t>
      </w:r>
    </w:p>
    <w:p>
      <w:r>
        <w:br/>
        <w:t>— Тупни, братику, ще раз, поверни мені палац, о найбільший з усіх чародіїв!</w:t>
      </w:r>
    </w:p>
    <w:p>
      <w:r>
        <w:br/>
        <w:t>— Так, поверни йому палац,— сказала Метелиха, пурхаючи в темряві, неначе міль.— Віддай йому палац і більше не вдавайся до такого страшного чародійства.</w:t>
      </w:r>
    </w:p>
    <w:p>
      <w:r>
        <w:br/>
        <w:t>— Ну, гаразд,— сказав Метелик з удаваною недбалістю.— Ото бачиш, як до мене чіплятися. Мені-то однаково, я звик і не до таких див. Але ради тебе і ради Сулеймана-ібн-Дауда я поставлю усе на місце.</w:t>
      </w:r>
    </w:p>
    <w:p>
      <w:r>
        <w:br/>
        <w:t>І він знову тупнув, і тієї ж миті джини опустили палац та сад на землю, та так обережно, що ке було й чути. Сонце яскраво осявало густо-зелені крони помаранчевих дерев, прекрасні водограї дзюркотіли серед рожевих єгипетських лілей, пташки заливалися Співами, а Метелиха лежала під камфорним деревом, ледь ворушачи крильцями, і злякано лепетала:</w:t>
      </w:r>
    </w:p>
    <w:p>
      <w:r>
        <w:br/>
        <w:t>— Я більше не буду! Я більше не буду!</w:t>
      </w:r>
    </w:p>
    <w:p>
      <w:r>
        <w:br/>
        <w:t>А Сулейман-ібн-Дауд від сміху просто не міг говорити. Він знеможено відкинувся назад, гикнув і, посварившись на Метелика пальцем, сказав:</w:t>
      </w:r>
    </w:p>
    <w:p>
      <w:r>
        <w:br/>
        <w:t>— О великий чарівниче, для чого було повертати мені палац, коли ти вбиваєш мене сміхом!</w:t>
      </w:r>
    </w:p>
    <w:p>
      <w:r>
        <w:br/>
        <w:t>Аж тут почувся страшний лемент. То всі дев'ятсот дев'яносто дев'ять султанш з криком та вереском вибігали з палацу, кличучи за собою своїх дітей. Вони дріботіли рядами по широких мармурових сходах, і в кожному ряду було по сто душ.</w:t>
      </w:r>
    </w:p>
    <w:p>
      <w:r>
        <w:br/>
        <w:t>А мудра Балкіс пішла їм назустріч і спитала:</w:t>
      </w:r>
    </w:p>
    <w:p>
      <w:r>
        <w:br/>
        <w:t>— Що вас наполохало, о султанші?</w:t>
      </w:r>
    </w:p>
    <w:p>
      <w:r>
        <w:br/>
        <w:t>Вони зупинились на широких мармурових сходах рядами, і в кожному ряду було по сто душ, і всі в один голос сказали:</w:t>
      </w:r>
    </w:p>
    <w:p>
      <w:r>
        <w:br/>
        <w:t>— Що налякало? Ми жили собі мирно та тихо у золотому палаці, аж раптом як стій палац зник, і ми опинились у страшній непроглядній пітьмі. І загуркотів грім, і в темряві почали літати джини та ефріти. Ось що наполохало нас, головна султаншо. І ми такого страху набралися, такого страху натерпілися, що від того страху нам ще й досі ой страх як страшно.</w:t>
      </w:r>
    </w:p>
    <w:p>
      <w:r>
        <w:br/>
        <w:t>Тоді Балкіс, перша красуня серед цариць, єдина кохана дружина Сулеймана-ібн-Дауда, володарка Сабеї та золотоносних річок Півдня від пустелі Сій аж до веж Зімбабве, Балкіс, що була майже така мудра, як сам наймудріший серед мудреців Сулейман-ібн-Дауд, тоді оця Балкіс сказала:</w:t>
      </w:r>
    </w:p>
    <w:p>
      <w:r>
        <w:br/>
        <w:t>— Заспокойтеся, о султанші! То один метелик пожалівся на свою дружину, яка весь час з ним сварилась, і наш повелитель, Сулейман-ібн-Дауд, трохи провчив її, щоб вона була сумирніша та покірливіша, бо метелики дуже цінують ті чесноти.</w:t>
      </w:r>
    </w:p>
    <w:p>
      <w:r>
        <w:br/>
        <w:t>Тоді наперед виступила султанша з Єгипту, фараонова дочка, і сказала:</w:t>
      </w:r>
    </w:p>
    <w:p>
      <w:r>
        <w:br/>
        <w:t>— Не може бути, щоб наш палац злетів у повітря, наче пір'їна, заради якоїсь там комашини. Ні, певно, то помер Сулейман-ібн-Дауд, і сама природа громом і пітьмою сповістила нас про це.</w:t>
      </w:r>
    </w:p>
    <w:p>
      <w:r>
        <w:br/>
        <w:t>Балкіс, не обертаючись, кивнула головою сміливій султанші з Єгипту і сказала до всіх султанш:</w:t>
      </w:r>
    </w:p>
    <w:p>
      <w:r>
        <w:br/>
        <w:t>— Ідіть подивіться.</w:t>
      </w:r>
    </w:p>
    <w:p>
      <w:r>
        <w:br/>
        <w:t>І вони пішли по. широких мармурових сходах рядами, і в кожному ряду було по сто душ, і під камфорним деревом побачили Сулеймана-ібн-Дауда, у якого на кожній руці сиділо по метелику, і він колисав їх, і султанші почули, як він сказав:</w:t>
      </w:r>
    </w:p>
    <w:p>
      <w:r>
        <w:br/>
        <w:t>— О жінко мого повітряного брата, пам'ятай, що віднині ти повинна догоджати своєму чоловікові, а то він знову тупне. Адже ти чула його слова, що йому не звикати до такого чародійства, і на власні очі бачила, який він великий чародій,— зумів підняти в повітря палац самого Сулеймана-ібн-Дауда! Живіть мирно, діти мої!</w:t>
      </w:r>
    </w:p>
    <w:p>
      <w:r>
        <w:br/>
        <w:t>Він поцілував їм крильцята, і вони полетіли.</w:t>
      </w:r>
    </w:p>
    <w:p>
      <w:r>
        <w:br/>
        <w:t>Тоді всі султанші, за винятком Балкіс, найпрекраснішої Балкіс, що стояла збоку й усміхалась, попадали долілиць і сказали самі собі:</w:t>
      </w:r>
    </w:p>
    <w:p>
      <w:r>
        <w:br/>
        <w:t>— Якщо вже сердитий на дружину метелик наробив такої біди, то що може спіткати нас, коли ми без кінця надокучаємо нашому повелителю своїм неугавним лементом та чварами?</w:t>
      </w:r>
    </w:p>
    <w:p>
      <w:r>
        <w:br/>
        <w:t>І вони позапиналися своїми покривалами, і позатуляли руками собі роти, і тихо-тихо, щоб їх навіть не чули, побігли навшпиньках назад у палац.</w:t>
      </w:r>
    </w:p>
    <w:p>
      <w:r>
        <w:br/>
        <w:t>Тоді Балкіс, найніжніша й найвродливіша Балкіс, вийшла з-за високих червоних лілей у затінок камфорного дерева, І поклала руку на плече Сулейману-ібн-Дауду, і сказала:</w:t>
      </w:r>
    </w:p>
    <w:p>
      <w:r>
        <w:br/>
        <w:t>— О мій повелителю і скарбе моєї душі! Радій: тепер султанші в Єгипту, Ефіопії, Абіссинії, Персії, Індії та Китаю дістали добру науку, якої вони довго не забудуть.</w:t>
      </w:r>
    </w:p>
    <w:p>
      <w:r>
        <w:br/>
        <w:t>І Сулейман-ібн-Дауд, дивлячись на метеликів, які, граючись, пурхали на осонні, сказав:</w:t>
      </w:r>
    </w:p>
    <w:p>
      <w:r>
        <w:br/>
        <w:t>— О моя подруго і скарбе мого щастя, як же це сталося? Адже я весь час тільки жартував з Метеликом.</w:t>
      </w:r>
    </w:p>
    <w:p>
      <w:r>
        <w:br/>
        <w:t>І він розповів Балкіс про те, що зробив заради Метелика. А ніжна, любляча Балкіс сказала:</w:t>
      </w:r>
    </w:p>
    <w:p>
      <w:r>
        <w:br/>
        <w:t>— О мій повелителю і володарю днів моїх! Я сховалась за камфорним деревом і геть усе бачила. Це я навчила Метелиху, щоб вона примусила Метелика тупнути. Я знала, що мін повелитель жартома сподіє якесь велике чудо, а султанші, те чудо побачивши, налякаються і принишкнуть.</w:t>
      </w:r>
    </w:p>
    <w:p>
      <w:r>
        <w:br/>
        <w:t>І вона розповіла йому все, що султанші казали, бачили й думали.</w:t>
      </w:r>
    </w:p>
    <w:p>
      <w:r>
        <w:br/>
        <w:t>Тоді Сулейман-ібн-Дауд підвівся з лави, що стояла під камфорним деревом, простяг до Балкіс руки і, відчуваючи на серці радість, сказав:</w:t>
      </w:r>
    </w:p>
    <w:p>
      <w:r>
        <w:br/>
        <w:t>— О подруго моя і насолодо днів моїх! Знай, що, коли б я сподіяв це чудо проти султанш з гордощів чи гніву, мені було б так само соромно, як тоді, коли я збирався влаштувати бенкет для усіх звірів світу. Але дякуючи твоїй мудрості, я сподіяв чудо заради жарту, а воно, бач, звільнило мене від сварок моїх сварливих жінок. Скажи ж мені, подруго моя і серце серця мого, звідки в тебе така мудрість?</w:t>
      </w:r>
    </w:p>
    <w:p>
      <w:r>
        <w:br/>
        <w:t>І тоді Балкіс, найвродливіша і найстрункіша Балкіс, подивилася Сулейману-ібн-Дауду просто в очі, а потім, схиливши голівку, точнісінько як Метелиха, сказала:</w:t>
      </w:r>
    </w:p>
    <w:p>
      <w:r>
        <w:br/>
        <w:t>— А звідти, по-перше, що я люблю тебе, о мій повелителю, а по-друге, я добре знаю жіночу вдачу.</w:t>
      </w:r>
    </w:p>
    <w:p>
      <w:r>
        <w:br/>
        <w:t>І вони пішли до палацу, і жили щасливо до кінця днів своїх.</w:t>
      </w:r>
    </w:p>
    <w:p>
      <w:r>
        <w:br/>
        <w:t>А й справді ж, Балкіс хитро придумала?</w:t>
      </w:r>
    </w:p>
    <w:p>
      <w:r>
        <w:br/>
        <w:t>Якщо, до кінця прочитавши цю книжку,</w:t>
      </w:r>
    </w:p>
    <w:p>
      <w:r>
        <w:br/>
        <w:t>Ти скажеш: "Навіщо така мені казка?</w:t>
      </w:r>
    </w:p>
    <w:p>
      <w:r>
        <w:br/>
        <w:t>Що з неї візьму я? Чого я навчуся?"</w:t>
      </w:r>
    </w:p>
    <w:p>
      <w:r>
        <w:br/>
        <w:t>То я відповім, ти ж послухай, будь ласка.</w:t>
      </w:r>
    </w:p>
    <w:p>
      <w:r>
        <w:br/>
        <w:t>Це казка для тих, що похвастатись люблять,</w:t>
      </w:r>
    </w:p>
    <w:p>
      <w:r>
        <w:br/>
        <w:t>Хоча і не мають для того причини,</w:t>
      </w:r>
    </w:p>
    <w:p>
      <w:r>
        <w:br/>
        <w:t>Це казка для тих, що себе тільки люблять,</w:t>
      </w:r>
    </w:p>
    <w:p>
      <w:r>
        <w:br/>
        <w:t>Забувши про скромність — окрасу людини.</w:t>
      </w:r>
    </w:p>
    <w:p>
      <w:r>
        <w:br/>
        <w:t>Коли ти захочеш похвастатись, друже,</w:t>
      </w:r>
    </w:p>
    <w:p>
      <w:r>
        <w:br/>
        <w:t>То зваж перед тим: чи робити це слід?</w:t>
      </w:r>
    </w:p>
    <w:p>
      <w:r>
        <w:br/>
        <w:t>Згадай на хвилину про звіра морського,</w:t>
      </w:r>
    </w:p>
    <w:p>
      <w:r>
        <w:br/>
        <w:t>Що з'їв Сулейманів обід.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Метелик тупнув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