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Якого кольору слова</w:t>
      </w:r>
    </w:p>
    <w:p>
      <w:r>
        <w:br/>
        <w:t xml:space="preserve"> &lt;p&gt;Небо чисте, по-молодому усміхнене. Воно синіє, наче там висіяно море волошок, і фіалок, і півників, і ще всячину квітів, що не в'януть, хоч би яка була спека, і не схилять голівок у жалобі, хоч би яке сонце пекло.</w:t>
      </w:r>
    </w:p>
    <w:p>
      <w:r>
        <w:br/>
        <w:t>Мабуть, тому вподобав я дивитись на небо, що з-поміж усіх кольорів найдужче люблю синій. Він мені скрізь увижається, й коли я бачу щось синє — чи квітку, чи очі, чи дівоче плаття, чи просто чую. саме слово "синій",— враз мені стає добре, я щасливий, і душа моя сміється й грає так, як грають проти сонця збиті на ставу бризки води.</w:t>
      </w:r>
    </w:p>
    <w:p>
      <w:r>
        <w:br/>
        <w:t>Іноді все в цьому світі уявляється мені синім: ото начебто ростуть сині тополі над синьою дорогою, їдуть сині вози, запряжені синіми кіньми, перепадають сині дощі. І як було б цікаво, якби раптом посеред зими випав на наше село синій сніг, синя завірюха зухурделила-зареготала!</w:t>
      </w:r>
    </w:p>
    <w:p>
      <w:r>
        <w:br/>
        <w:t>Але чомусь не можу уявити, щоб молоко нашої корови Лиски було синє. Ще можу припустити, що Лиска наша геть уся посиніла й великі очі її стали сині, а от молоко залишається для мене білим, хоч і як силкуюся побачити його синім. І чомусь так само сметана для мене біліє, і сир, і вареники з сиром.</w:t>
      </w:r>
    </w:p>
    <w:p>
      <w:r>
        <w:br/>
        <w:t>А якого кольору слова?</w:t>
      </w:r>
    </w:p>
    <w:p>
      <w:r>
        <w:br/>
        <w:t>Тихесенько вимовляю слово "зелений", і постає переді мною все зелене, і я вже чомусь не сумніваюсь, що й саме це слово зеленого кольору. Вимовляю слово "мама" — і ввижається мені добра її усмішка, каре іскристе мерехтіння в очах, ласкаве звучання голосу. Жоден колір, либонь, не пов'язується з її образом, тільки здається, наче сяє чимось золотистим від очей, вишневим од губ, яблуками-антонівками від рук — і за всім цим щемко постає слово "рідна", яке, здається, саме зовсім позбавлене кольору, а тільки дороге воно, ніжне, хвилююче, мов усі кольори разом узяті.</w:t>
      </w:r>
    </w:p>
    <w:p>
      <w:r>
        <w:br/>
        <w:t>А слово "осінь" — жовте, бо восени дозрівають усі грушки в нашому садку, всі яблука. Спершу вони світяться поміж листям молодесеньким жовтим полум'ям, потім починають потроху падати на землю, згодом усе рясніше... Й одного дня залишається на гіллі саме тільки жовте, недогоріле листя.</w:t>
      </w:r>
    </w:p>
    <w:p>
      <w:r>
        <w:br/>
        <w:t>Слово "осінь" туге й жовте, наче віск.</w:t>
      </w:r>
    </w:p>
    <w:p>
      <w:r>
        <w:br/>
        <w:t>Слово "пролісок" — біле, й чомусь од нього пахне сніжком, який починає танути, й гострою весняною землею, й торішнім перепрілим листям. Слово "зозуля" якесь ніжне, зелененьке, мов пух на вербах, бо коли зозуля починала кувати в цьому році, то зелень на деревах була молода й свіжа, а вербовий цвіт опадав на воду, й здавалось, що вода зацвіла ніжним смарагдовим пушком.</w:t>
      </w:r>
    </w:p>
    <w:p>
      <w:r>
        <w:br/>
        <w:t>Пролетіла над подвір'ям ворона, пронесла в дзьобі галузку, я подумав, що то вона понесла своє чорне слово. Бо слово "ворона" — чорне.</w:t>
      </w:r>
    </w:p>
    <w:p>
      <w:r>
        <w:br/>
        <w:t>От цікаво — а ворона знає, що її звати вороною? А собаки знають, що вони собаки? А вівці, а воли, а коні?</w:t>
      </w:r>
    </w:p>
    <w:p>
      <w:r>
        <w:br/>
        <w:t>А наша корова Лиска знає, що її звати Лискою!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Якого кольору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