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Якось був я в чулім настрою</w:t>
      </w:r>
    </w:p>
    <w:p>
      <w:r>
        <w:br/>
        <w:t xml:space="preserve"> LIV.</w:t>
      </w:r>
    </w:p>
    <w:p>
      <w:r>
        <w:br/>
        <w:t>Якось був я в чулім настрою,&lt;br /&gt;</w:t>
        <w:br/>
        <w:t>Зійшов на шпилечок, там став.&lt;br /&gt;</w:t>
        <w:br/>
        <w:t>"Ох, чом я не пташка маленька!"&lt;br /&gt;</w:t>
        <w:br/>
        <w:t>Раз по раз я тяжко зітхав.</w:t>
      </w:r>
    </w:p>
    <w:p>
      <w:r>
        <w:br/>
        <w:t>Чому я не ластівка прудка, –&lt;br /&gt;</w:t>
        <w:br/>
        <w:t>Тоді б я, кохання моє,&lt;br /&gt;</w:t>
        <w:br/>
        <w:t>Прилинув і звив би кубельце&lt;br /&gt;</w:t>
        <w:br/>
        <w:t>Аж там, де віконце твоє.</w:t>
      </w:r>
    </w:p>
    <w:p>
      <w:r>
        <w:br/>
        <w:t>Коли б же я був соловейком,&lt;br /&gt;</w:t>
        <w:br/>
        <w:t>До тебе тоді б прилітав&lt;br /&gt;</w:t>
        <w:br/>
        <w:t>І любо на липі зеленій&lt;br /&gt;</w:t>
        <w:br/>
        <w:t>Щоніченьки я б щебетав.</w:t>
      </w:r>
    </w:p>
    <w:p>
      <w:r>
        <w:br/>
        <w:t>Чому я не гава дурная, –&lt;br /&gt;</w:t>
        <w:br/>
        <w:t>На серце тобі я б припав, –&lt;br /&gt;</w:t>
        <w:br/>
        <w:t>Адже ти кохаєшся в гавах, –&lt;br /&gt;</w:t>
        <w:br/>
        <w:t>То й я б, може, щастя дістав.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Якось був я в чулім настрою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