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Якщо</w:t>
      </w:r>
    </w:p>
    <w:p>
      <w:r>
        <w:br/>
        <w:t xml:space="preserve"> Якщо ти стійко зносиш глум нещирих,&lt;br /&gt;</w:t>
        <w:br/>
        <w:t>Що, павши духом, шлють тобі докір,&lt;br /&gt;</w:t>
        <w:br/>
        <w:t>Якщо у собі певен між зневіри,&lt;br /&gt;</w:t>
        <w:br/>
        <w:t>Та з сумнівів урок береш таки.</w:t>
      </w:r>
    </w:p>
    <w:p>
      <w:r>
        <w:br/>
        <w:t>Якщо в чеканні ти не знаєш втоми,&lt;br /&gt;</w:t>
        <w:br/>
        <w:t>Не ходиш пішаком в облудній грі,&lt;br /&gt;</w:t>
        <w:br/>
        <w:t>Цноту не ставиш на показ нікому,&lt;br /&gt;</w:t>
        <w:br/>
        <w:t>На душу не береш зневиди гріх.</w:t>
      </w:r>
    </w:p>
    <w:p>
      <w:r>
        <w:br/>
        <w:t>Якщо ти не живеш у сніннях і не&lt;br /&gt;</w:t>
        <w:br/>
        <w:t>Стаєш безплідних дум своїх рабом,&lt;br /&gt;</w:t>
        <w:br/>
        <w:t>А як Біду чи Успіх раптом стрінеш,&lt;br /&gt;</w:t>
        <w:br/>
        <w:t>Не схилишся під їх важким горбом</w:t>
      </w:r>
    </w:p>
    <w:p>
      <w:r>
        <w:br/>
        <w:t>І стерпиш, як слова твої покривить&lt;br /&gt;</w:t>
        <w:br/>
        <w:t>Негідник. Як з усіх натужних жил&lt;br /&gt;</w:t>
        <w:br/>
        <w:t>Відроджуєш свій світ, коли у прірву&lt;br /&gt;</w:t>
        <w:br/>
        <w:t>Летить усе, чим ти боровся й жив.</w:t>
      </w:r>
    </w:p>
    <w:p>
      <w:r>
        <w:br/>
        <w:t>Як зможеш все віддати без остатку,&lt;br /&gt;</w:t>
        <w:br/>
        <w:t>Без жалю все поставити на стіл, —&lt;br /&gt;</w:t>
        <w:br/>
        <w:t>Програвшися ж, почати бій спочатку,&lt;br /&gt;</w:t>
        <w:br/>
        <w:t>В мовчанні гордім втрату цю знести.</w:t>
      </w:r>
    </w:p>
    <w:p>
      <w:r>
        <w:br/>
        <w:t>Як змусиш свої Серце, Нерви, Жили&lt;br /&gt;</w:t>
        <w:br/>
        <w:t>Служить тобі, хоч силу відбере&lt;br /&gt;</w:t>
        <w:br/>
        <w:t>Життя в бою важкім, й дарує крила&lt;br /&gt;</w:t>
        <w:br/>
        <w:t>Лиш владний поклик Долі: "Уперед!"</w:t>
      </w:r>
    </w:p>
    <w:p>
      <w:r>
        <w:br/>
        <w:t>Як будеш за свого усюди: чи то&lt;br /&gt;</w:t>
        <w:br/>
        <w:t>З народом простим ти, чи з королем.&lt;br /&gt;</w:t>
        <w:br/>
        <w:t>Якщо в твоїй душі не зна зродити&lt;br /&gt;</w:t>
        <w:br/>
        <w:t>Ні ворог, ані друг образи щем...</w:t>
      </w:r>
    </w:p>
    <w:p>
      <w:r>
        <w:br/>
        <w:t>Хай час біжить! Невтомний біг хвилини&lt;br /&gt;</w:t>
        <w:br/>
        <w:t>Ущерть наповнить смислом ти зумій!&lt;br /&gt;</w:t>
        <w:br/>
        <w:t>Тоді я зможу мовить: ти – Людина,&lt;br /&gt;</w:t>
        <w:br/>
        <w:t>Твоя – Земля і все, що є на ній.</w:t>
      </w:r>
    </w:p>
    <w:p>
      <w:r>
        <w:br/>
        <w:t>Переклад В. Стуса</w:t>
      </w:r>
    </w:p>
    <w:p>
      <w:r>
        <w:br/>
        <w:t>-----------------------------------------------------&lt;br /&gt;</w:t>
        <w:br/>
        <w:t>Редьярд Кіплінґ</w:t>
      </w:r>
    </w:p>
    <w:p>
      <w:r>
        <w:br/>
        <w:t>Якщо...&lt;br /&gt;</w:t>
        <w:br/>
        <w:t>[If]&lt;br /&gt;</w:t>
        <w:br/>
        <w:t>------------------</w:t>
      </w:r>
    </w:p>
    <w:p>
      <w:r>
        <w:br/>
        <w:t>Коли ти в змозі почуватись гордо&lt;br /&gt;</w:t>
        <w:br/>
        <w:t>Посеред звинувачень без вини&lt;br /&gt;</w:t>
        <w:br/>
        <w:t>І віриш в себе і в свої нові рекорди,&lt;br /&gt;</w:t>
        <w:br/>
        <w:t>Хоч не здолали сумнівів вони;&lt;br /&gt;</w:t>
        <w:br/>
        <w:t>Якщо чекаєш і не стомлений чеканням&lt;br /&gt;</w:t>
        <w:br/>
        <w:t>І незборимий для можливої брехні&lt;br /&gt;</w:t>
        <w:br/>
        <w:t>Чи ненависного чужого споглядання&lt;br /&gt;</w:t>
        <w:br/>
        <w:t>Всіх переваг своїх у мудрості й красі…</w:t>
      </w:r>
    </w:p>
    <w:p>
      <w:r>
        <w:br/>
        <w:t>Якщо ти в змозі мріяти, та в міру,&lt;br /&gt;</w:t>
        <w:br/>
        <w:t>Якщо ти думаєш, та думка – не мета,&lt;br /&gt;</w:t>
        <w:br/>
        <w:t>Якщо Тріумф чи Горе не згубили твою віру&lt;br /&gt;</w:t>
        <w:br/>
        <w:t>Й минають легко й однаково все життя;&lt;br /&gt;</w:t>
        <w:br/>
        <w:t>Якщо ти в змозі слухать правду щиру,&lt;br /&gt;</w:t>
        <w:br/>
        <w:t>Яку сказав колись, — спотвореною вщент,&lt;br /&gt;</w:t>
        <w:br/>
        <w:t>Чи витягнути руйнівну сокиру&lt;br /&gt;</w:t>
        <w:br/>
        <w:t>Із витворів своїх в тяжкий для них момент,</w:t>
      </w:r>
    </w:p>
    <w:p>
      <w:r>
        <w:br/>
        <w:t>Якщо всі наші ти збереш набутки&lt;br /&gt;</w:t>
        <w:br/>
        <w:t>Й поставиш ставкою колись у казино&lt;br /&gt;</w:t>
        <w:br/>
        <w:t>І все програєш, і почнеш з нуля прибутки,&lt;br /&gt;</w:t>
        <w:br/>
        <w:t>Та мовчки й тихо, мов тобі це – все одно,&lt;br /&gt;</w:t>
        <w:br/>
        <w:t>Якщо ти загартуєш душу й тіло,&lt;br /&gt;</w:t>
        <w:br/>
        <w:t>Щоби нести свій хрест і без страждань&lt;br /&gt;</w:t>
        <w:br/>
        <w:t>І встати, коли впав, коли несила,&lt;br /&gt;</w:t>
        <w:br/>
        <w:t>Але Господнє Слово каже: "Встань!"</w:t>
      </w:r>
    </w:p>
    <w:p>
      <w:r>
        <w:br/>
        <w:t>Якщо Громаду поведеш і гідності не втратиш,&lt;br /&gt;</w:t>
        <w:br/>
        <w:t>А серед Королів ти не забудеш про народ,&lt;br /&gt;</w:t>
        <w:br/>
        <w:t>Коли ні ворогам, ні друзям тебе буде не зламати,&lt;br /&gt;</w:t>
        <w:br/>
        <w:t>І твоє слово важитиме щось;&lt;br /&gt;</w:t>
        <w:br/>
        <w:t>Якщо заповниш невблаганну ти хвилину&lt;br /&gt;</w:t>
        <w:br/>
        <w:t>Секундами, що цінні для життя,&lt;br /&gt;</w:t>
        <w:br/>
        <w:t>Земля буде твоя і все на ній безцінне,&lt;br /&gt;</w:t>
        <w:br/>
        <w:t>А ти – Людина, сину мій, моє дитя!</w:t>
      </w:r>
    </w:p>
    <w:p>
      <w:r>
        <w:br/>
        <w:t>Переклад з англійської: Володимир Василишин</w:t>
      </w:r>
    </w:p>
    <w:p>
      <w:r>
        <w:br/>
        <w:t>-----------------------------------------------------</w:t>
      </w:r>
    </w:p>
    <w:p>
      <w:r>
        <w:br/>
        <w:t>Редьярд Кіплінґ</w:t>
      </w:r>
    </w:p>
    <w:p>
      <w:r>
        <w:br/>
        <w:t>Якщо...&lt;br /&gt;</w:t>
        <w:br/>
        <w:t>[If]&lt;br /&gt;</w:t>
        <w:br/>
        <w:t>------------------</w:t>
      </w:r>
    </w:p>
    <w:p>
      <w:r>
        <w:br/>
        <w:t>Коли ти можеш бачити зруйноване діло цілого свого життя,&lt;br /&gt;</w:t>
        <w:br/>
        <w:t>І без слів взятися будувати його наново,&lt;br /&gt;</w:t>
        <w:br/>
        <w:t>Або за одним ударом — стратити виграні сотні партій&lt;br /&gt;</w:t>
        <w:br/>
        <w:t>Без жодного порушення і без одного зітхання...&lt;br /&gt;</w:t>
        <w:br/>
        <w:t>Коли ти можеш бути коханцем, не шаліючи з любови,&lt;br /&gt;</w:t>
        <w:br/>
        <w:t>Коли ти можеш бути сильним, не перестаючи бути ніжним...&lt;br /&gt;</w:t>
        <w:br/>
        <w:t>Коли ти можеш любити всіх приятелів як братів,&lt;br /&gt;</w:t>
        <w:br/>
        <w:t>Аж так, щоб ніхто з них не був всім для тебе,&lt;br /&gt;</w:t>
        <w:br/>
        <w:t>Коли ти вмієш розважати, спостерігати й пізнавати,&lt;br /&gt;</w:t>
        <w:br/>
        <w:t>Не стаючи ніколи скептиком, або руїнником,&lt;br /&gt;</w:t>
        <w:br/>
        <w:t>Мріяти, та не даючи твоїй мрії стати твоїм паном...&lt;br /&gt;</w:t>
        <w:br/>
        <w:t>Коли ти потрапиш бути суворим, не впадаючи ніколи в лють,&lt;br /&gt;</w:t>
        <w:br/>
        <w:t>Коли ти вмієш бути відважним, а ніколи безрозсудним,&lt;br /&gt;</w:t>
        <w:br/>
        <w:t>Коли ти вмієш бути добрим, коли ти вмієш бути мудрим,&lt;br /&gt;</w:t>
        <w:br/>
        <w:t>Не будучи моралізатором, ні педантом,&lt;br /&gt;</w:t>
        <w:br/>
        <w:t>Якщо ти вмієш зберегти свою відвагу&lt;br /&gt;</w:t>
        <w:br/>
        <w:t>І не стратити голови, коли всі інші довкола тратять її,&lt;br /&gt;</w:t>
        <w:br/>
        <w:t>— Тоді князі, боги, щастя і перемога, стануть на віки твоїми вірними рабами,&lt;br /&gt;</w:t>
        <w:br/>
        <w:t>Тоді ти станеш людиною...</w:t>
      </w:r>
    </w:p>
    <w:p>
      <w:r>
        <w:br/>
        <w:t>Переклад з англійської: Дмитро Донцов</w:t>
      </w:r>
    </w:p>
    <w:p>
      <w:r>
        <w:br/>
        <w:t>-----------------------------------------------------</w:t>
      </w:r>
    </w:p>
    <w:p>
      <w:r>
        <w:br/>
        <w:t>Якщо спокійний ти перед юрбою,&lt;br /&gt;</w:t>
        <w:br/>
        <w:t>Де зведено на тебе поговір,&lt;br /&gt;</w:t>
        <w:br/>
        <w:t>Зневірений, залишився собою,&lt;br /&gt;</w:t>
        <w:br/>
        <w:t>І зрозумів тягар чужих зневір;&lt;br /&gt;</w:t>
        <w:br/>
        <w:t>Якщо навчився ти терпляче ждати,&lt;br /&gt;</w:t>
        <w:br/>
        <w:t>Поміж брехні самому чесним буть,&lt;br /&gt;</w:t>
        <w:br/>
        <w:t>Не прибирався у святецькі шати&lt;br /&gt;</w:t>
        <w:br/>
        <w:t>І люттю не відплачував за лють;</w:t>
      </w:r>
    </w:p>
    <w:p>
      <w:r>
        <w:br/>
        <w:t>Якщо ти мріям не віддавсь на ласку,&lt;br /&gt;</w:t>
        <w:br/>
        <w:t>Якщо ти владар пристрастям своїм,&lt;br /&gt;</w:t>
        <w:br/>
        <w:t>Якщо приймаєш Успіх та Поразку&lt;br /&gt;</w:t>
        <w:br/>
        <w:t>І знаєш, що ціна та сама їм;&lt;br /&gt;</w:t>
        <w:br/>
        <w:t>Якщо слова твої, немов приманку,&lt;br /&gt;</w:t>
        <w:br/>
        <w:t>Негідник перед дурнем вихваля,&lt;br /&gt;</w:t>
        <w:br/>
        <w:t>І знищено твій труд весь доостанку, –&lt;br /&gt;</w:t>
        <w:br/>
        <w:t>А ти зумієш все почать з нуля;</w:t>
      </w:r>
    </w:p>
    <w:p>
      <w:r>
        <w:br/>
        <w:t>Як все, твоїми створене руками,&lt;br /&gt;</w:t>
        <w:br/>
        <w:t>Зробити зможеш ставкою у грі,&lt;br /&gt;</w:t>
        <w:br/>
        <w:t>Програть і знову працювати роками,&lt;br /&gt;</w:t>
        <w:br/>
        <w:t>Не згадуючи програші старі;&lt;br /&gt;</w:t>
        <w:br/>
        <w:t>Якщо ти змусиш Серце, Нерви, Жили,&lt;br /&gt;</w:t>
        <w:br/>
        <w:t>Служить тобі, як їх уже й нема,&lt;br /&gt;</w:t>
        <w:br/>
        <w:t>І вистоїш, коли бракує сили&lt;br /&gt;</w:t>
        <w:br/>
        <w:t>І залишилась Воля лиш сама;</w:t>
      </w:r>
    </w:p>
    <w:p>
      <w:r>
        <w:br/>
        <w:t>Як ти шляхетний між простого люду,&lt;br /&gt;</w:t>
        <w:br/>
        <w:t>Як ти простий і серед королів,&lt;br /&gt;</w:t>
        <w:br/>
        <w:t>Якщо на тебе не зведуть облуди&lt;br /&gt;</w:t>
        <w:br/>
        <w:t>Ні ворог твій, ні друг твій поготів;&lt;br /&gt;</w:t>
        <w:br/>
        <w:t>Якщо, забувши біль, поразки, втому,&lt;br /&gt;</w:t>
        <w:br/>
        <w:t>Свій шанс єдиний зможеш віднайти, –&lt;br /&gt;</w:t>
        <w:br/>
        <w:t>Твій, сину, світ і все, що є у ньому,&lt;br /&gt;</w:t>
        <w:br/>
        <w:t>Та більш того – тоді Людина ти!</w:t>
      </w:r>
    </w:p>
    <w:p>
      <w:r>
        <w:br/>
        <w:t>* * *</w:t>
      </w:r>
    </w:p>
    <w:p>
      <w:r>
        <w:br/>
        <w:t>Переклад з англійської: Максим Стріха</w:t>
      </w:r>
    </w:p>
    <w:p>
      <w:r>
        <w:br/>
        <w:t>-----------------------------------------------------</w:t>
      </w:r>
    </w:p>
    <w:p>
      <w:r>
        <w:br/>
        <w:t>Якщо…</w:t>
      </w:r>
    </w:p>
    <w:p>
      <w:r>
        <w:br/>
        <w:t>Якщо не втратиш глузд, як всі без міри&lt;br /&gt;</w:t>
        <w:br/>
        <w:t>Втрачають свій, і бруд на тебе ллють,&lt;br /&gt;</w:t>
        <w:br/>
        <w:t>Повіриш в себе попри недовіру&lt;br /&gt;</w:t>
        <w:br/>
        <w:t>І стримаєш на недовіру лють;&lt;br /&gt;</w:t>
        <w:br/>
        <w:t>Не втомишся від вічного чекання&lt;br /&gt;</w:t>
        <w:br/>
        <w:t>Не збрешеш, як про тебе брешуть всі,&lt;br /&gt;</w:t>
        <w:br/>
        <w:t>Не маючи ненависті бажання&lt;br /&gt;</w:t>
        <w:br/>
        <w:t>Знай міру красномовству і красі;</w:t>
      </w:r>
    </w:p>
    <w:p>
      <w:r>
        <w:br/>
        <w:t>Як мрії не панують над тобою&lt;br /&gt;</w:t>
        <w:br/>
        <w:t>І думку не поставиш за мету,&lt;br /&gt;</w:t>
        <w:br/>
        <w:t>Якщо готовий нарівно й без бою&lt;br /&gt;</w:t>
        <w:br/>
        <w:t>Сприйняти Перемогу і Біду;&lt;br /&gt;</w:t>
        <w:br/>
        <w:t>Як стерпиш ти коли з твоєї правди&lt;br /&gt;</w:t>
        <w:br/>
        <w:t>Дурисвіт робить пастку простакам,&lt;br /&gt;</w:t>
        <w:br/>
        <w:t>В руїнах вздриш усе, що збудував ти,&lt;br /&gt;</w:t>
        <w:br/>
        <w:t>І зможеш знов життя збудити там;</w:t>
      </w:r>
    </w:p>
    <w:p>
      <w:r>
        <w:br/>
        <w:t>Якщо збереш докупи власні статки&lt;br /&gt;</w:t>
        <w:br/>
        <w:t>І їх на кін поставиш без жалю,&lt;br /&gt;</w:t>
        <w:br/>
        <w:t>Програєш, і, почавши все спочатку,&lt;br /&gt;</w:t>
        <w:br/>
        <w:t>Промовчиш ти про втрату цю свою;&lt;br /&gt;</w:t>
        <w:br/>
        <w:t>Якщо примусиш серце, нерви й жили&lt;br /&gt;</w:t>
        <w:br/>
        <w:t>Тобі служити ще й тоді, коли&lt;br /&gt;</w:t>
        <w:br/>
        <w:t>В тобі усе згниє — додасть лиш сили&lt;br /&gt;</w:t>
        <w:br/>
        <w:t>Бажання, що кричатиме: "Живи!"</w:t>
      </w:r>
    </w:p>
    <w:p>
      <w:r>
        <w:br/>
        <w:t>Як зможеш з людом розмовляти гоже,&lt;br /&gt;</w:t>
        <w:br/>
        <w:t>І з Королем не втратиш простоти,&lt;br /&gt;</w:t>
        <w:br/>
        <w:t>Якщо завадити тобі не зможе&lt;br /&gt;</w:t>
        <w:br/>
        <w:t>Ні друг ні ворог досягти мети;&lt;br /&gt;</w:t>
        <w:br/>
        <w:t>Якщо хвилину, що біжить невпинно&lt;br /&gt;</w:t>
        <w:br/>
        <w:t>Ти сповниш змістом, ось тоді радій,&lt;br /&gt;</w:t>
        <w:br/>
        <w:t>Земля в твоє перейде володіння&lt;br /&gt;</w:t>
        <w:br/>
        <w:t>Й людиною ти станеш, сину мій.</w:t>
      </w:r>
    </w:p>
    <w:p>
      <w:r>
        <w:br/>
        <w:t>Переклад Тараса Малковича</w:t>
      </w:r>
    </w:p>
    <w:p>
      <w:r>
        <w:br/>
        <w:t>-----------------------------------------------------&lt;br /&gt;</w:t>
        <w:br/>
        <w:t>ОРИГІНАЛ:</w:t>
      </w:r>
    </w:p>
    <w:p>
      <w:r>
        <w:br/>
        <w:t>IF…</w:t>
      </w:r>
    </w:p>
    <w:p>
      <w:r>
        <w:br/>
        <w:t>If you can keep your head when all about you&lt;br /&gt;</w:t>
        <w:br/>
        <w:t>Are losing theirs and blaming it on you;&lt;br /&gt;</w:t>
        <w:br/>
        <w:t>If you can trust yourself when all men doubt you,&lt;br /&gt;</w:t>
        <w:br/>
        <w:t>But make allowance for their doubting too:&lt;br /&gt;</w:t>
        <w:br/>
        <w:t>If you can wait and not be tired by waiting,&lt;br /&gt;</w:t>
        <w:br/>
        <w:t>Or, being lied about, don't deal in lies,&lt;br /&gt;</w:t>
        <w:br/>
        <w:t>Or being hated don't give way to hating,&lt;br /&gt;</w:t>
        <w:br/>
        <w:t>And yet don't look too good, nor talk too wise;&lt;br /&gt;</w:t>
        <w:br/>
        <w:t>If you can dream – and not make dreams your master;&lt;br /&gt;</w:t>
        <w:br/>
        <w:t>If you can think – and not make thoughts your aim,&lt;br /&gt;</w:t>
        <w:br/>
        <w:t>If you can meet with Triumph and Disaster&lt;br /&gt;</w:t>
        <w:br/>
        <w:t>And treat those two impostors just the same:&lt;br /&gt;</w:t>
        <w:br/>
        <w:t>If you can bear to hear the truth you've spoken&lt;br /&gt;</w:t>
        <w:br/>
        <w:t>Twisted by knaves to make a trap for fools,&lt;br /&gt;</w:t>
        <w:br/>
        <w:t>Or watch the things you gave your life to, broken,&lt;br /&gt;</w:t>
        <w:br/>
        <w:t>And stoop and build ‘em up with worn-out tools;&lt;br /&gt;</w:t>
        <w:br/>
        <w:t>If you can make one heap of all your winnings&lt;br /&gt;</w:t>
        <w:br/>
        <w:t>And risk it on one turn of pitch-and-toss,&lt;br /&gt;</w:t>
        <w:br/>
        <w:t>And lose, and start again at your beginnings,&lt;br /&gt;</w:t>
        <w:br/>
        <w:t>And never breathe a word about your loss:&lt;br /&gt;</w:t>
        <w:br/>
        <w:t>If you can force your heart and nerve and sinew&lt;br /&gt;</w:t>
        <w:br/>
        <w:t>To serve your turn long after they are gone,&lt;br /&gt;</w:t>
        <w:br/>
        <w:t>And so hold on when there is nothing in you&lt;br /&gt;</w:t>
        <w:br/>
        <w:t>Except the Will which says to them: "Hold on!"&lt;br /&gt;</w:t>
        <w:br/>
        <w:t>If you can talk with crowds and keep your virtue,&lt;br /&gt;</w:t>
        <w:br/>
        <w:t>Or walk with Kings – nor lose the common touch,&lt;br /&gt;</w:t>
        <w:br/>
        <w:t>If neither foes nor loving friends can hurt you,&lt;br /&gt;</w:t>
        <w:br/>
        <w:t>If all men count with you, but none too much:&lt;br /&gt;</w:t>
        <w:br/>
        <w:t>If you can fill the unforgiving minute&lt;br /&gt;</w:t>
        <w:br/>
        <w:t>With sixty seconds' worth of distance run,&lt;br /&gt;</w:t>
        <w:br/>
        <w:t>Yours is the Earth and everything that's in it,&lt;br /&gt;</w:t>
        <w:br/>
        <w:t>And – which is more – you'll be a Man, my son!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Якщо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