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Ялинка</w:t>
      </w:r>
    </w:p>
    <w:p>
      <w:r>
        <w:br/>
        <w:t xml:space="preserve"> Раз я взувся в чобітки,&lt;br /&gt;</w:t>
        <w:br/>
        <w:t>одягнувся в кожушинку,&lt;br /&gt;</w:t>
        <w:br/>
        <w:t>сам запрігся в саночки&lt;br /&gt;</w:t>
        <w:br/>
        <w:t>і поїхав по ялинку.</w:t>
      </w:r>
    </w:p>
    <w:p>
      <w:r>
        <w:br/>
        <w:t>Ледве я зрубати встиг,&lt;br /&gt;</w:t>
        <w:br/>
        <w:t>ледве став ялинку брати,&lt;br /&gt;</w:t>
        <w:br/>
        <w:t>а на мене зайчик — плит!&lt;br /&gt;</w:t>
        <w:br/>
        <w:t>Став ялинку віднімати.</w:t>
      </w:r>
    </w:p>
    <w:p>
      <w:r>
        <w:br/>
        <w:t>Я — сюди, а він — туди...&lt;br /&gt;</w:t>
        <w:br/>
        <w:t>"Не віддам,— кричить,— нізащо!&lt;br /&gt;</w:t>
        <w:br/>
        <w:t>Ти ялинку посади,&lt;br /&gt;</w:t>
        <w:br/>
        <w:t>А тоді рубай, ледащо!</w:t>
      </w:r>
    </w:p>
    <w:p>
      <w:r>
        <w:br/>
        <w:t>Не пущу, і не проси!&lt;br /&gt;</w:t>
        <w:br/>
        <w:t>І цяцьками можна гратись:&lt;br /&gt;</w:t>
        <w:br/>
        <w:t>порубаєте ліси —&lt;br /&gt;</w:t>
        <w:br/>
        <w:t>ніде буде і сховатись.</w:t>
      </w:r>
    </w:p>
    <w:p>
      <w:r>
        <w:br/>
        <w:t>А у лісі скрізь вовки,&lt;br /&gt;</w:t>
        <w:br/>
        <w:t>і ведмеді, і лисиці,&lt;br /&gt;</w:t>
        <w:br/>
        <w:t>і ворони, і граки,&lt;br /&gt;</w:t>
        <w:br/>
        <w:t>і розбійниці-синиці".</w:t>
      </w:r>
    </w:p>
    <w:p>
      <w:r>
        <w:br/>
        <w:t>Страшно стало...&lt;br /&gt;</w:t>
        <w:br/>
        <w:t>"Ой, пусти!&lt;br /&gt;</w:t>
        <w:br/>
        <w:t>Не держи мене за поли!&lt;br /&gt;</w:t>
        <w:br/>
        <w:t>Бідний зайчику, прости,—&lt;br /&gt;</w:t>
        <w:br/>
        <w:t>я не буду більш ніколи!"</w:t>
      </w:r>
    </w:p>
    <w:p>
      <w:r>
        <w:br/>
        <w:t>Низько, низько я зігнувсь,&lt;br /&gt;</w:t>
        <w:br/>
        <w:t>і ще нижче скинув шапку...&lt;br /&gt;</w:t>
        <w:br/>
        <w:t>Зайчик весело всміхнувсь&lt;br /&gt;</w:t>
        <w:br/>
        <w:t>і подав сіреньку лапку.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