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Ярослав Осмомисл</w:t>
      </w:r>
    </w:p>
    <w:p>
      <w:r>
        <w:br/>
        <w:t xml:space="preserve"> &lt;blockquote class="cita" style='text-align:left'&gt;КНЯЖА УКРАЇНА&lt;br /&gt;</w:t>
        <w:br/>
        <w:t>Ярослав Осмомисл&lt;/blockquote&gt;</w:t>
      </w:r>
    </w:p>
    <w:p>
      <w:r>
        <w:br/>
        <w:t>Володимирко поволі&lt;br /&gt;</w:t>
        <w:br/>
        <w:t>Тихо-мирно вік дожив&lt;br /&gt;</w:t>
        <w:br/>
        <w:t>І на княжому престолі&lt;br /&gt;</w:t>
        <w:br/>
        <w:t>Ярослава залишив.</w:t>
      </w:r>
    </w:p>
    <w:p>
      <w:r>
        <w:br/>
        <w:t>Це був князь палкий, відважний,&lt;br /&gt;</w:t>
        <w:br/>
        <w:t>Незрівнянний у бою,&lt;br /&gt;</w:t>
        <w:br/>
        <w:t>Наче рвався він покласти&lt;br /&gt;</w:t>
        <w:br/>
        <w:t>Першим голову свою.</w:t>
      </w:r>
    </w:p>
    <w:p>
      <w:r>
        <w:br/>
        <w:t>І коли він з Ізяславом,&lt;br /&gt;</w:t>
        <w:br/>
        <w:t>З князем київським зійшовсь,&lt;br /&gt;</w:t>
        <w:br/>
        <w:t>Першим кинувся з мечем він,&lt;br /&gt;</w:t>
        <w:br/>
        <w:t>Всіх попереду боровсь.</w:t>
      </w:r>
    </w:p>
    <w:p>
      <w:r>
        <w:br/>
        <w:t>І бояри зупиняли:&lt;br /&gt;</w:t>
        <w:br/>
        <w:t>"Ярославе, князю, стій:&lt;br /&gt;</w:t>
        <w:br/>
        <w:t>Хто тебе, орла, заступить&lt;br /&gt;</w:t>
        <w:br/>
        <w:t>У державі жалібній?!</w:t>
      </w:r>
    </w:p>
    <w:p>
      <w:r>
        <w:br/>
        <w:t>Краще стань від виру збоку&lt;br /&gt;</w:t>
        <w:br/>
        <w:t>І дивися на полки —&lt;br /&gt;</w:t>
        <w:br/>
        <w:t>Як для тебе слави й честі&lt;br /&gt;</w:t>
        <w:br/>
        <w:t>Здобувають вояки".</w:t>
      </w:r>
    </w:p>
    <w:p>
      <w:r>
        <w:br/>
        <w:t>Ярослав бояр не слухав&lt;br /&gt;</w:t>
        <w:br/>
        <w:t>І вперед відважно біг&lt;br /&gt;</w:t>
        <w:br/>
        <w:t>І відвагою своєю&lt;br /&gt;</w:t>
        <w:br/>
        <w:t>Ізяслава переміг.</w:t>
      </w:r>
    </w:p>
    <w:p>
      <w:r>
        <w:br/>
        <w:t>Не спочив він після бою:&lt;br /&gt;</w:t>
        <w:br/>
        <w:t>На державу угри йшли&lt;br /&gt;</w:t>
        <w:br/>
        <w:t>І для нападу поляки&lt;br /&gt;</w:t>
        <w:br/>
        <w:t>На кордоні вже були.</w:t>
      </w:r>
    </w:p>
    <w:p>
      <w:r>
        <w:br/>
        <w:t>Але й тут хоробре військо&lt;br /&gt;</w:t>
        <w:br/>
        <w:t>Розбиває ворогів&lt;br /&gt;</w:t>
        <w:br/>
        <w:t>І іде в степи на південь&lt;br /&gt;</w:t>
        <w:br/>
        <w:t>До Дунайських берегів.</w:t>
      </w:r>
    </w:p>
    <w:p>
      <w:r>
        <w:br/>
        <w:t>Ростиславича Івана&lt;br /&gt;</w:t>
        <w:br/>
        <w:t>Ярослав ущент розбив&lt;br /&gt;</w:t>
        <w:br/>
        <w:t>І до власної держави&lt;br /&gt;</w:t>
        <w:br/>
        <w:t>Малий Галич прилучив.</w:t>
      </w:r>
    </w:p>
    <w:p>
      <w:r>
        <w:br/>
        <w:t>І держава буйним морем&lt;br /&gt;</w:t>
        <w:br/>
        <w:t>Розлилася навкруги,&lt;br /&gt;</w:t>
        <w:br/>
        <w:t>Половецький степ вмиває,&lt;br /&gt;</w:t>
        <w:br/>
        <w:t>Б'є в дунайські береги.</w:t>
      </w:r>
    </w:p>
    <w:p>
      <w:r>
        <w:br/>
        <w:t>"Вісім змислів князь наш має", —&lt;br /&gt;</w:t>
        <w:br/>
        <w:t>Говорили вояки&lt;br /&gt;</w:t>
        <w:br/>
        <w:t>І прозвали Ярослава&lt;br /&gt;</w:t>
        <w:br/>
        <w:t>Осмомислом на віки.</w:t>
      </w:r>
    </w:p>
    <w:p>
      <w:r>
        <w:br/>
        <w:t>І співець співав про його:&lt;br /&gt;</w:t>
        <w:br/>
        <w:t>"Гей, ти високо злетів&lt;br /&gt;</w:t>
        <w:br/>
        <w:t>І на батьківськім престолі,&lt;br /&gt;</w:t>
        <w:br/>
        <w:t>Вкритий славою, засів.</w:t>
      </w:r>
    </w:p>
    <w:p>
      <w:r>
        <w:br/>
        <w:t>Військом ти підпер Карпати,&lt;br /&gt;</w:t>
        <w:br/>
        <w:t>Шлях мадярам заступив&lt;br /&gt;</w:t>
        <w:br/>
        <w:t>І Дунаєві ворота&lt;br /&gt;</w:t>
        <w:br/>
        <w:t>Кораблями зачинив.</w:t>
      </w:r>
    </w:p>
    <w:p>
      <w:r>
        <w:br/>
        <w:t>Князю, Київські ворота&lt;br /&gt;</w:t>
        <w:br/>
        <w:t>Одчиняєш ти ключем,&lt;br /&gt;</w:t>
        <w:br/>
        <w:t>Стріли кидаєш в султанів&lt;br /&gt;</w:t>
        <w:br/>
        <w:t>І рубаєш їх мечем.</w:t>
      </w:r>
    </w:p>
    <w:p>
      <w:r>
        <w:br/>
        <w:t>Так стріляй же їх, поганих,&lt;br /&gt;</w:t>
        <w:br/>
        <w:t>Кидай стріли в їх степи&lt;br /&gt;</w:t>
        <w:br/>
        <w:t>І за Ігореві рани&lt;br /&gt;</w:t>
        <w:br/>
        <w:t>Слізьми, кров'ю окропи".&lt;br /&gt;</w:t>
        <w:br/>
        <w:t>. . . . . . . . . . . . . . . . . . . . . .</w:t>
      </w:r>
    </w:p>
    <w:p>
      <w:r>
        <w:br/>
        <w:t>Після смерті Осмомисла&lt;br /&gt;</w:t>
        <w:br/>
        <w:t>Володимир князем став,&lt;br /&gt;</w:t>
        <w:br/>
        <w:t>Все, що здідив, споневірив,&lt;br /&gt;</w:t>
        <w:br/>
        <w:t>Все розтратив, змарнував.</w:t>
      </w:r>
    </w:p>
    <w:p>
      <w:r>
        <w:br/>
        <w:t>І взяли мадяри Галич&lt;br /&gt;</w:t>
        <w:br/>
        <w:t>(Хоч народ завзято бивсь),&lt;br /&gt;</w:t>
        <w:br/>
        <w:t>І угорський королевич&lt;br /&gt;</w:t>
        <w:br/>
        <w:t>Князем галицьким зробивсь.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Ярослав Осмомисл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