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Ігор — князь Сіверський</w:t>
      </w:r>
    </w:p>
    <w:p>
      <w:r>
        <w:br/>
        <w:t xml:space="preserve"> 1</w:t>
      </w:r>
    </w:p>
    <w:p>
      <w:r>
        <w:br/>
        <w:t>Чи ж не гоже ж то нам буде&lt;br /&gt;</w:t>
        <w:br/>
        <w:t>Словом давнім, брате,&lt;br /&gt;</w:t>
        <w:br/>
        <w:t>Словом трудних оповідок&lt;br /&gt;</w:t>
        <w:br/>
        <w:t>Пісню надпочати,&lt;br /&gt;</w:t>
        <w:br/>
        <w:t>Пісню тому Ігореві,&lt;br /&gt;</w:t>
        <w:br/>
        <w:t>Святослава сину,&lt;br /&gt;</w:t>
        <w:br/>
        <w:t>Що водив колись на бійку&lt;br /&gt;</w:t>
        <w:br/>
        <w:t>Храбрую дружину?&lt;br /&gt;</w:t>
        <w:br/>
        <w:t>Та й почати тую пісню,&lt;br /&gt;</w:t>
        <w:br/>
        <w:t>Як билина бає,&lt;br /&gt;</w:t>
        <w:br/>
        <w:t>А не з думки, не з замислу,&lt;br /&gt;</w:t>
        <w:br/>
        <w:t>Як Боян співає.&lt;br /&gt;</w:t>
        <w:br/>
        <w:t>Бо Боян той, як кому лиш&lt;br /&gt;</w:t>
        <w:br/>
        <w:t>За пісню береться,&lt;br /&gt;</w:t>
        <w:br/>
        <w:t>То мислею по дереві&lt;br /&gt;</w:t>
        <w:br/>
        <w:t>Так і розтечеться.&lt;br /&gt;</w:t>
        <w:br/>
        <w:t>І ганяє сірим вовком&lt;br /&gt;</w:t>
        <w:br/>
        <w:t>Через гори, яри,&lt;br /&gt;</w:t>
        <w:br/>
        <w:t>І літає орлом сивим&lt;br /&gt;</w:t>
        <w:br/>
        <w:t>Під самії хмари.&lt;br /&gt;</w:t>
        <w:br/>
        <w:t>І лиш було усобиці&lt;br /&gt;</w:t>
        <w:br/>
        <w:t>Давні спогадає,&lt;br /&gt;</w:t>
        <w:br/>
        <w:t>Десять соколів на стадо&lt;br /&gt;</w:t>
        <w:br/>
        <w:t>Лебедів пускає.&lt;br /&gt;</w:t>
        <w:br/>
        <w:t>І которую лебідку&lt;br /&gt;</w:t>
        <w:br/>
        <w:t>Сокіл дотикає,&lt;br /&gt;</w:t>
        <w:br/>
        <w:t>Та лебідка попереду&lt;br /&gt;</w:t>
        <w:br/>
        <w:t>Пісню і співає&lt;br /&gt;</w:t>
        <w:br/>
        <w:t>То старому Ярославу,&lt;br /&gt;</w:t>
        <w:br/>
        <w:t>То тому Мстиславу,&lt;br /&gt;</w:t>
        <w:br/>
        <w:t>Що касозького Редедю&lt;br /&gt;</w:t>
        <w:br/>
        <w:t>Зарізав на славу.&lt;br /&gt;</w:t>
        <w:br/>
        <w:t>Або коли спогадає&lt;br /&gt;</w:t>
        <w:br/>
        <w:t>Недавню годину,&lt;br /&gt;</w:t>
        <w:br/>
        <w:t>То й Красному Романові,&lt;br /&gt;</w:t>
        <w:br/>
        <w:t>Святослава сину.&lt;br /&gt;</w:t>
        <w:br/>
        <w:t>Не соколів на лебідок&lt;br /&gt;</w:t>
        <w:br/>
        <w:t>Той Боян пускає:&lt;br /&gt;</w:t>
        <w:br/>
        <w:t>То він пальці свої віщі&lt;br /&gt;</w:t>
        <w:br/>
        <w:t>На струни спускає.&lt;br /&gt;</w:t>
        <w:br/>
        <w:t>І на живі тії струни&lt;br /&gt;</w:t>
        <w:br/>
        <w:t>Лиш пальці наскочуть,&lt;br /&gt;</w:t>
        <w:br/>
        <w:t>То вони вже самі славу&lt;br /&gt;</w:t>
        <w:br/>
        <w:t>Князям і бренькочуть.</w:t>
      </w:r>
    </w:p>
    <w:p>
      <w:r>
        <w:br/>
        <w:t>Так пічнемо ж собі, брате,&lt;br /&gt;</w:t>
        <w:br/>
        <w:t>Пісню ту співати&lt;br /&gt;</w:t>
        <w:br/>
        <w:t>Від Владимира старого&lt;br /&gt;</w:t>
        <w:br/>
        <w:t>До Ігоря того,&lt;br /&gt;</w:t>
        <w:br/>
        <w:t>Що закріпив собі розум&lt;br /&gt;</w:t>
        <w:br/>
        <w:t>На буйнії волі,&lt;br /&gt;</w:t>
        <w:br/>
        <w:t>Що наострив своє серце&lt;br /&gt;</w:t>
        <w:br/>
        <w:t>Одвагою в полі;&lt;br /&gt;</w:t>
        <w:br/>
        <w:t>Що з одваги і дружину&lt;br /&gt;</w:t>
        <w:br/>
        <w:t>Повів молодецьку&lt;br /&gt;</w:t>
        <w:br/>
        <w:t>За рідную землю руську&lt;br /&gt;</w:t>
        <w:br/>
        <w:t>В землю половецьку.</w:t>
      </w:r>
    </w:p>
    <w:p>
      <w:r>
        <w:br/>
        <w:t>2</w:t>
      </w:r>
    </w:p>
    <w:p>
      <w:r>
        <w:br/>
        <w:t>Глянув Ігор против сонця —&lt;br /&gt;</w:t>
        <w:br/>
        <w:t>Сонце померкало,&lt;br /&gt;</w:t>
        <w:br/>
        <w:t>І од него ціле військо&lt;br /&gt;</w:t>
        <w:br/>
        <w:t>Тьмою прикривало.&lt;br /&gt;</w:t>
        <w:br/>
        <w:t>А він каже до дружини:&lt;br /&gt;</w:t>
        <w:br/>
        <w:t>"Браття і дружино!&lt;br /&gt;</w:t>
        <w:br/>
        <w:t>Лучче ж нам потятим бути&lt;br /&gt;</w:t>
        <w:br/>
        <w:t>Ніж в полоні гинуть!&lt;br /&gt;</w:t>
        <w:br/>
        <w:t>А сядемо, милі браття,&lt;br /&gt;</w:t>
        <w:br/>
        <w:t>На бистрії коні,&lt;br /&gt;</w:t>
        <w:br/>
        <w:t>Подивимся, погуляєм&lt;br /&gt;</w:t>
        <w:br/>
        <w:t>По синьому Доні!"&lt;br /&gt;</w:t>
        <w:br/>
        <w:t>Спала князеві охота&lt;br /&gt;</w:t>
        <w:br/>
        <w:t>Дону скуштувати;&lt;br /&gt;</w:t>
        <w:br/>
        <w:t>І в запалі забув знам'я&lt;br /&gt;</w:t>
        <w:br/>
        <w:t>І став промовляти:&lt;br /&gt;</w:t>
        <w:br/>
        <w:t>"Хочу з вами, русинами,&lt;br /&gt;</w:t>
        <w:br/>
        <w:t>Військом молодецьким,&lt;br /&gt;</w:t>
        <w:br/>
        <w:t>Коп'є своє приломити&lt;br /&gt;</w:t>
        <w:br/>
        <w:t>В полі половецькім&lt;br /&gt;</w:t>
        <w:br/>
        <w:t>Хочу в полі половецькім&lt;br /&gt;</w:t>
        <w:br/>
        <w:t>Голову зложити&lt;br /&gt;</w:t>
        <w:br/>
        <w:t>Або Дону великого&lt;br /&gt;</w:t>
        <w:br/>
        <w:t>Шеломом попити!.."</w:t>
      </w:r>
    </w:p>
    <w:p>
      <w:r>
        <w:br/>
        <w:t>О Бояне мій, Бояне!&lt;br /&gt;</w:t>
        <w:br/>
        <w:t>Старий соловію!&lt;br /&gt;</w:t>
        <w:br/>
        <w:t>Пощебечи полки тії,&lt;br /&gt;</w:t>
        <w:br/>
        <w:t>Бо я не умію.&lt;br /&gt;</w:t>
        <w:br/>
        <w:t>Ти по дереві мисленнім&lt;br /&gt;</w:t>
        <w:br/>
        <w:t>Соловейком граєш,&lt;br /&gt;</w:t>
        <w:br/>
        <w:t>Ти до хмари і до неба&lt;br /&gt;</w:t>
        <w:br/>
        <w:t>Думкою літаєш.&lt;br /&gt;</w:t>
        <w:br/>
        <w:t>Ти споїв би враз і славу,&lt;br /&gt;</w:t>
        <w:br/>
        <w:t>І тодішнє горе,&lt;br /&gt;</w:t>
        <w:br/>
        <w:t>Ти слідив би за Трояном&lt;br /&gt;</w:t>
        <w:br/>
        <w:t>Через ліса-гори.&lt;br /&gt;</w:t>
        <w:br/>
        <w:t>Скажи ж мені, як почати,&lt;br /&gt;</w:t>
        <w:br/>
        <w:t>Подай мені руку!..&lt;br /&gt;</w:t>
        <w:br/>
        <w:t>Може, було так співати&lt;br /&gt;</w:t>
        <w:br/>
        <w:t>Олегову внуку:&lt;br /&gt;</w:t>
        <w:br/>
        <w:t>Не соколи через поле&lt;br /&gt;</w:t>
        <w:br/>
        <w:t>Од вітру несуться,&lt;br /&gt;</w:t>
        <w:br/>
        <w:t>Галичі стада до Дону&lt;br /&gt;</w:t>
        <w:br/>
        <w:t>Великого б'ються.&lt;br /&gt;</w:t>
        <w:br/>
        <w:t>Або, може, мій Бояне,&lt;br /&gt;</w:t>
        <w:br/>
        <w:t>Велесовий внуче,&lt;br /&gt;</w:t>
        <w:br/>
        <w:t>Може, мені так почати,&lt;br /&gt;</w:t>
        <w:br/>
        <w:t>Може, буде лучче:&lt;br /&gt;</w:t>
        <w:br/>
        <w:t>Іржуть коні за Сулою;&lt;br /&gt;</w:t>
        <w:br/>
        <w:t>В Києві весілля;&lt;br /&gt;</w:t>
        <w:br/>
        <w:t>Трублять труби в Новограді,&lt;br /&gt;</w:t>
        <w:br/>
        <w:t>Стяги край Потивля.&lt;br /&gt;</w:t>
        <w:br/>
        <w:t>Ігор тілько Всеволода&lt;br /&gt;</w:t>
        <w:br/>
        <w:t>Милого чекає.&lt;br /&gt;</w:t>
        <w:br/>
        <w:t>Аж Всеволод прибуває,&lt;br /&gt;</w:t>
        <w:br/>
        <w:t>Брата і вітає:&lt;br /&gt;</w:t>
        <w:br/>
        <w:t>"Один ти, мій брате-світе!&lt;br /&gt;</w:t>
        <w:br/>
        <w:t>Одна моя слава!&lt;br /&gt;</w:t>
        <w:br/>
        <w:t>Таж обидва ми, Ігорю,&lt;br /&gt;</w:t>
        <w:br/>
        <w:t>Сини Святослава!&lt;br /&gt;</w:t>
        <w:br/>
        <w:t>Сідлай, брате, свої коні,&lt;br /&gt;</w:t>
        <w:br/>
        <w:t>А мої готові,&lt;br /&gt;</w:t>
        <w:br/>
        <w:t>Там, у Курська, осідлані&lt;br /&gt;</w:t>
        <w:br/>
        <w:t>Стоять наготові.&lt;br /&gt;</w:t>
        <w:br/>
        <w:t>А мої куряни — жваві&lt;br /&gt;</w:t>
        <w:br/>
        <w:t>І свідомі діти:&lt;br /&gt;</w:t>
        <w:br/>
        <w:t>Вони в мене під трубами&lt;br /&gt;</w:t>
        <w:br/>
        <w:t>Змаленьку вповиті,&lt;br /&gt;</w:t>
        <w:br/>
        <w:t>Кінцем коп'я годовані,&lt;br /&gt;</w:t>
        <w:br/>
        <w:t>Зросли у шеломі,&lt;br /&gt;</w:t>
        <w:br/>
        <w:t>Путь-дороги їм відомі,&lt;br /&gt;</w:t>
        <w:br/>
        <w:t>Яри їм знакомі.&lt;br /&gt;</w:t>
        <w:br/>
        <w:t>У них луки натягнуті,&lt;br /&gt;</w:t>
        <w:br/>
        <w:t>А тули одкриті,&lt;br /&gt;</w:t>
        <w:br/>
        <w:t>У них шаблі наострені&lt;br /&gt;</w:t>
        <w:br/>
        <w:t>Ще й крівлею злиті.&lt;br /&gt;</w:t>
        <w:br/>
        <w:t>Самі скачуть серед поля,&lt;br /&gt;</w:t>
        <w:br/>
        <w:t>Як вовки кроваві,&lt;br /&gt;</w:t>
        <w:br/>
        <w:t>Шукаючи собі честі,&lt;br /&gt;</w:t>
        <w:br/>
        <w:t>А князеві слави!"</w:t>
      </w:r>
    </w:p>
    <w:p>
      <w:r>
        <w:br/>
        <w:t>І вступив могучий Ігор&lt;br /&gt;</w:t>
        <w:br/>
        <w:t>В стремено ногою.&lt;br /&gt;</w:t>
        <w:br/>
        <w:t>І поїхав з своїм військом&lt;br /&gt;</w:t>
        <w:br/>
        <w:t>По чистому полю.&lt;br /&gt;</w:t>
        <w:br/>
        <w:t>Сонце йому путь-дорогу&lt;br /&gt;</w:t>
        <w:br/>
        <w:t>Тьмою заступає,&lt;br /&gt;</w:t>
        <w:br/>
        <w:t>І ніч стогне і грізьбою&lt;br /&gt;</w:t>
        <w:br/>
        <w:t>Птахів розбуджає,&lt;br /&gt;</w:t>
        <w:br/>
        <w:t>І звірина серед степу&lt;br /&gt;</w:t>
        <w:br/>
        <w:t>Свище, завиває&lt;br /&gt;</w:t>
        <w:br/>
        <w:t>І на дереві високім&lt;br /&gt;</w:t>
        <w:br/>
        <w:t>Диво викликає.&lt;br /&gt;</w:t>
        <w:br/>
        <w:t>І шле чутку на Помор'є,&lt;br /&gt;</w:t>
        <w:br/>
        <w:t>Сулу і Суроже,&lt;br /&gt;</w:t>
        <w:br/>
        <w:t>Волгу, Корсунь і до тебе,&lt;br /&gt;</w:t>
        <w:br/>
        <w:t>Тьмуторканський боже.&lt;br /&gt;</w:t>
        <w:br/>
        <w:t>І половці неготові&lt;br /&gt;</w:t>
        <w:br/>
        <w:t>Дороги обрали&lt;br /&gt;</w:t>
        <w:br/>
        <w:t>І до Дону великого&lt;br /&gt;</w:t>
        <w:br/>
        <w:t>Степом пробігали.&lt;br /&gt;</w:t>
        <w:br/>
        <w:t>І скрипіли їх теліжки&lt;br /&gt;</w:t>
        <w:br/>
        <w:t>В опівнічну пору,&lt;br /&gt;</w:t>
        <w:br/>
        <w:t>Як лебеді розпущені&lt;br /&gt;</w:t>
        <w:br/>
        <w:t>По синьому морю.</w:t>
      </w:r>
    </w:p>
    <w:p>
      <w:r>
        <w:br/>
        <w:t>Веде Ігор своє військо,&lt;br /&gt;</w:t>
        <w:br/>
        <w:t>К Дону поспішає,&lt;br /&gt;</w:t>
        <w:br/>
        <w:t>А біда його без часу&lt;br /&gt;</w:t>
        <w:br/>
        <w:t>Птахів попасає.&lt;br /&gt;</w:t>
        <w:br/>
        <w:t>Та й вовки в ярах подобно&lt;br /&gt;</w:t>
        <w:br/>
        <w:t>Лиха виглядають,&lt;br /&gt;</w:t>
        <w:br/>
        <w:t>І орли на кості клектом&lt;br /&gt;</w:t>
        <w:br/>
        <w:t>Звірину скликають.&lt;br /&gt;</w:t>
        <w:br/>
        <w:t>На червоні щити брешуть&lt;br /&gt;</w:t>
        <w:br/>
        <w:t>Степові лисиці…&lt;br /&gt;</w:t>
        <w:br/>
        <w:t>О Руськая земле, земле!&lt;br /&gt;</w:t>
        <w:br/>
        <w:t>Ти вже на границі!</w:t>
      </w:r>
    </w:p>
    <w:p>
      <w:r>
        <w:br/>
        <w:t>Довго-довго ніч смеркає,&lt;br /&gt;</w:t>
        <w:br/>
        <w:t>Зоря-світ запала,&lt;br /&gt;</w:t>
        <w:br/>
        <w:t>Мла по полю розкотилась,&lt;br /&gt;</w:t>
        <w:br/>
        <w:t>Поля повкривала.&lt;br /&gt;</w:t>
        <w:br/>
        <w:t>Заснув щебет соловійний,&lt;br /&gt;</w:t>
        <w:br/>
        <w:t>Галки починають,&lt;br /&gt;</w:t>
        <w:br/>
        <w:t>А русини серед поля&lt;br /&gt;</w:t>
        <w:br/>
        <w:t>Міцно спочивають.&lt;br /&gt;</w:t>
        <w:br/>
        <w:t>І все поле згородили&lt;br /&gt;</w:t>
        <w:br/>
        <w:t>Своїми щитами,&lt;br /&gt;</w:t>
        <w:br/>
        <w:t>Шукаючи собі честі,&lt;br /&gt;</w:t>
        <w:br/>
        <w:t>А князеві слави.</w:t>
      </w:r>
    </w:p>
    <w:p>
      <w:r>
        <w:br/>
        <w:t>3</w:t>
      </w:r>
    </w:p>
    <w:p>
      <w:r>
        <w:br/>
        <w:t>Рано в п'ятницю русини&lt;br /&gt;</w:t>
        <w:br/>
        <w:t>Половців нагнали&lt;br /&gt;</w:t>
        <w:br/>
        <w:t>І полки їх поганії&lt;br /&gt;</w:t>
        <w:br/>
        <w:t>Прахом потоптали.&lt;br /&gt;</w:t>
        <w:br/>
        <w:t>І розсипались стрілами&lt;br /&gt;</w:t>
        <w:br/>
        <w:t>По вражому полю,&lt;br /&gt;</w:t>
        <w:br/>
        <w:t>Красних дівок половецьких&lt;br /&gt;</w:t>
        <w:br/>
        <w:t>Гнали у неволю.&lt;br /&gt;</w:t>
        <w:br/>
        <w:t>Брали злото й паволоки,&lt;br /&gt;</w:t>
        <w:br/>
        <w:t>Брали й оксамити,&lt;br /&gt;</w:t>
        <w:br/>
        <w:t>А лишкою мости собі&lt;br /&gt;</w:t>
        <w:br/>
        <w:t>Почали мостити.&lt;br /&gt;</w:t>
        <w:br/>
        <w:t>І мостили по болотах&lt;br /&gt;</w:t>
        <w:br/>
        <w:t>Та по трясовинах&lt;br /&gt;</w:t>
        <w:br/>
        <w:t>Опанчами, кожухами,&lt;br /&gt;</w:t>
        <w:br/>
        <w:t>Зроччям половчина.&lt;br /&gt;</w:t>
        <w:br/>
        <w:t>А червоний стяг і чілку,&lt;br /&gt;</w:t>
        <w:br/>
        <w:t>Білую хоругку&lt;br /&gt;</w:t>
        <w:br/>
        <w:t>І ратище срібне дали&lt;br /&gt;</w:t>
        <w:br/>
        <w:t>Олегову внуку.</w:t>
      </w:r>
    </w:p>
    <w:p>
      <w:r>
        <w:br/>
        <w:t>І Олега гніздо храбре&lt;br /&gt;</w:t>
        <w:br/>
        <w:t>Спочивати сіло;&lt;br /&gt;</w:t>
        <w:br/>
        <w:t>О, далеко ж воно, бідне,&lt;br /&gt;</w:t>
        <w:br/>
        <w:t>В поле залетіло.&lt;br /&gt;</w:t>
        <w:br/>
        <w:t>Ніби воно й не родилось&lt;br /&gt;</w:t>
        <w:br/>
        <w:t>Само для обижі&lt;br /&gt;</w:t>
        <w:br/>
        <w:t>Ні соколу, ні кречету,&lt;br /&gt;</w:t>
        <w:br/>
        <w:t>Ні звірині хижій;&lt;br /&gt;</w:t>
        <w:br/>
        <w:t>Ні соколу, ні кречету,&lt;br /&gt;</w:t>
        <w:br/>
        <w:t>Ні орлову сину,&lt;br /&gt;</w:t>
        <w:br/>
        <w:t>Ані тобу, чорний ворон,&lt;br /&gt;</w:t>
        <w:br/>
        <w:t>Вражий половчину!</w:t>
      </w:r>
    </w:p>
    <w:p>
      <w:r>
        <w:br/>
        <w:t>А Гзак уже сірим вовком&lt;br /&gt;</w:t>
        <w:br/>
        <w:t>Вибігає з дому,&lt;br /&gt;</w:t>
        <w:br/>
        <w:t>А за Гзаком Кончак їде&lt;br /&gt;</w:t>
        <w:br/>
        <w:t>К великому Дону.</w:t>
      </w:r>
    </w:p>
    <w:p>
      <w:r>
        <w:br/>
        <w:t>На другий день дуже рано&lt;br /&gt;</w:t>
        <w:br/>
        <w:t>Руські поглядають,&lt;br /&gt;</w:t>
        <w:br/>
        <w:t>Аж криваві в небі зорі&lt;br /&gt;</w:t>
        <w:br/>
        <w:t>Світ оповідають,&lt;br /&gt;</w:t>
        <w:br/>
        <w:t>Чорна туча іде з моря&lt;br /&gt;</w:t>
        <w:br/>
        <w:t>І закрити хоче&lt;br /&gt;</w:t>
        <w:br/>
        <w:t>Штирі сонці, і по нії&lt;br /&gt;</w:t>
        <w:br/>
        <w:t>Блискавка мигкоче.&lt;br /&gt;</w:t>
        <w:br/>
        <w:t>Бути-бути сього ранку&lt;br /&gt;</w:t>
        <w:br/>
        <w:t>Великому грому,&lt;br /&gt;</w:t>
        <w:br/>
        <w:t>І дощеві йти стрілами&lt;br /&gt;</w:t>
        <w:br/>
        <w:t>З великого Дону!&lt;br /&gt;</w:t>
        <w:br/>
        <w:t>Тут-то коп'ям проламатись&lt;br /&gt;</w:t>
        <w:br/>
        <w:t>В полі половецькім,&lt;br /&gt;</w:t>
        <w:br/>
        <w:t>Тут-то шаблям потріщати&lt;br /&gt;</w:t>
        <w:br/>
        <w:t>В шеломи полвецькі&lt;br /&gt;</w:t>
        <w:br/>
        <w:t>На сій річці, на Каялі,&lt;br /&gt;</w:t>
        <w:br/>
        <w:t>Край тихого Дону…&lt;br /&gt;</w:t>
        <w:br/>
        <w:t>О Руськая земле, земле!&lt;br /&gt;</w:t>
        <w:br/>
        <w:t>Вертайся додому!</w:t>
      </w:r>
    </w:p>
    <w:p>
      <w:r>
        <w:br/>
        <w:t>Ото й вітер, внук Стрибогів,&lt;br /&gt;</w:t>
        <w:br/>
        <w:t>Замахав крилами&lt;br /&gt;</w:t>
        <w:br/>
        <w:t>На Ігоря військо — з моря&lt;br /&gt;</w:t>
        <w:br/>
        <w:t>Повіяв стрілами.&lt;br /&gt;</w:t>
        <w:br/>
        <w:t>І движить земля і стогне,&lt;br /&gt;</w:t>
        <w:br/>
        <w:t>Ріки текуть мутно,&lt;br /&gt;</w:t>
        <w:br/>
        <w:t>Порох моле покриває,&lt;br /&gt;</w:t>
        <w:br/>
        <w:t>Стяги мають смутно.&lt;br /&gt;</w:t>
        <w:br/>
        <w:t>Ідуть з Дону, ідуть з моря&lt;br /&gt;</w:t>
        <w:br/>
        <w:t>Половецькі сили,&lt;br /&gt;</w:t>
        <w:br/>
        <w:t>Зі всіх сторін Ігореві&lt;br /&gt;</w:t>
        <w:br/>
        <w:t>Полки обступили.&lt;br /&gt;</w:t>
        <w:br/>
        <w:t>І бісові діли криком&lt;br /&gt;</w:t>
        <w:br/>
        <w:t>Все поле укрили,&lt;br /&gt;</w:t>
        <w:br/>
        <w:t>А червоними щитами&lt;br /&gt;</w:t>
        <w:br/>
        <w:t>Русини покрили.</w:t>
      </w:r>
    </w:p>
    <w:p>
      <w:r>
        <w:br/>
        <w:t>Закричали половчани,&lt;br /&gt;</w:t>
        <w:br/>
        <w:t>Заіржали коні.&lt;br /&gt;</w:t>
        <w:br/>
        <w:t>А ти, туре Всеволоде,&lt;br /&gt;</w:t>
        <w:br/>
        <w:t>Стоїш на бороні!&lt;br /&gt;</w:t>
        <w:br/>
        <w:t>Ти на військо половецьке&lt;br /&gt;</w:t>
        <w:br/>
        <w:t>Прискаєш стрілами,&lt;br /&gt;</w:t>
        <w:br/>
        <w:t>Ти гримиш об їх шеломи&lt;br /&gt;</w:t>
        <w:br/>
        <w:t>Стальними мечами.&lt;br /&gt;</w:t>
        <w:br/>
        <w:t>Куди скочиш, де посвітиш&lt;br /&gt;</w:t>
        <w:br/>
        <w:t>Шеломом блискучим,&lt;br /&gt;</w:t>
        <w:br/>
        <w:t>Там голови половецькі&lt;br /&gt;</w:t>
        <w:br/>
        <w:t>Валяться на кучі.&lt;br /&gt;</w:t>
        <w:br/>
        <w:t>І шеломи оварськії&lt;br /&gt;</w:t>
        <w:br/>
        <w:t>Щербаті валились,&lt;br /&gt;</w:t>
        <w:br/>
        <w:t>Бо у тебе, Всеволоде,&lt;br /&gt;</w:t>
        <w:br/>
        <w:t>Стріли закалились.</w:t>
      </w:r>
    </w:p>
    <w:p>
      <w:r>
        <w:br/>
        <w:t>Якії ж то, мої браття,&lt;br /&gt;</w:t>
        <w:br/>
        <w:t>Дорогії рани!&lt;br /&gt;</w:t>
        <w:br/>
        <w:t>Він забув життя і шани,&lt;br /&gt;</w:t>
        <w:br/>
        <w:t>Чернігів коханий.&lt;br /&gt;</w:t>
        <w:br/>
        <w:t>Забув княжиї звичаї&lt;br /&gt;</w:t>
        <w:br/>
        <w:t>І столицю ясну,&lt;br /&gt;</w:t>
        <w:br/>
        <w:t>І княгиню свою милу,&lt;br /&gt;</w:t>
        <w:br/>
        <w:t>Глібовну прекрасну.</w:t>
      </w:r>
    </w:p>
    <w:p>
      <w:r>
        <w:br/>
        <w:t>4</w:t>
      </w:r>
    </w:p>
    <w:p>
      <w:r>
        <w:br/>
        <w:t>Були віки Троянові,&lt;br /&gt;</w:t>
        <w:br/>
        <w:t>Літа Ярослава,&lt;br /&gt;</w:t>
        <w:br/>
        <w:t>Були бійки і Олега,&lt;br /&gt;</w:t>
        <w:br/>
        <w:t>Сина Святослава,&lt;br /&gt;</w:t>
        <w:br/>
        <w:t>Що, бувало, лиш крамоли&lt;br /&gt;</w:t>
        <w:br/>
        <w:t>Мечем висікає&lt;br /&gt;</w:t>
        <w:br/>
        <w:t>То по цілій землі Руській&lt;br /&gt;</w:t>
        <w:br/>
        <w:t>Стріли розсіває.&lt;br /&gt;</w:t>
        <w:br/>
        <w:t>Що, бувало, в Тьмуторкані&lt;br /&gt;</w:t>
        <w:br/>
        <w:t>В стремено ступає,&lt;br /&gt;</w:t>
        <w:br/>
        <w:t>А Ізяслав у Києві&lt;br /&gt;</w:t>
        <w:br/>
        <w:t>Брязки зачуває, —&lt;br /&gt;</w:t>
        <w:br/>
        <w:t>А Владимир Всеволодів&lt;br /&gt;</w:t>
        <w:br/>
        <w:t>Хоч сам не без духу,&lt;br /&gt;</w:t>
        <w:br/>
        <w:t>У Чернігові щоранку&lt;br /&gt;</w:t>
        <w:br/>
        <w:t>Затикає вуха.&lt;br /&gt;</w:t>
        <w:br/>
        <w:t>Тогді й самого Бориса,&lt;br /&gt;</w:t>
        <w:br/>
        <w:t>Сина Вячеслава,&lt;br /&gt;</w:t>
        <w:br/>
        <w:t>Привела на суд до себе&lt;br /&gt;</w:t>
        <w:br/>
        <w:t>Олегова слава&lt;br /&gt;</w:t>
        <w:br/>
        <w:t>І поклала на зелену&lt;br /&gt;</w:t>
        <w:br/>
        <w:t>Кінську паполому&lt;br /&gt;</w:t>
        <w:br/>
        <w:t>За обижу Олегові,&lt;br /&gt;</w:t>
        <w:br/>
        <w:t>Князю молодому.&lt;br /&gt;</w:t>
        <w:br/>
        <w:t>Там і князя Ізяслава&lt;br /&gt;</w:t>
        <w:br/>
        <w:t>Вони доконали,&lt;br /&gt;</w:t>
        <w:br/>
        <w:t>І Святополк свого батька&lt;br /&gt;</w:t>
        <w:br/>
        <w:t>Із тої Каяли&lt;br /&gt;</w:t>
        <w:br/>
        <w:t>Повелів на коні взяти,&lt;br /&gt;</w:t>
        <w:br/>
        <w:t>На угорські коні,&lt;br /&gt;</w:t>
        <w:br/>
        <w:t>Та відвезти до Києва&lt;br /&gt;</w:t>
        <w:br/>
        <w:t>До церкви святої.</w:t>
      </w:r>
    </w:p>
    <w:p>
      <w:r>
        <w:br/>
        <w:t>О, Олега Гориславця&lt;br /&gt;</w:t>
        <w:br/>
        <w:t>Війни пам'ятались:&lt;br /&gt;</w:t>
        <w:br/>
        <w:t>Тогді землі в усобицях&lt;br /&gt;</w:t>
        <w:br/>
        <w:t>Росли й засівались,&lt;br /&gt;</w:t>
        <w:br/>
        <w:t>І життя Дайбога внука&lt;br /&gt;</w:t>
        <w:br/>
        <w:t>В крамолах губилось,&lt;br /&gt;</w:t>
        <w:br/>
        <w:t>А з-за князів і їх людям&lt;br /&gt;</w:t>
        <w:br/>
        <w:t>Віку вкоротилось.&lt;br /&gt;</w:t>
        <w:br/>
        <w:t>Тогді рідко в землі Руській&lt;br /&gt;</w:t>
        <w:br/>
        <w:t>Орачі співали,&lt;br /&gt;</w:t>
        <w:br/>
        <w:t>А частіше коло трупів&lt;br /&gt;</w:t>
        <w:br/>
        <w:t>Ворони кричали,&lt;br /&gt;</w:t>
        <w:br/>
        <w:t>Та ще галич лепетала&lt;br /&gt;</w:t>
        <w:br/>
        <w:t>І збирала діти,&lt;br /&gt;</w:t>
        <w:br/>
        <w:t>Коли з ними на поживу&lt;br /&gt;</w:t>
        <w:br/>
        <w:t>Хотіла летіти.</w:t>
      </w:r>
    </w:p>
    <w:p>
      <w:r>
        <w:br/>
        <w:t>Тако-то, люди! Були бійки,&lt;br /&gt;</w:t>
        <w:br/>
        <w:t>Були в нас і смути,&lt;br /&gt;</w:t>
        <w:br/>
        <w:t>Та такої, як се була, —&lt;br /&gt;</w:t>
        <w:br/>
        <w:t>Такої й не чути!&lt;br /&gt;</w:t>
        <w:br/>
        <w:t>З рання світа до вечора&lt;br /&gt;</w:t>
        <w:br/>
        <w:t>З вечора до світа&lt;br /&gt;</w:t>
        <w:br/>
        <w:t>Летять стріли каленії,&lt;br /&gt;</w:t>
        <w:br/>
        <w:t>Як град серед літа,&lt;br /&gt;</w:t>
        <w:br/>
        <w:t>Гримлять шаблі об шеломи,&lt;br /&gt;</w:t>
        <w:br/>
        <w:t>Коп'я молодецькі&lt;br /&gt;</w:t>
        <w:br/>
        <w:t>Тріщать в полі чужоземнім,&lt;br /&gt;</w:t>
        <w:br/>
        <w:t>В землі половецькій,&lt;br /&gt;</w:t>
        <w:br/>
        <w:t>Чорна земля під копитом,&lt;br /&gt;</w:t>
        <w:br/>
        <w:t>Як та рілля, зрита,&lt;br /&gt;</w:t>
        <w:br/>
        <w:t>Всі костями засіяна&lt;br /&gt;</w:t>
        <w:br/>
        <w:t>І крівлею злита.&lt;br /&gt;</w:t>
        <w:br/>
        <w:t>Полягли там Всеволода&lt;br /&gt;</w:t>
        <w:br/>
        <w:t>Полки головою,&lt;br /&gt;</w:t>
        <w:br/>
        <w:t>І по цілій землі Руській&lt;br /&gt;</w:t>
        <w:br/>
        <w:t>Ізійшли тугою…&lt;br /&gt;</w:t>
        <w:br/>
        <w:t>А що ж мені зашуміло&lt;br /&gt;</w:t>
        <w:br/>
        <w:t>Рано за горами?&lt;br /&gt;</w:t>
        <w:br/>
        <w:t>А що ж мені задзвеніло&lt;br /&gt;</w:t>
        <w:br/>
        <w:t>Ще перед зорями?&lt;br /&gt;</w:t>
        <w:br/>
        <w:t>То князь Ігор своє військо&lt;br /&gt;</w:t>
        <w:br/>
        <w:t>В поле завертає,&lt;br /&gt;</w:t>
        <w:br/>
        <w:t>Бо жаль йому Всеволода,&lt;br /&gt;</w:t>
        <w:br/>
        <w:t>Що вже погибає.&lt;br /&gt;</w:t>
        <w:br/>
        <w:t>І билися день, і другий,&lt;br /&gt;</w:t>
        <w:br/>
        <w:t>І третій день бились,&lt;br /&gt;</w:t>
        <w:br/>
        <w:t>Та в полудень і Ігоря&lt;br /&gt;</w:t>
        <w:br/>
        <w:t>Стяги повалились…&lt;br /&gt;</w:t>
        <w:br/>
        <w:t>Тут-то браття розлучились&lt;br /&gt;</w:t>
        <w:br/>
        <w:t>З берега Каяли,&lt;br /&gt;</w:t>
        <w:br/>
        <w:t>Тут для себе кривавого&lt;br /&gt;</w:t>
        <w:br/>
        <w:t>Вина не дістали.&lt;br /&gt;</w:t>
        <w:br/>
        <w:t>Тут лиш військо докінчило,&lt;br /&gt;</w:t>
        <w:br/>
        <w:t>Сватів напоїло,&lt;br /&gt;</w:t>
        <w:br/>
        <w:t>А само за Руську землю&lt;br /&gt;</w:t>
        <w:br/>
        <w:t>Землі попоїло.&lt;br /&gt;</w:t>
        <w:br/>
        <w:t>Никне трава жалощами,&lt;br /&gt;</w:t>
        <w:br/>
        <w:t>Листя ізсушились,&lt;br /&gt;</w:t>
        <w:br/>
        <w:t>І дерево небологом&lt;br /&gt;</w:t>
        <w:br/>
        <w:t>До землі склонилось.</w:t>
      </w:r>
    </w:p>
    <w:p>
      <w:r>
        <w:br/>
        <w:t>5</w:t>
      </w:r>
    </w:p>
    <w:p>
      <w:r>
        <w:br/>
        <w:t>Невесела ж бо то, брате,&lt;br /&gt;</w:t>
        <w:br/>
        <w:t>Година настала:&lt;br /&gt;</w:t>
        <w:br/>
        <w:t>Вже пустиня та повітря&lt;br /&gt;</w:t>
        <w:br/>
        <w:t>Силу повкривала.&lt;br /&gt;</w:t>
        <w:br/>
        <w:t>То в синах Дайбога внука&lt;br /&gt;</w:t>
        <w:br/>
        <w:t>Злибіда ожила&lt;br /&gt;</w:t>
        <w:br/>
        <w:t>І на землю Троянову&lt;br /&gt;</w:t>
        <w:br/>
        <w:t>Дівою ступила;&lt;br /&gt;</w:t>
        <w:br/>
        <w:t>І лебіжими крилами&lt;br /&gt;</w:t>
        <w:br/>
        <w:t>Розплескала море&lt;br /&gt;</w:t>
        <w:br/>
        <w:t>І у Дону, плескаючи,&lt;br /&gt;</w:t>
        <w:br/>
        <w:t>Розбудила горе.&lt;br /&gt;</w:t>
        <w:br/>
        <w:t>Розбудила врем'я тяжке,&lt;br /&gt;</w:t>
        <w:br/>
        <w:t>Підійнялись фінни,&lt;br /&gt;</w:t>
        <w:br/>
        <w:t>А у князів на поганих&lt;br /&gt;</w:t>
        <w:br/>
        <w:t>Усобиця гине,&lt;br /&gt;</w:t>
        <w:br/>
        <w:t>Бо брат брату став казати:&lt;br /&gt;</w:t>
        <w:br/>
        <w:t>"Се моє, мій брате!"&lt;br /&gt;</w:t>
        <w:br/>
        <w:t>"І се моє, і то моє!" —&lt;br /&gt;</w:t>
        <w:br/>
        <w:t>Другий став казати,&lt;br /&gt;</w:t>
        <w:br/>
        <w:t>І за мале, як велике,&lt;br /&gt;</w:t>
        <w:br/>
        <w:t>Стали вимовляти&lt;br /&gt;</w:t>
        <w:br/>
        <w:t>І самі на себе стали&lt;br /&gt;</w:t>
        <w:br/>
        <w:t>Крамоли кувати.&lt;br /&gt;</w:t>
        <w:br/>
        <w:t>А погані зі всіх сторін&lt;br /&gt;</w:t>
        <w:br/>
        <w:t>Зволікали сили&lt;br /&gt;</w:t>
        <w:br/>
        <w:t>І на рідну землю Руську&lt;br /&gt;</w:t>
        <w:br/>
        <w:t>Бідою ходили…</w:t>
      </w:r>
    </w:p>
    <w:p>
      <w:r>
        <w:br/>
        <w:t>О, далеко ж зайшов сокіл&lt;br /&gt;</w:t>
        <w:br/>
        <w:t>К морю птахів бити,&lt;br /&gt;</w:t>
        <w:br/>
        <w:t>Та храброго вже Ігоря&lt;br /&gt;</w:t>
        <w:br/>
        <w:t>Полку не вскресити.&lt;br /&gt;</w:t>
        <w:br/>
        <w:t>Жгля і Карна в Руську землю&lt;br /&gt;</w:t>
        <w:br/>
        <w:t>З криком поскакали&lt;br /&gt;</w:t>
        <w:br/>
        <w:t>І там в полум'ї червонім&lt;br /&gt;</w:t>
        <w:br/>
        <w:t>Змагу вимивали.&lt;br /&gt;</w:t>
        <w:br/>
        <w:t>І сплакались руські жони,&lt;br /&gt;</w:t>
        <w:br/>
        <w:t>Стали голосити:&lt;br /&gt;</w:t>
        <w:br/>
        <w:t>"Ой уже ж нам мужів наших&lt;br /&gt;</w:t>
        <w:br/>
        <w:t>Мислю не змислити,&lt;br /&gt;</w:t>
        <w:br/>
        <w:t>Ні мислею ізмислити,&lt;br /&gt;</w:t>
        <w:br/>
        <w:t>Думою згадати,&lt;br /&gt;</w:t>
        <w:br/>
        <w:t>Ні очима оглядати,&lt;br /&gt;</w:t>
        <w:br/>
        <w:t>Ні гостини брати,&lt;br /&gt;</w:t>
        <w:br/>
        <w:t>Ні золота, ані срібла&lt;br /&gt;</w:t>
        <w:br/>
        <w:t>Не пересипати!"</w:t>
      </w:r>
    </w:p>
    <w:p>
      <w:r>
        <w:br/>
        <w:t>Застогнав-бо вже і Київ&lt;br /&gt;</w:t>
        <w:br/>
        <w:t>Жалем та тугою,&lt;br /&gt;</w:t>
        <w:br/>
        <w:t>Зажурився і Чернігів&lt;br /&gt;</w:t>
        <w:br/>
        <w:t>Напастю лихою,&lt;br /&gt;</w:t>
        <w:br/>
        <w:t>Туга жятка розлилася,&lt;br /&gt;</w:t>
        <w:br/>
        <w:t>Наробила жалю,&lt;br /&gt;</w:t>
        <w:br/>
        <w:t>І печаль тече, жирує&lt;br /&gt;</w:t>
        <w:br/>
        <w:t>По руському краю.&lt;br /&gt;</w:t>
        <w:br/>
        <w:t>А князі усе на себе&lt;br /&gt;</w:t>
        <w:br/>
        <w:t>Крамоли кували,&lt;br /&gt;</w:t>
        <w:br/>
        <w:t>І погані Руську землю&lt;br /&gt;</w:t>
        <w:br/>
        <w:t>Всюди оббігали,&lt;br /&gt;</w:t>
        <w:br/>
        <w:t>І збирали дань по білці&lt;br /&gt;</w:t>
        <w:br/>
        <w:t>Од кожного двору,&lt;br /&gt;</w:t>
        <w:br/>
        <w:t>І сипали добром руським&lt;br /&gt;</w:t>
        <w:br/>
        <w:t>По синьому морю.&lt;br /&gt;</w:t>
        <w:br/>
        <w:t>Бо тії два Святославці,&lt;br /&gt;</w:t>
        <w:br/>
        <w:t>Бо тії дві сили,&lt;br /&gt;</w:t>
        <w:br/>
        <w:t>Всеволод і храбрий Ігор&lt;br /&gt;</w:t>
        <w:br/>
        <w:t>Кривду розбудили,&lt;br /&gt;</w:t>
        <w:br/>
        <w:t>Котру батько їх київський&lt;br /&gt;</w:t>
        <w:br/>
        <w:t>Приспав було тихо…</w:t>
      </w:r>
    </w:p>
    <w:p>
      <w:r>
        <w:br/>
        <w:t>О, великий Святослав той&lt;br /&gt;</w:t>
        <w:br/>
        <w:t>Був половцям лихо!&lt;br /&gt;</w:t>
        <w:br/>
        <w:t>Він розпудив їх полками,&lt;br /&gt;</w:t>
        <w:br/>
        <w:t>Стальними мечами;&lt;br /&gt;</w:t>
        <w:br/>
        <w:t>Він на землю половецьку&lt;br /&gt;</w:t>
        <w:br/>
        <w:t>Наступив ногами,&lt;br /&gt;</w:t>
        <w:br/>
        <w:t>Притоптав горби високі&lt;br /&gt;</w:t>
        <w:br/>
        <w:t>І яри глибокі,&lt;br /&gt;</w:t>
        <w:br/>
        <w:t>Змутив ріки і озера,&lt;br /&gt;</w:t>
        <w:br/>
        <w:t>Висушив потоки;&lt;br /&gt;</w:t>
        <w:br/>
        <w:t>І Коб'яка з лукомор'я&lt;br /&gt;</w:t>
        <w:br/>
        <w:t>Вихром молодецьким&lt;br /&gt;</w:t>
        <w:br/>
        <w:t>Він вихватив із залізних&lt;br /&gt;</w:t>
        <w:br/>
        <w:t>Полків половецьких.&lt;br /&gt;</w:t>
        <w:br/>
        <w:t>І попав Коб'як поганий&lt;br /&gt;</w:t>
        <w:br/>
        <w:t>В Київ, у столицю,&lt;br /&gt;</w:t>
        <w:br/>
        <w:t>В Святославові покої&lt;br /&gt;</w:t>
        <w:br/>
        <w:t>В князеву гридницю.</w:t>
      </w:r>
    </w:p>
    <w:p>
      <w:r>
        <w:br/>
        <w:t>Тож-то німці та венедці,&lt;br /&gt;</w:t>
        <w:br/>
        <w:t>Греки та морава&lt;br /&gt;</w:t>
        <w:br/>
        <w:t>Князя Ігоря не хвалять,&lt;br /&gt;</w:t>
        <w:br/>
        <w:t>Хвалять Святослава.&lt;br /&gt;</w:t>
        <w:br/>
        <w:t>Того гудять, бо він стратив&lt;br /&gt;</w:t>
        <w:br/>
        <w:t>Полки молодецькі&lt;br /&gt;</w:t>
        <w:br/>
        <w:t>І золото руське всипав&lt;br /&gt;</w:t>
        <w:br/>
        <w:t>В ріки половецькі.&lt;br /&gt;</w:t>
        <w:br/>
        <w:t>Ще й для себе, молодого,&lt;br /&gt;</w:t>
        <w:br/>
        <w:t>Добув сідло нове,&lt;br /&gt;</w:t>
        <w:br/>
        <w:t>Сів із свого золотого&lt;br /&gt;</w:t>
        <w:br/>
        <w:t>В сідло кощійове.</w:t>
      </w:r>
    </w:p>
    <w:p>
      <w:r>
        <w:br/>
        <w:t>6</w:t>
      </w:r>
    </w:p>
    <w:p>
      <w:r>
        <w:br/>
        <w:t>Зажурилися забрала,&lt;br /&gt;</w:t>
        <w:br/>
        <w:t>І весілля плаче,&lt;br /&gt;</w:t>
        <w:br/>
        <w:t>І Святослав зажурився,&lt;br /&gt;</w:t>
        <w:br/>
        <w:t>Смутний сон побачив.&lt;br /&gt;</w:t>
        <w:br/>
        <w:t>"Снилось мені, — став казати, —&lt;br /&gt;</w:t>
        <w:br/>
        <w:t>І бачили очі,&lt;br /&gt;</w:t>
        <w:br/>
        <w:t>Що в Києві між горами&lt;br /&gt;</w:t>
        <w:br/>
        <w:t>Спав я сеї ночі&lt;br /&gt;</w:t>
        <w:br/>
        <w:t>І що ви коло постелі&lt;br /&gt;</w:t>
        <w:br/>
        <w:t>Тисової стали&lt;br /&gt;</w:t>
        <w:br/>
        <w:t>І чорною папломою&lt;br /&gt;</w:t>
        <w:br/>
        <w:t>Мене одягали;&lt;br /&gt;</w:t>
        <w:br/>
        <w:t>Що хтось мені вино черпав,&lt;br /&gt;</w:t>
        <w:br/>
        <w:t>Вино синє було&lt;br /&gt;</w:t>
        <w:br/>
        <w:t>І з тяжкою трутиною&lt;br /&gt;</w:t>
        <w:br/>
        <w:t>Ізмішане було;&lt;br /&gt;</w:t>
        <w:br/>
        <w:t>Що з порожніх черепашок&lt;br /&gt;</w:t>
        <w:br/>
        <w:t>Жемчуг висипали&lt;br /&gt;</w:t>
        <w:br/>
        <w:t>Мні на груди якісь люди&lt;br /&gt;</w:t>
        <w:br/>
        <w:t>І мя милували;&lt;br /&gt;</w:t>
        <w:br/>
        <w:t>Що в теремі злотоверхім&lt;br /&gt;</w:t>
        <w:br/>
        <w:t>Стелю похитнуло&lt;br /&gt;</w:t>
        <w:br/>
        <w:t>І дошки самі стояли,&lt;br /&gt;</w:t>
        <w:br/>
        <w:t>Сволока не було;&lt;br /&gt;</w:t>
        <w:br/>
        <w:t>Що ворони ті бісові&lt;br /&gt;</w:t>
        <w:br/>
        <w:t>Всю ніч-вечір грали&lt;br /&gt;</w:t>
        <w:br/>
        <w:t>Та у Плінська на болоні&lt;br /&gt;</w:t>
        <w:br/>
        <w:t>Ліса оббивали…&lt;br /&gt;</w:t>
        <w:br/>
        <w:t>А я шлю їх і не зішлю&lt;br /&gt;</w:t>
        <w:br/>
        <w:t>На синеє море…"&lt;br /&gt;</w:t>
        <w:br/>
        <w:t>"Княже! — мовили бояри, —&lt;br /&gt;</w:t>
        <w:br/>
        <w:t>Ум забрало горе!&lt;br /&gt;</w:t>
        <w:br/>
        <w:t>Се ж бо в тебе два соколи&lt;br /&gt;</w:t>
        <w:br/>
        <w:t>Полетіло з хати.&lt;br /&gt;</w:t>
        <w:br/>
        <w:t>З отня стола золотого&lt;br /&gt;</w:t>
        <w:br/>
        <w:t>Щастя пошукати;&lt;br /&gt;</w:t>
        <w:br/>
        <w:t>Пошукати Тьмуторкана,&lt;br /&gt;</w:t>
        <w:br/>
        <w:t>Вернути додому&lt;br /&gt;</w:t>
        <w:br/>
        <w:t>Або шеломом попити&lt;br /&gt;</w:t>
        <w:br/>
        <w:t>Великого Дону.&lt;br /&gt;</w:t>
        <w:br/>
        <w:t>То вже крильця тих соколів&lt;br /&gt;</w:t>
        <w:br/>
        <w:t>То вже припішали,&lt;br /&gt;</w:t>
        <w:br/>
        <w:t>Тії крильця вже погані&lt;br /&gt;</w:t>
        <w:br/>
        <w:t>Шаблями обтяли,&lt;br /&gt;</w:t>
        <w:br/>
        <w:t>А самих їх опутали&lt;br /&gt;</w:t>
        <w:br/>
        <w:t>В залізнії пута,&lt;br /&gt;</w:t>
        <w:br/>
        <w:t>Бо в день третій — пам'ятаєш? —&lt;br /&gt;</w:t>
        <w:br/>
        <w:t>Темно було тута.&lt;br /&gt;</w:t>
        <w:br/>
        <w:t>Два червоних стовпи згасло,&lt;br /&gt;</w:t>
        <w:br/>
        <w:t>Дві сонці зтемніло,&lt;br /&gt;</w:t>
        <w:br/>
        <w:t>І молодих два місяці&lt;br /&gt;</w:t>
        <w:br/>
        <w:t>З ними потемніло.&lt;br /&gt;</w:t>
        <w:br/>
        <w:t>То Олега й Святослава&lt;br /&gt;</w:t>
        <w:br/>
        <w:t>Тьма обволочила,&lt;br /&gt;</w:t>
        <w:br/>
        <w:t>То й на річці, на Каялі,&lt;br /&gt;</w:t>
        <w:br/>
        <w:t>Тьма світ перекрила…&lt;br /&gt;</w:t>
        <w:br/>
        <w:t>Горе-горе землі Руській&lt;br /&gt;</w:t>
        <w:br/>
        <w:t>Великеє дуже:&lt;br /&gt;</w:t>
        <w:br/>
        <w:t>Розсипались половчани,&lt;br /&gt;</w:t>
        <w:br/>
        <w:t>Як гніздо пардуже,&lt;br /&gt;</w:t>
        <w:br/>
        <w:t>Розсипались, розіллялись,&lt;br /&gt;</w:t>
        <w:br/>
        <w:t>Морем затопили,&lt;br /&gt;</w:t>
        <w:br/>
        <w:t>І буйство їх великеє&lt;br /&gt;</w:t>
        <w:br/>
        <w:t>Дає фінну сили.&lt;br /&gt;</w:t>
        <w:br/>
        <w:t>І вже ганьба перенеслась&lt;br /&gt;</w:t>
        <w:br/>
        <w:t>І стала хвалою,&lt;br /&gt;</w:t>
        <w:br/>
        <w:t>Уже й нужда підійнялась,&lt;br /&gt;</w:t>
        <w:br/>
        <w:t>Тріснула на волю,&lt;br /&gt;</w:t>
        <w:br/>
        <w:t>Уже й диво покотилось&lt;br /&gt;</w:t>
        <w:br/>
        <w:t>По чистому полю.&lt;br /&gt;</w:t>
        <w:br/>
        <w:t>І готськії діви грають&lt;br /&gt;</w:t>
        <w:br/>
        <w:t>По синьому морю&lt;br /&gt;</w:t>
        <w:br/>
        <w:t>І по березі співають,&lt;br /&gt;</w:t>
        <w:br/>
        <w:t>Руським злотом дзвонять;&lt;br /&gt;</w:t>
        <w:br/>
        <w:t>Вихваляють врем'я Буса,&lt;br /&gt;</w:t>
        <w:br/>
        <w:t>Земсту Шараконя;&lt;br /&gt;</w:t>
        <w:br/>
        <w:t>І милують тую земсту,&lt;br /&gt;</w:t>
        <w:br/>
        <w:t>Як дитину мати!&lt;br /&gt;</w:t>
        <w:br/>
        <w:t>[А нам уже, нам, дружині,&lt;br /&gt;</w:t>
        <w:br/>
        <w:t>Весілля не мати!"]</w:t>
      </w:r>
    </w:p>
    <w:p>
      <w:r>
        <w:br/>
        <w:t>7</w:t>
      </w:r>
    </w:p>
    <w:p>
      <w:r>
        <w:br/>
        <w:t>Тоді Святослав великий&lt;br /&gt;</w:t>
        <w:br/>
        <w:t>Сплакав за синами&lt;br /&gt;</w:t>
        <w:br/>
        <w:t>І золоте слово мовив,&lt;br /&gt;</w:t>
        <w:br/>
        <w:t>Змішане з сльозами:&lt;br /&gt;</w:t>
        <w:br/>
        <w:t>"Ой Ігорю! Всеволоде!&lt;br /&gt;</w:t>
        <w:br/>
        <w:t>Сини мої милі!&lt;br /&gt;</w:t>
        <w:br/>
        <w:t>Рано ж бо ви половецьку&lt;br /&gt;</w:t>
        <w:br/>
        <w:t>Землю заквилили.&lt;br /&gt;</w:t>
        <w:br/>
        <w:t>Рано землю ту мечами&lt;br /&gt;</w:t>
        <w:br/>
        <w:t>Стали заквиляти,&lt;br /&gt;</w:t>
        <w:br/>
        <w:t>Рано, рано собі слави&lt;br /&gt;</w:t>
        <w:br/>
        <w:t>Почали шукати.&lt;br /&gt;</w:t>
        <w:br/>
        <w:t>Та нечесно ж то ви, діти,&lt;br /&gt;</w:t>
        <w:br/>
        <w:t>Ворога побили,&lt;br /&gt;</w:t>
        <w:br/>
        <w:t>Та нечесно ж кров погану&lt;br /&gt;</w:t>
        <w:br/>
        <w:t>По землі пролили…&lt;br /&gt;</w:t>
        <w:br/>
        <w:t>Знати серце ваше храбре&lt;br /&gt;</w:t>
        <w:br/>
        <w:t>У горні стопилось,&lt;br /&gt;</w:t>
        <w:br/>
        <w:t>Ще й до того у буйості&lt;br /&gt;</w:t>
        <w:br/>
        <w:t>Само закалилось&lt;br /&gt;</w:t>
        <w:br/>
        <w:t>Закувалось, закалилось,&lt;br /&gt;</w:t>
        <w:br/>
        <w:t>Діти мої милі!&lt;br /&gt;</w:t>
        <w:br/>
        <w:t>Чи ж сивині моїй срібній&lt;br /&gt;</w:t>
        <w:br/>
        <w:t>Се ви учинили?..&lt;br /&gt;</w:t>
        <w:br/>
        <w:t>Не виджу ж бо я все власті,&lt;br /&gt;</w:t>
        <w:br/>
        <w:t>Ані війська много,&lt;br /&gt;</w:t>
        <w:br/>
        <w:t>Багатого та сильного&lt;br /&gt;</w:t>
        <w:br/>
        <w:t>Ярослава мого,&lt;br /&gt;</w:t>
        <w:br/>
        <w:t>Мого брата Ярослава,&lt;br /&gt;</w:t>
        <w:br/>
        <w:t>Що ходив війною&lt;br /&gt;</w:t>
        <w:br/>
        <w:t>І з чернігівською биллю,&lt;br /&gt;</w:t>
        <w:br/>
        <w:t>З биллю і чужою:&lt;br /&gt;</w:t>
        <w:br/>
        <w:t>Із могутів, із татранів,&lt;br /&gt;</w:t>
        <w:br/>
        <w:t>І із шелебирів,&lt;br /&gt;</w:t>
        <w:br/>
        <w:t>Із топчаків, і ревугів,&lt;br /&gt;</w:t>
        <w:br/>
        <w:t>І із голебирів,&lt;br /&gt;</w:t>
        <w:br/>
        <w:t>Що без щита з захалявком&lt;br /&gt;</w:t>
        <w:br/>
        <w:t>Полки криком били&lt;br /&gt;</w:t>
        <w:br/>
        <w:t>І в прадідню собі славу,&lt;br /&gt;</w:t>
        <w:br/>
        <w:t>Не в дзвони дзвонили.</w:t>
      </w:r>
    </w:p>
    <w:p>
      <w:r>
        <w:br/>
        <w:t>Та сказали ж ви: самі ми&lt;br /&gt;</w:t>
        <w:br/>
        <w:t>Слави захотіли,&lt;br /&gt;</w:t>
        <w:br/>
        <w:t>Переднюю самі возьмем,&lt;br /&gt;</w:t>
        <w:br/>
        <w:t>Задню переділим…&lt;br /&gt;</w:t>
        <w:br/>
        <w:t>Ой Ігорю! Всеволоде!&lt;br /&gt;</w:t>
        <w:br/>
        <w:t>Жаль мені вас, діти!&lt;br /&gt;</w:t>
        <w:br/>
        <w:t>Чи б не диво мні, старому,&lt;br /&gt;</w:t>
        <w:br/>
        <w:t>Та молодіти?&lt;br /&gt;</w:t>
        <w:br/>
        <w:t>Таже в літах саме й сокіл,&lt;br /&gt;</w:t>
        <w:br/>
        <w:t>Птиць високо гонить&lt;br /&gt;</w:t>
        <w:br/>
        <w:t>І не дасть гнізда в обижу&lt;br /&gt;</w:t>
        <w:br/>
        <w:t>З свої оборони.&lt;br /&gt;</w:t>
        <w:br/>
        <w:t>Але княже зло настало,&lt;br /&gt;</w:t>
        <w:br/>
        <w:t>Пособи не буде,&lt;br /&gt;</w:t>
        <w:br/>
        <w:t>Тепер внівеч обернулись&lt;br /&gt;</w:t>
        <w:br/>
        <w:t>Години і люди!</w:t>
      </w:r>
    </w:p>
    <w:p>
      <w:r>
        <w:br/>
        <w:t>Під шаблями половчанів&lt;br /&gt;</w:t>
        <w:br/>
        <w:t>Кричать коло Ромен,&lt;br /&gt;</w:t>
        <w:br/>
        <w:t>Володимир під ранами —&lt;br /&gt;</w:t>
        <w:br/>
        <w:t>Всюди плач та гомін.&lt;br /&gt;</w:t>
        <w:br/>
        <w:t>Туга князю Владимиру,&lt;br /&gt;</w:t>
        <w:br/>
        <w:t>Глібовому сину.&lt;br /&gt;</w:t>
        <w:br/>
        <w:t>А ти, княже Всеволоде,&lt;br /&gt;</w:t>
        <w:br/>
        <w:t>Прихильного кинув!&lt;br /&gt;</w:t>
        <w:br/>
        <w:t>Чи ж не міг би ти здалека&lt;br /&gt;</w:t>
        <w:br/>
        <w:t>Мислю прилетіти,&lt;br /&gt;</w:t>
        <w:br/>
        <w:t>Отня стола золотого&lt;br /&gt;</w:t>
        <w:br/>
        <w:t>Спасти, поглядіти?&lt;br /&gt;</w:t>
        <w:br/>
        <w:t>Таже веслами ти можеш&lt;br /&gt;</w:t>
        <w:br/>
        <w:t>Волгу розкропити,&lt;br /&gt;</w:t>
        <w:br/>
        <w:t>Таже шеломом ти можеш&lt;br /&gt;</w:t>
        <w:br/>
        <w:t>Весь Дон перелити.&lt;br /&gt;</w:t>
        <w:br/>
        <w:t>Якби ти був — здешевіли б&lt;br /&gt;</w:t>
        <w:br/>
        <w:t>Половці погані:&lt;br /&gt;</w:t>
        <w:br/>
        <w:t>Була б яга по ногаті,&lt;br /&gt;</w:t>
        <w:br/>
        <w:t>Кощій по різані.&lt;br /&gt;</w:t>
        <w:br/>
        <w:t>Таж ти можеш і посуху&lt;br /&gt;</w:t>
        <w:br/>
        <w:t>Стрілити до Дону&lt;br /&gt;</w:t>
        <w:br/>
        <w:t>Шереширами живими&lt;br /&gt;</w:t>
        <w:br/>
        <w:t>Глібового дому!</w:t>
      </w:r>
    </w:p>
    <w:p>
      <w:r>
        <w:br/>
        <w:t>А ти, Рюриче й Давиде!&lt;br /&gt;</w:t>
        <w:br/>
        <w:t>Правнуки орлові!&lt;br /&gt;</w:t>
        <w:br/>
        <w:t>Чи ж не ваші ж то шеломи&lt;br /&gt;</w:t>
        <w:br/>
        <w:t>Плавали по крові?&lt;br /&gt;</w:t>
        <w:br/>
        <w:t>Чи ж не ваша ж то дружина&lt;br /&gt;</w:t>
        <w:br/>
        <w:t>Літає на волі,&lt;br /&gt;</w:t>
        <w:br/>
        <w:t>Як ті тури поранені&lt;br /&gt;</w:t>
        <w:br/>
        <w:t>На чужому полі?&lt;br /&gt;</w:t>
        <w:br/>
        <w:t>Вступіть, пани господарі,&lt;br /&gt;</w:t>
        <w:br/>
        <w:t>В золотеє стрем'я&lt;br /&gt;</w:t>
        <w:br/>
        <w:t>З обижу половецьку,&lt;br /&gt;</w:t>
        <w:br/>
        <w:t>За лихеє врем'я.&lt;br /&gt;</w:t>
        <w:br/>
        <w:t>За рідную землю Руську,&lt;br /&gt;</w:t>
        <w:br/>
        <w:t>Зе Ігоря рани,&lt;br /&gt;</w:t>
        <w:br/>
        <w:t>За буйного Святославця&lt;br /&gt;</w:t>
        <w:br/>
        <w:t>Гримніть на поганих!</w:t>
      </w:r>
    </w:p>
    <w:p>
      <w:r>
        <w:br/>
        <w:t>Ти, галицький Осмомисле,&lt;br /&gt;</w:t>
        <w:br/>
        <w:t>Княже Ярославе!&lt;br /&gt;</w:t>
        <w:br/>
        <w:t>На золотім столі своїм&lt;br /&gt;</w:t>
        <w:br/>
        <w:t>Ти сидиш у славі.&lt;br /&gt;</w:t>
        <w:br/>
        <w:t>Підпер гори угорськії&lt;br /&gt;</w:t>
        <w:br/>
        <w:t>Злізними полками,&lt;br /&gt;</w:t>
        <w:br/>
        <w:t>Заступив путь королеві,&lt;br /&gt;</w:t>
        <w:br/>
        <w:t>Звів Дунайські брами,&lt;br /&gt;</w:t>
        <w:br/>
        <w:t>Кидаючи через хмари&lt;br /&gt;</w:t>
        <w:br/>
        <w:t>Кремінь до Дунаю,&lt;br /&gt;</w:t>
        <w:br/>
        <w:t>Наряджаючи по ріках&lt;br /&gt;</w:t>
        <w:br/>
        <w:t>Судна до Дунаю.&lt;br /&gt;</w:t>
        <w:br/>
        <w:t>Твоя грізьба пролетіла&lt;br /&gt;</w:t>
        <w:br/>
        <w:t>Помежи землями,&lt;br /&gt;</w:t>
        <w:br/>
        <w:t>Ти Києву відмикаєш&lt;br /&gt;</w:t>
        <w:br/>
        <w:t>Золотії брами.&lt;br /&gt;</w:t>
        <w:br/>
        <w:t>З отня стола золотого&lt;br /&gt;</w:t>
        <w:br/>
        <w:t>Острими стрілами&lt;br /&gt;</w:t>
        <w:br/>
        <w:t>Ти стріляєш і султанів&lt;br /&gt;</w:t>
        <w:br/>
        <w:t>Десь там за морями.&lt;br /&gt;</w:t>
        <w:br/>
        <w:t>Стріляй, княже Ярославе,&lt;br /&gt;</w:t>
        <w:br/>
        <w:t>Кончака лихого,&lt;br /&gt;</w:t>
        <w:br/>
        <w:t>Половчина поганого,&lt;br /&gt;</w:t>
        <w:br/>
        <w:t>Кощія старого,&lt;br /&gt;</w:t>
        <w:br/>
        <w:t>За рідную землю Руську,&lt;br /&gt;</w:t>
        <w:br/>
        <w:t>За Ігоря рани,&lt;br /&gt;</w:t>
        <w:br/>
        <w:t>За буйного Святославця&lt;br /&gt;</w:t>
        <w:br/>
        <w:t>Стріляй його, пане!</w:t>
      </w:r>
    </w:p>
    <w:p>
      <w:r>
        <w:br/>
        <w:t>А ти, княже буй Романе,&lt;br /&gt;</w:t>
        <w:br/>
        <w:t>І ти, Местиславе!&lt;br /&gt;</w:t>
        <w:br/>
        <w:t>Ваші мислі храбра думка&lt;br /&gt;</w:t>
        <w:br/>
        <w:t>Заносить до слави,&lt;br /&gt;</w:t>
        <w:br/>
        <w:t>І по славу, по криваву,&lt;br /&gt;</w:t>
        <w:br/>
        <w:t>Ви ходите сміло,&lt;br /&gt;</w:t>
        <w:br/>
        <w:t>І плинете ви високо&lt;br /&gt;</w:t>
        <w:br/>
        <w:t>В буйості на діло,&lt;br /&gt;</w:t>
        <w:br/>
        <w:t>Як той сокіл, що в повітрі&lt;br /&gt;</w:t>
        <w:br/>
        <w:t>Крила розширяє,&lt;br /&gt;</w:t>
        <w:br/>
        <w:t>Коли птицю в своїм буйстві&lt;br /&gt;</w:t>
        <w:br/>
        <w:t>Замогти бажає…&lt;br /&gt;</w:t>
        <w:br/>
        <w:t>Бо папорги в вас залізні,&lt;br /&gt;</w:t>
        <w:br/>
        <w:t>Шеломи латинські,&lt;br /&gt;</w:t>
        <w:br/>
        <w:t>Ними трісла земля ціла&lt;br /&gt;</w:t>
        <w:br/>
        <w:t>І сторони фінські:&lt;br /&gt;</w:t>
        <w:br/>
        <w:t>І ятвяги, й деремела,&lt;br /&gt;</w:t>
        <w:br/>
        <w:t>Литва й половчани&lt;br /&gt;</w:t>
        <w:br/>
        <w:t>Склали луки і голови&lt;br /&gt;</w:t>
        <w:br/>
        <w:t>Під тими мечами…&lt;br /&gt;</w:t>
        <w:br/>
        <w:t>Князі! Князі! Вже Ігорю&lt;br /&gt;</w:t>
        <w:br/>
        <w:t>Сонце світ закрило,&lt;br /&gt;</w:t>
        <w:br/>
        <w:t>І дерево небологом&lt;br /&gt;</w:t>
        <w:br/>
        <w:t>Листя обронило.&lt;br /&gt;</w:t>
        <w:br/>
        <w:t>І по Рсі і Сулі стали&lt;br /&gt;</w:t>
        <w:br/>
        <w:t>Городи ділити,&lt;br /&gt;</w:t>
        <w:br/>
        <w:t>А храброго вже Ігоря&lt;br /&gt;</w:t>
        <w:br/>
        <w:t>Полку не вскресити…&lt;br /&gt;</w:t>
        <w:br/>
        <w:t>Вас Дон, князі, викликає,&lt;br /&gt;</w:t>
        <w:br/>
        <w:t>Щоб ви полетіли,&lt;br /&gt;</w:t>
        <w:br/>
        <w:t>І храбрії Ольговичі&lt;br /&gt;</w:t>
        <w:br/>
        <w:t>На бійку поспіли!</w:t>
      </w:r>
    </w:p>
    <w:p>
      <w:r>
        <w:br/>
        <w:t>Ой Інгварю, Всеволоде!&lt;br /&gt;</w:t>
        <w:br/>
        <w:t>Ви руськая слава!&lt;br /&gt;</w:t>
        <w:br/>
        <w:t>І всі три ви шестокрильці&lt;br /&gt;</w:t>
        <w:br/>
        <w:t>Гнізда Местислава!&lt;br /&gt;</w:t>
        <w:br/>
        <w:t>Не побійним ви жеребом&lt;br /&gt;</w:t>
        <w:br/>
        <w:t>Власть забрали в руки,&lt;br /&gt;</w:t>
        <w:br/>
        <w:t>Нащо ж вам шеломи злоті,&lt;br /&gt;</w:t>
        <w:br/>
        <w:t>Щити лядські й луки?&lt;br /&gt;</w:t>
        <w:br/>
        <w:t>Загородіть теє поле&lt;br /&gt;</w:t>
        <w:br/>
        <w:t>Кріпкими щитами!&lt;br /&gt;</w:t>
        <w:br/>
        <w:t>Зачиніть ворота полю&lt;br /&gt;</w:t>
        <w:br/>
        <w:t>Острими стрілами&lt;br /&gt;</w:t>
        <w:br/>
        <w:t>Та за рідну землю Руську,&lt;br /&gt;</w:t>
        <w:br/>
        <w:t>За Ігоря рани,&lt;br /&gt;</w:t>
        <w:br/>
        <w:t>За буйного Святославця&lt;br /&gt;</w:t>
        <w:br/>
        <w:t>Вийдіть на поганих!</w:t>
      </w:r>
    </w:p>
    <w:p>
      <w:r>
        <w:br/>
        <w:t>Ідіть, князі! Бо вже й Сула&lt;br /&gt;</w:t>
        <w:br/>
        <w:t>Од половців стала&lt;br /&gt;</w:t>
        <w:br/>
        <w:t>І не тече срібним струєм&lt;br /&gt;</w:t>
        <w:br/>
        <w:t>До Переяслава.&lt;br /&gt;</w:t>
        <w:br/>
        <w:t>Ба й Литва вже піднялася&lt;br /&gt;</w:t>
        <w:br/>
        <w:t>На тих полочанів,&lt;br /&gt;</w:t>
        <w:br/>
        <w:t>І Двіна тече болотом&lt;br /&gt;</w:t>
        <w:br/>
        <w:t>Од крику поганих.&lt;br /&gt;</w:t>
        <w:br/>
        <w:t>Там один лиш син Васильків,&lt;br /&gt;</w:t>
        <w:br/>
        <w:t>Ізяслав Полоцький,&lt;br /&gt;</w:t>
        <w:br/>
        <w:t>Брязнув острими мечами&lt;br /&gt;</w:t>
        <w:br/>
        <w:t>В шеломи литовські.&lt;br /&gt;</w:t>
        <w:br/>
        <w:t>Він притріпав було славу&lt;br /&gt;</w:t>
        <w:br/>
        <w:t>Дідові Всеславу,&lt;br /&gt;</w:t>
        <w:br/>
        <w:t>Але і сам покотився&lt;br /&gt;</w:t>
        <w:br/>
        <w:t>На траву криваву,&lt;br /&gt;</w:t>
        <w:br/>
        <w:t>Перекритий червоними&lt;br /&gt;</w:t>
        <w:br/>
        <w:t>Вражими щитами,&lt;br /&gt;</w:t>
        <w:br/>
        <w:t>Притріпаний литовськими&lt;br /&gt;</w:t>
        <w:br/>
        <w:t>Острими мечами.&lt;br /&gt;</w:t>
        <w:br/>
        <w:t>І лотовський князь поганий&lt;br /&gt;</w:t>
        <w:br/>
        <w:t>Підняв його з крові,&lt;br /&gt;</w:t>
        <w:br/>
        <w:t>Скотив його на постелю&lt;br /&gt;</w:t>
        <w:br/>
        <w:t>Та й до нього мовив:&lt;br /&gt;</w:t>
        <w:br/>
        <w:t>"Вже дружину твою, княже,&lt;br /&gt;</w:t>
        <w:br/>
        <w:t>Птиці повкривали&lt;br /&gt;</w:t>
        <w:br/>
        <w:t>І червону кров полоцьку&lt;br /&gt;</w:t>
        <w:br/>
        <w:t>Звірі позлизали…"&lt;br /&gt;</w:t>
        <w:br/>
        <w:t>Не було тут його брата,&lt;br /&gt;</w:t>
        <w:br/>
        <w:t>Брата Брячислава,&lt;br /&gt;</w:t>
        <w:br/>
        <w:t>Ні другого, Всеволода,&lt;br /&gt;</w:t>
        <w:br/>
        <w:t>Коло Ізяслава.&lt;br /&gt;</w:t>
        <w:br/>
        <w:t>Один душу жемчужную&lt;br /&gt;</w:t>
        <w:br/>
        <w:t>Виронив із тіла&lt;br /&gt;</w:t>
        <w:br/>
        <w:t>Через рану кривавую,&lt;br /&gt;</w:t>
        <w:br/>
        <w:t>Злоте ожерілля,&lt;br /&gt;</w:t>
        <w:br/>
        <w:t>І голоси ниють жалем —&lt;br /&gt;</w:t>
        <w:br/>
        <w:t>Зникнуло весілля!&lt;br /&gt;</w:t>
        <w:br/>
        <w:t>Трублять труби городенські…&lt;br /&gt;</w:t>
        <w:br/>
        <w:t>Княже Ярославе,&lt;br /&gt;</w:t>
        <w:br/>
        <w:t>І усі ви, князі, внуки&lt;br /&gt;</w:t>
        <w:br/>
        <w:t>Та плем'я Всеславе!&lt;br /&gt;</w:t>
        <w:br/>
        <w:t>Вкладіть мечі вережані,&lt;br /&gt;</w:t>
        <w:br/>
        <w:t>Знизьте свої стяги,&lt;br /&gt;</w:t>
        <w:br/>
        <w:t>Уже ж бо ви вискочили&lt;br /&gt;</w:t>
        <w:br/>
        <w:t>Із дідньої слави:&lt;br /&gt;</w:t>
        <w:br/>
        <w:t>Бо своїми крамолами&lt;br /&gt;</w:t>
        <w:br/>
        <w:t>Ви погані стаї&lt;br /&gt;</w:t>
        <w:br/>
        <w:t>Стали зводити на землю,&lt;br /&gt;</w:t>
        <w:br/>
        <w:t>На руськії краї,&lt;br /&gt;</w:t>
        <w:br/>
        <w:t>На руськую рідну землю,&lt;br /&gt;</w:t>
        <w:br/>
        <w:t>На життя Всеслава,&lt;br /&gt;</w:t>
        <w:br/>
        <w:t>Котрій уже й од половців&lt;br /&gt;</w:t>
        <w:br/>
        <w:t>Насил на неслава!"</w:t>
      </w:r>
    </w:p>
    <w:p>
      <w:r>
        <w:br/>
        <w:t>8</w:t>
      </w:r>
    </w:p>
    <w:p>
      <w:r>
        <w:br/>
        <w:t>А Всеслав той на сьомому&lt;br /&gt;</w:t>
        <w:br/>
        <w:t>Трояновім віку&lt;br /&gt;</w:t>
        <w:br/>
        <w:t>Кинув жереб та й поїхав&lt;br /&gt;</w:t>
        <w:br/>
        <w:t>По любую дівку.&lt;br /&gt;</w:t>
        <w:br/>
        <w:t>І крюками, не ногами,&lt;br /&gt;</w:t>
        <w:br/>
        <w:t>Піднявся на коні,&lt;br /&gt;</w:t>
        <w:br/>
        <w:t>І прискочив до Києва&lt;br /&gt;</w:t>
        <w:br/>
        <w:t>В залізнії броні,&lt;br /&gt;</w:t>
        <w:br/>
        <w:t>І там собі тілько древком&lt;br /&gt;</w:t>
        <w:br/>
        <w:t>Од копія свого&lt;br /&gt;</w:t>
        <w:br/>
        <w:t>Дотикався до княжого&lt;br /&gt;</w:t>
        <w:br/>
        <w:t>Стола золотого.&lt;br /&gt;</w:t>
        <w:br/>
        <w:t>Із Києва звіром скочив&lt;br /&gt;</w:t>
        <w:br/>
        <w:t>В північній годині,&lt;br /&gt;</w:t>
        <w:br/>
        <w:t>З Білгорода обісився&lt;br /&gt;</w:t>
        <w:br/>
        <w:t>Ще в тумані синім.&lt;br /&gt;</w:t>
        <w:br/>
        <w:t>І візницями тяжкими&lt;br /&gt;</w:t>
        <w:br/>
        <w:t>Та трирогачами&lt;br /&gt;</w:t>
        <w:br/>
        <w:t>Відчинив іще до рання&lt;br /&gt;</w:t>
        <w:br/>
        <w:t>Новгородські брами;&lt;br /&gt;</w:t>
        <w:br/>
        <w:t>Розбив славу Ярославу,&lt;br /&gt;</w:t>
        <w:br/>
        <w:t>Полив сухі ниви,&lt;br /&gt;</w:t>
        <w:br/>
        <w:t>І з Дудуток сірим вовком&lt;br /&gt;</w:t>
        <w:br/>
        <w:t>Скочив до Немиги.&lt;br /&gt;</w:t>
        <w:br/>
        <w:t>А в Немизі снопи стелять&lt;br /&gt;</w:t>
        <w:br/>
        <w:t>Та все головами,&lt;br /&gt;</w:t>
        <w:br/>
        <w:t>А молотять по головах&lt;br /&gt;</w:t>
        <w:br/>
        <w:t>Стальними ціпами.&lt;br /&gt;</w:t>
        <w:br/>
        <w:t>І на тоці життя кладуть,&lt;br /&gt;</w:t>
        <w:br/>
        <w:t>Решетами сіють&lt;br /&gt;</w:t>
        <w:br/>
        <w:t>І живую душу з тіла&lt;br /&gt;</w:t>
        <w:br/>
        <w:t>Лопатами віють.&lt;br /&gt;</w:t>
        <w:br/>
        <w:t>І береги на Немизі,&lt;br /&gt;</w:t>
        <w:br/>
        <w:t>Низькі та криваві,&lt;br /&gt;</w:t>
        <w:br/>
        <w:t>Не бологом засіяні —&lt;br /&gt;</w:t>
        <w:br/>
        <w:t>Руськими костями…</w:t>
      </w:r>
    </w:p>
    <w:p>
      <w:r>
        <w:br/>
        <w:t>Всеслав, було, людей судить,&lt;br /&gt;</w:t>
        <w:br/>
        <w:t>Князям раду радить,&lt;br /&gt;</w:t>
        <w:br/>
        <w:t>А сам вночі сірим вовком&lt;br /&gt;</w:t>
        <w:br/>
        <w:t>І нудить, і вадить.&lt;br /&gt;</w:t>
        <w:br/>
        <w:t>З Києва до Тьмуторкана&lt;br /&gt;</w:t>
        <w:br/>
        <w:t>Ще до кур доскочить,&lt;br /&gt;</w:t>
        <w:br/>
        <w:t>Путь Хорсові великому&lt;br /&gt;</w:t>
        <w:br/>
        <w:t>Вовком перескочить.&lt;br /&gt;</w:t>
        <w:br/>
        <w:t>Тому в Полоцькім дзвонили&lt;br /&gt;</w:t>
        <w:br/>
        <w:t>Утреню в Софії,&lt;br /&gt;</w:t>
        <w:br/>
        <w:t>А він чував аж у Київ&lt;br /&gt;</w:t>
        <w:br/>
        <w:t>Дзвони голоснії.&lt;br /&gt;</w:t>
        <w:br/>
        <w:t>Але дармо! В другім тілі,&lt;br /&gt;</w:t>
        <w:br/>
        <w:t>Хоч і душа віща,&lt;br /&gt;</w:t>
        <w:br/>
        <w:t>Та зазнає біди-лиха,&lt;br /&gt;</w:t>
        <w:br/>
        <w:t>Як та і не віща.&lt;br /&gt;</w:t>
        <w:br/>
        <w:t>На його-то, може, долю,&lt;br /&gt;</w:t>
        <w:br/>
        <w:t>Долю нещасливу,&lt;br /&gt;</w:t>
        <w:br/>
        <w:t>Боян віщий і ізмислив&lt;br /&gt;</w:t>
        <w:br/>
        <w:t>Приспівку правдиву:&lt;br /&gt;</w:t>
        <w:br/>
        <w:t>"Не тра, — каже, —&lt;br /&gt;</w:t>
        <w:br/>
        <w:t>ні хитрому ні горазду бути,&lt;br /&gt;</w:t>
        <w:br/>
        <w:t>бо і птиці гораздії&lt;br /&gt;</w:t>
        <w:br/>
        <w:t>суда не минути…"</w:t>
      </w:r>
    </w:p>
    <w:p>
      <w:r>
        <w:br/>
        <w:t>О, стогнати землі Руській&lt;br /&gt;</w:t>
        <w:br/>
        <w:t>Не час, не годину,&lt;br /&gt;</w:t>
        <w:br/>
        <w:t>Спом'янувши князів первих&lt;br /&gt;</w:t>
        <w:br/>
        <w:t>Первую годину.&lt;br /&gt;</w:t>
        <w:br/>
        <w:t>Не сил було пригвіздити&lt;br /&gt;</w:t>
        <w:br/>
        <w:t>Владимира того&lt;br /&gt;</w:t>
        <w:br/>
        <w:t>До київських гір високих,&lt;br /&gt;</w:t>
        <w:br/>
        <w:t>Стола золотого.&lt;br /&gt;</w:t>
        <w:br/>
        <w:t>То отож-то тепер стали&lt;br /&gt;</w:t>
        <w:br/>
        <w:t>Стяги та коруги:&lt;br /&gt;</w:t>
        <w:br/>
        <w:t>Одні стаги Рюрикові,&lt;br /&gt;</w:t>
        <w:br/>
        <w:t>Давидові другі.&lt;br /&gt;</w:t>
        <w:br/>
        <w:t>Но й Волинці носять роги,&lt;br /&gt;</w:t>
        <w:br/>
        <w:t>Їм хоботи крають,&lt;br /&gt;</w:t>
        <w:br/>
        <w:t>І їх коп'я на Дунаї&lt;br /&gt;</w:t>
        <w:br/>
        <w:t>Славу їм співають.</w:t>
      </w:r>
    </w:p>
    <w:p>
      <w:r>
        <w:br/>
        <w:t>9</w:t>
      </w:r>
    </w:p>
    <w:p>
      <w:r>
        <w:br/>
        <w:t>Ярославни тихий голос&lt;br /&gt;</w:t>
        <w:br/>
        <w:t>Незнакомий чує,&lt;br /&gt;</w:t>
        <w:br/>
        <w:t>Зозулею рано-рано&lt;br /&gt;</w:t>
        <w:br/>
        <w:t>Бідная воркує:&lt;br /&gt;</w:t>
        <w:br/>
        <w:t>"Зозулею полечу я, —&lt;br /&gt;</w:t>
        <w:br/>
        <w:t>Каже, — по Дунаї,&lt;br /&gt;</w:t>
        <w:br/>
        <w:t>Обмочу рукав бобровий&lt;br /&gt;</w:t>
        <w:br/>
        <w:t>На річці Каялі.&lt;br /&gt;</w:t>
        <w:br/>
        <w:t>Вийму з князя молодого&lt;br /&gt;</w:t>
        <w:br/>
        <w:t>Половецькі стріли&lt;br /&gt;</w:t>
        <w:br/>
        <w:t>І утру криваві рани&lt;br /&gt;</w:t>
        <w:br/>
        <w:t>На змученім тілі!"</w:t>
      </w:r>
    </w:p>
    <w:p>
      <w:r>
        <w:br/>
        <w:t>Ярославна рано плаче&lt;br /&gt;</w:t>
        <w:br/>
        <w:t>Дрібними сльозами,&lt;br /&gt;</w:t>
        <w:br/>
        <w:t>У Путивлі на забралі&lt;br /&gt;</w:t>
        <w:br/>
        <w:t>Воркує словами:&lt;br /&gt;</w:t>
        <w:br/>
        <w:t>"Ой вітре мій, — каже, — вітре!&lt;br /&gt;</w:t>
        <w:br/>
        <w:t>Буйнеє вітрило!&lt;br /&gt;</w:t>
        <w:br/>
        <w:t>Чого ж ти, мій господине,&lt;br /&gt;</w:t>
        <w:br/>
        <w:t>Вієш через силу?&lt;br /&gt;</w:t>
        <w:br/>
        <w:t>Чого мечеш, чого гониш&lt;br /&gt;</w:t>
        <w:br/>
        <w:t>Тії стріли фінські&lt;br /&gt;</w:t>
        <w:br/>
        <w:t>На легеньких своїх крилах&lt;br /&gt;</w:t>
        <w:br/>
        <w:t>На милого військо?&lt;br /&gt;</w:t>
        <w:br/>
        <w:t>А чи ж мало тобі хмари&lt;br /&gt;</w:t>
        <w:br/>
        <w:t>Віяти на гори&lt;br /&gt;</w:t>
        <w:br/>
        <w:t>Та кораблі колисати&lt;br /&gt;</w:t>
        <w:br/>
        <w:t>На синьому морі?&lt;br /&gt;</w:t>
        <w:br/>
        <w:t>Чого ж ти, мій господарю,&lt;br /&gt;</w:t>
        <w:br/>
        <w:t>Ти, моє весілля&lt;br /&gt;</w:t>
        <w:br/>
        <w:t>По ковиллю степовому,&lt;br /&gt;</w:t>
        <w:br/>
        <w:t>Як порох, провіяв?"</w:t>
      </w:r>
    </w:p>
    <w:p>
      <w:r>
        <w:br/>
        <w:t>Ярославна рано плаче&lt;br /&gt;</w:t>
        <w:br/>
        <w:t>Дрібними сльозами,&lt;br /&gt;</w:t>
        <w:br/>
        <w:t>У Путивлі на забралі&lt;br /&gt;</w:t>
        <w:br/>
        <w:t>Воркує словами:&lt;br /&gt;</w:t>
        <w:br/>
        <w:t>"Дніпре славний!&lt;br /&gt;</w:t>
        <w:br/>
        <w:t>Пробив же ти&lt;br /&gt;</w:t>
        <w:br/>
        <w:t>Каміннії гори&lt;br /&gt;</w:t>
        <w:br/>
        <w:t>Через землю половецьку&lt;br /&gt;</w:t>
        <w:br/>
        <w:t>На синєє море!&lt;br /&gt;</w:t>
        <w:br/>
        <w:t>Милував же ти на собі&lt;br /&gt;</w:t>
        <w:br/>
        <w:t>Живі та здорові&lt;br /&gt;</w:t>
        <w:br/>
        <w:t>Святославові байдаки&lt;br /&gt;</w:t>
        <w:br/>
        <w:t>В степи Коб'якові;&lt;br /&gt;</w:t>
        <w:br/>
        <w:t>Помилуй же й мого мужа,&lt;br /&gt;</w:t>
        <w:br/>
        <w:t>Дніпре-господине,&lt;br /&gt;</w:t>
        <w:br/>
        <w:t>Щоб не слала сліз до нього&lt;br /&gt;</w:t>
        <w:br/>
        <w:t>Я на море синє!"</w:t>
      </w:r>
    </w:p>
    <w:p>
      <w:r>
        <w:br/>
        <w:t>Ярославна рано плаче&lt;br /&gt;</w:t>
        <w:br/>
        <w:t>Дрібними сльозами,&lt;br /&gt;</w:t>
        <w:br/>
        <w:t>У Путивлі на забралі&lt;br /&gt;</w:t>
        <w:br/>
        <w:t>Воркує словами:&lt;br /&gt;</w:t>
        <w:br/>
        <w:t>"Сонце моє золотеє,&lt;br /&gt;</w:t>
        <w:br/>
        <w:t>Сонце моє ясне!&lt;br /&gt;</w:t>
        <w:br/>
        <w:t>Всім ти, сонце, єси тепле,&lt;br /&gt;</w:t>
        <w:br/>
        <w:t>Всім ти, сонце, красне.&lt;br /&gt;</w:t>
        <w:br/>
        <w:t>Чого ж лучі ті гарячі,&lt;br /&gt;</w:t>
        <w:br/>
        <w:t>Ті пекучі дуже,&lt;br /&gt;</w:t>
        <w:br/>
        <w:t>Ти пустило не на хмари,&lt;br /&gt;</w:t>
        <w:br/>
        <w:t>А на військо мужнє?&lt;br /&gt;</w:t>
        <w:br/>
        <w:t>І згагою серед поля&lt;br /&gt;</w:t>
        <w:br/>
        <w:t>Луки їм спрагнуло&lt;br /&gt;</w:t>
        <w:br/>
        <w:t>І тугою на безвідді&lt;br /&gt;</w:t>
        <w:br/>
        <w:t>Тули їм заткнуло!"</w:t>
      </w:r>
    </w:p>
    <w:p>
      <w:r>
        <w:br/>
        <w:t>10</w:t>
      </w:r>
    </w:p>
    <w:p>
      <w:r>
        <w:br/>
        <w:t>Аж бризнуло синє море&lt;br /&gt;</w:t>
        <w:br/>
        <w:t>Саме опівночі,&lt;br /&gt;</w:t>
        <w:br/>
        <w:t>Ідуть змроки туманами,&lt;br /&gt;</w:t>
        <w:br/>
        <w:t>Закривають очі.&lt;br /&gt;</w:t>
        <w:br/>
        <w:t>Ігореві бог путь каже&lt;br /&gt;</w:t>
        <w:br/>
        <w:t>З неволі додому,&lt;br /&gt;</w:t>
        <w:br/>
        <w:t>На Руськую землю — к отню&lt;br /&gt;</w:t>
        <w:br/>
        <w:t>Столу золотому.&lt;br /&gt;</w:t>
        <w:br/>
        <w:t>Позгасали ще звечора&lt;br /&gt;</w:t>
        <w:br/>
        <w:t>Вечірнії зорі.&lt;br /&gt;</w:t>
        <w:br/>
        <w:t>Ігор спить не спить і чує,&lt;br /&gt;</w:t>
        <w:br/>
        <w:t>Мислю мірить поле,&lt;br /&gt;</w:t>
        <w:br/>
        <w:t>Мірить з Дону великого&lt;br /&gt;</w:t>
        <w:br/>
        <w:t>До малого Донця.&lt;br /&gt;</w:t>
        <w:br/>
        <w:t>Аж кінь заржав опівночі,&lt;br /&gt;</w:t>
        <w:br/>
        <w:t>Що до сходу сонця.&lt;br /&gt;</w:t>
        <w:br/>
        <w:t>І Овлур там за рікою&lt;br /&gt;</w:t>
        <w:br/>
        <w:t>Свиснув на все поле,&lt;br /&gt;</w:t>
        <w:br/>
        <w:t>Дає князю розуміти,&lt;br /&gt;</w:t>
        <w:br/>
        <w:t>Що усе готове…&lt;br /&gt;</w:t>
        <w:br/>
        <w:t>Але князю, знать, не бути!&lt;br /&gt;</w:t>
        <w:br/>
        <w:t>Земля загуділа,&lt;br /&gt;</w:t>
        <w:br/>
        <w:t>Застукала, загримала,&lt;br /&gt;</w:t>
        <w:br/>
        <w:t>Трава зашуміла.&lt;br /&gt;</w:t>
        <w:br/>
        <w:t>То вже вежі половецькі&lt;br /&gt;</w:t>
        <w:br/>
        <w:t>З поля підіймались,&lt;br /&gt;</w:t>
        <w:br/>
        <w:t>За Ігорем, за Овлуром&lt;br /&gt;</w:t>
        <w:br/>
        <w:t>У погоню гнались.</w:t>
      </w:r>
    </w:p>
    <w:p>
      <w:r>
        <w:br/>
        <w:t>А князь Ігор горностаєм&lt;br /&gt;</w:t>
        <w:br/>
        <w:t>К трістю підбігає,&lt;br /&gt;</w:t>
        <w:br/>
        <w:t>Скочив гоголем на воду,&lt;br /&gt;</w:t>
        <w:br/>
        <w:t>На коня впадає;&lt;br /&gt;</w:t>
        <w:br/>
        <w:t>З коня скочив босим вовком,&lt;br /&gt;</w:t>
        <w:br/>
        <w:t>побіг лугом Донця&lt;br /&gt;</w:t>
        <w:br/>
        <w:t>І соколом під туманом&lt;br /&gt;</w:t>
        <w:br/>
        <w:t>Летить до схід сонця&lt;br /&gt;</w:t>
        <w:br/>
        <w:t>І збиває сірі гуси,&lt;br /&gt;</w:t>
        <w:br/>
        <w:t>Лебеді й тетерю&lt;br /&gt;</w:t>
        <w:br/>
        <w:t>На голоднеє снідання,&lt;br /&gt;</w:t>
        <w:br/>
        <w:t>Обід та вечерю.&lt;br /&gt;</w:t>
        <w:br/>
        <w:t>Коли ж Ігор через степи&lt;br /&gt;</w:t>
        <w:br/>
        <w:t>Соколом літає,&lt;br /&gt;</w:t>
        <w:br/>
        <w:t>То Влур за ним сірим вовком&lt;br /&gt;</w:t>
        <w:br/>
        <w:t>Ззаду підбігає.&lt;br /&gt;</w:t>
        <w:br/>
        <w:t>І обидва студеную&lt;br /&gt;</w:t>
        <w:br/>
        <w:t>Росу отрясали,&lt;br /&gt;</w:t>
        <w:br/>
        <w:t>Бо обидва свої коні&lt;br /&gt;</w:t>
        <w:br/>
        <w:t>Бистрі підірвали.</w:t>
      </w:r>
    </w:p>
    <w:p>
      <w:r>
        <w:br/>
        <w:t>"Ой Ігорю! — Донець каже. —&lt;br /&gt;</w:t>
        <w:br/>
        <w:t>Не мал тобі слави,&lt;br /&gt;</w:t>
        <w:br/>
        <w:t>Землі Руської весілля,&lt;br /&gt;</w:t>
        <w:br/>
        <w:t>Кончаку неслави!"</w:t>
      </w:r>
    </w:p>
    <w:p>
      <w:r>
        <w:br/>
        <w:t>"Ой Донче мій! — Ігор каже. —&lt;br /&gt;</w:t>
        <w:br/>
        <w:t>Не мал тобі слава,&lt;br /&gt;</w:t>
        <w:br/>
        <w:t>Що милував ти на хвилях&lt;br /&gt;</w:t>
        <w:br/>
        <w:t>Сина Святослава,&lt;br /&gt;</w:t>
        <w:br/>
        <w:t>Що стелив траву зелену&lt;br /&gt;</w:t>
        <w:br/>
        <w:t>Понад берегами,&lt;br /&gt;</w:t>
        <w:br/>
        <w:t>Одягав туманом теплим&lt;br /&gt;</w:t>
        <w:br/>
        <w:t>Попід деревами.&lt;br /&gt;</w:t>
        <w:br/>
        <w:t>Стеріг його ти гоголем&lt;br /&gt;</w:t>
        <w:br/>
        <w:t>На воді при вітрі,&lt;br /&gt;</w:t>
        <w:br/>
        <w:t>Чайками на бистрих струях,&lt;br /&gt;</w:t>
        <w:br/>
        <w:t>Черняддю в повітрі.&lt;br /&gt;</w:t>
        <w:br/>
        <w:t>Чи ж не правда, — каже, — Стугна&lt;br /&gt;</w:t>
        <w:br/>
        <w:t>Струю чудну має,&lt;br /&gt;</w:t>
        <w:br/>
        <w:t>Бо чужі потоки зжерла,&lt;br /&gt;</w:t>
        <w:br/>
        <w:t>Сама голодає.&lt;br /&gt;</w:t>
        <w:br/>
        <w:t>І мутнії свої струї&lt;br /&gt;</w:t>
        <w:br/>
        <w:t>Об корчі розтерла,&lt;br /&gt;</w:t>
        <w:br/>
        <w:t>Молодому Ростиславу&lt;br /&gt;</w:t>
        <w:br/>
        <w:t>Дніпра не відперла?&lt;br /&gt;</w:t>
        <w:br/>
        <w:t>І на темнім не березі&lt;br /&gt;</w:t>
        <w:br/>
        <w:t>Мати Ростислава&lt;br /&gt;</w:t>
        <w:br/>
        <w:t>Оплакала молодого&lt;br /&gt;</w:t>
        <w:br/>
        <w:t>Сина Ростислава.&lt;br /&gt;</w:t>
        <w:br/>
        <w:t>Там і квіти зажурились,&lt;br /&gt;</w:t>
        <w:br/>
        <w:t>Жалобою вкрились,&lt;br /&gt;</w:t>
        <w:br/>
        <w:t>І дерева із тугою&lt;br /&gt;</w:t>
        <w:br/>
        <w:t>До землі склонились.</w:t>
      </w:r>
    </w:p>
    <w:p>
      <w:r>
        <w:br/>
        <w:t>11</w:t>
      </w:r>
    </w:p>
    <w:p>
      <w:r>
        <w:br/>
        <w:t>Не сороки ж то на полі&lt;br /&gt;</w:t>
        <w:br/>
        <w:t>Вились, скреготали —&lt;br /&gt;</w:t>
        <w:br/>
        <w:t>То їздили Гзак з Кончаком&lt;br /&gt;</w:t>
        <w:br/>
        <w:t>Та сліду шукали.&lt;br /&gt;</w:t>
        <w:br/>
        <w:t>І ворони не каркали,&lt;br /&gt;</w:t>
        <w:br/>
        <w:t>І галки замовкли,&lt;br /&gt;</w:t>
        <w:br/>
        <w:t>Сороки не скреготали,&lt;br /&gt;</w:t>
        <w:br/>
        <w:t>Полози лиш повзли.&lt;br /&gt;</w:t>
        <w:br/>
        <w:t>А ятелі путь до річки&lt;br /&gt;</w:t>
        <w:br/>
        <w:t>Тукотом справляють,&lt;br /&gt;</w:t>
        <w:br/>
        <w:t>Соловії живим співом&lt;br /&gt;</w:t>
        <w:br/>
        <w:t>Світ оповідають.</w:t>
      </w:r>
    </w:p>
    <w:p>
      <w:r>
        <w:br/>
        <w:t>І мовить Гзак Кончакові:&lt;br /&gt;</w:t>
        <w:br/>
        <w:t>"Ми жалю не маєм,&lt;br /&gt;</w:t>
        <w:br/>
        <w:t>Коли сокіл в гніздо летить,&lt;br /&gt;</w:t>
        <w:br/>
        <w:t>Соколича маєм,&lt;br /&gt;</w:t>
        <w:br/>
        <w:t>Золоченими стрілами&lt;br /&gt;</w:t>
        <w:br/>
        <w:t>Його розстріляєм!"</w:t>
      </w:r>
    </w:p>
    <w:p>
      <w:r>
        <w:br/>
        <w:t>А до Гзака Кончак каже:&lt;br /&gt;</w:t>
        <w:br/>
        <w:t>"Ми жалю не маєм,&lt;br /&gt;</w:t>
        <w:br/>
        <w:t>коли сокіл в гніздо летить,&lt;br /&gt;</w:t>
        <w:br/>
        <w:t>то ми дівку маєм,&lt;br /&gt;</w:t>
        <w:br/>
        <w:t>опутаєм соколича&lt;br /&gt;</w:t>
        <w:br/>
        <w:t>та й жалю не маєм!"</w:t>
      </w:r>
    </w:p>
    <w:p>
      <w:r>
        <w:br/>
        <w:t>І мовить Гзак Кончакові:&lt;br /&gt;</w:t>
        <w:br/>
        <w:t>"Ой брате мій, брате!&lt;br /&gt;</w:t>
        <w:br/>
        <w:t>Коли його опутаєм,&lt;br /&gt;</w:t>
        <w:br/>
        <w:t>Жалю будем мати.&lt;br /&gt;</w:t>
        <w:br/>
        <w:t>Коли його опутаєм,&lt;br /&gt;</w:t>
        <w:br/>
        <w:t>Осміють нас люди,&lt;br /&gt;</w:t>
        <w:br/>
        <w:t>Бо не буде соколича,&lt;br /&gt;</w:t>
        <w:br/>
        <w:t>І дочки не буде!&lt;br /&gt;</w:t>
        <w:br/>
        <w:t>Тогді стануть на Каялі&lt;br /&gt;</w:t>
        <w:br/>
        <w:t>Нас і птиці бити,&lt;br /&gt;</w:t>
        <w:br/>
        <w:t>І у полі половецькім&lt;br /&gt;</w:t>
        <w:br/>
        <w:t>Більше нам не жити!"</w:t>
      </w:r>
    </w:p>
    <w:p>
      <w:r>
        <w:br/>
        <w:t>12</w:t>
      </w:r>
    </w:p>
    <w:p>
      <w:r>
        <w:br/>
        <w:t>А пішло ж ходюче слово&lt;br /&gt;</w:t>
        <w:br/>
        <w:t>Сталого Бояна&lt;br /&gt;</w:t>
        <w:br/>
        <w:t>І на жінку молодую&lt;br /&gt;</w:t>
        <w:br/>
        <w:t>Співака Когана,&lt;br /&gt;</w:t>
        <w:br/>
        <w:t>Що жив колись у Олега&lt;br /&gt;</w:t>
        <w:br/>
        <w:t>І у Святослава&lt;br /&gt;</w:t>
        <w:br/>
        <w:t>Та хвалив стареє врем'я&lt;br /&gt;</w:t>
        <w:br/>
        <w:t>Діда Ярослава:&lt;br /&gt;</w:t>
        <w:br/>
        <w:t>"Хоч без плечей тобі тяжко,&lt;br /&gt;</w:t>
        <w:br/>
        <w:t>Голово, стояти,&lt;br /&gt;</w:t>
        <w:br/>
        <w:t>Але гірко і для тіла&lt;br /&gt;</w:t>
        <w:br/>
        <w:t>Голови не мати…"&lt;br /&gt;</w:t>
        <w:br/>
        <w:t>І як справді тілу тяжку&lt;br /&gt;</w:t>
        <w:br/>
        <w:t>Без голови бути,&lt;br /&gt;</w:t>
        <w:br/>
        <w:t>То так тяжко й землі Руській&lt;br /&gt;</w:t>
        <w:br/>
        <w:t>Без Ігоря бути.</w:t>
      </w:r>
    </w:p>
    <w:p>
      <w:r>
        <w:br/>
        <w:t>Сонце світиться на небі,&lt;br /&gt;</w:t>
        <w:br/>
        <w:t>Небо освітилось,&lt;br /&gt;</w:t>
        <w:br/>
        <w:t>А князь Ігор в землі Руській,&lt;br /&gt;</w:t>
        <w:br/>
        <w:t>І все звеселилось.&lt;br /&gt;</w:t>
        <w:br/>
        <w:t>І дівчата на Дунаї&lt;br /&gt;</w:t>
        <w:br/>
        <w:t>Співають і в'ються,&lt;br /&gt;</w:t>
        <w:br/>
        <w:t>І голоси через море&lt;br /&gt;</w:t>
        <w:br/>
        <w:t>До Києва ллються.&lt;br /&gt;</w:t>
        <w:br/>
        <w:t>Ігор їде Боричевом&lt;br /&gt;</w:t>
        <w:br/>
        <w:t>У Київ на прощу&lt;br /&gt;</w:t>
        <w:br/>
        <w:t>До святої матір-божі&lt;br /&gt;</w:t>
        <w:br/>
        <w:t>В церкву Пирогощу.&lt;br /&gt;</w:t>
        <w:br/>
        <w:t>Поклонився, помолився&lt;br /&gt;</w:t>
        <w:br/>
        <w:t>І сів на посаді —&lt;br /&gt;</w:t>
        <w:br/>
        <w:t>І городи всі веселі,&lt;br /&gt;</w:t>
        <w:br/>
        <w:t>І сторони раді!</w:t>
      </w:r>
    </w:p>
    <w:p>
      <w:r>
        <w:br/>
        <w:t>* * *&lt;br /&gt;</w:t>
        <w:br/>
        <w:t>Колись-то ми князям старим&lt;br /&gt;</w:t>
        <w:br/>
        <w:t>Співали, мій брате!&lt;br /&gt;</w:t>
        <w:br/>
        <w:t>А потому і молодим&lt;br /&gt;</w:t>
        <w:br/>
        <w:t>Прийшлось заспівати.&lt;br /&gt;</w:t>
        <w:br/>
        <w:t>Слава ж Ігорю, Всеволоду,&lt;br /&gt;</w:t>
        <w:br/>
        <w:t>Синам Святослава!&lt;br /&gt;</w:t>
        <w:br/>
        <w:t>Владимиру Ігоричу&lt;br /&gt;</w:t>
        <w:br/>
        <w:t>І дружині слава!&lt;br /&gt;</w:t>
        <w:br/>
        <w:t>Здорові ж ви, князі, будьте!&lt;br /&gt;</w:t>
        <w:br/>
        <w:t>Здорова, дружино!&lt;br /&gt;</w:t>
        <w:br/>
        <w:t>Що боретесь за християнів,&lt;br /&gt;</w:t>
        <w:br/>
        <w:t>Що погані гинуть…&lt;br /&gt;</w:t>
        <w:br/>
        <w:t>Нехай гинуть поганії,&lt;br /&gt;</w:t>
        <w:br/>
        <w:t>Як у воду камінь!&lt;br /&gt;</w:t>
        <w:br/>
        <w:t>Зато буде князям слава,&lt;br /&gt;</w:t>
        <w:br/>
        <w:t>А дружині — амінь.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Ігор — князь Сіверський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