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"Інтеграл"</w:t>
      </w:r>
    </w:p>
    <w:p>
      <w:r>
        <w:br/>
        <w:t xml:space="preserve"> &lt;p&gt;День закінчився невдало.</w:t>
      </w:r>
    </w:p>
    <w:p>
      <w:r>
        <w:br/>
        <w:t>— Дзень! Дзень, бум, бум,— жалібно поскаржилася чашка і розсипалась на підлозі гострими, нікому не потрібними черепками.</w:t>
      </w:r>
    </w:p>
    <w:p>
      <w:r>
        <w:br/>
        <w:t>— Так,— сказала мама,— та-ак!</w:t>
      </w:r>
    </w:p>
    <w:p>
      <w:r>
        <w:br/>
        <w:t>З черепків не склеїш чашки, це Малюк знав напевно. Очі в нього стали великі й вогкі, як блюдце з недопитим чаєм. Як два блюдця.</w:t>
      </w:r>
    </w:p>
    <w:p>
      <w:r>
        <w:br/>
        <w:t>Мама зазирнула на саме дно цих блюдець і вирішила:</w:t>
      </w:r>
    </w:p>
    <w:p>
      <w:r>
        <w:br/>
        <w:t>— Візьмеш віника, зметеш усе і ляжеш спати. Не забудь загасити світло.</w:t>
      </w:r>
    </w:p>
    <w:p>
      <w:r>
        <w:br/>
        <w:t>Звичайно, мама думала, що син радіє: його ж не покарали за розбиту чашку. А Малюк зовсім не радів. Він гірко зітхав, вимітаючи черепки новим, дуже важким віником: хм, загасити світло...</w:t>
      </w:r>
    </w:p>
    <w:p>
      <w:r>
        <w:br/>
        <w:t>Темрява тільки й чекала, щоб почати з Малюком злу і нечесну гру: без світла усе зміщувалося, розросталось, а темрява причаювалась у кутку, і в неї навіть не можна було вистрілити з рогатки.</w:t>
      </w:r>
    </w:p>
    <w:p>
      <w:r>
        <w:br/>
        <w:t>Під роялем з’являвся Шурхіт, та й сам рояль скидався скоріш на якусь живу істоту, а не на музичний інструмент. Стіни починали коливатись, по них повзли і звивалися смугасті тіні, блимали хижо відблиски червоної неонової реклами. Стіл ворушив ногами, як слон у джунглях, з-за шафи визирав лукавий Тілімбом. Вдень це був звичайнісінький гострий ріжок креслярського столу.</w:t>
      </w:r>
    </w:p>
    <w:p>
      <w:r>
        <w:br/>
        <w:t>Коли тато писав курсовий проект, то розкладав стіл у кімнаті. Над ним повисала тепла жовта лампа. Татова тінь розгулювала по стелі, але це була доброзичлива, кумедно скуйовджена тінь, яка могла тільки розсмішити.</w:t>
      </w:r>
    </w:p>
    <w:p>
      <w:r>
        <w:br/>
        <w:t>Тато чомусь не любив курсових проектів. Він полегшено зітхав, коли, нарешті, міг скрутити трубкою білий папір, покреслений чорними лініями і кружками, а креслярський стіл засунути за шафу. Малюкові ж тоді ставало сумно, бо під роялем на ніч знову оселявся Шурхіт...</w:t>
      </w:r>
    </w:p>
    <w:p>
      <w:r>
        <w:br/>
        <w:t>— Мам!</w:t>
      </w:r>
    </w:p>
    <w:p>
      <w:r>
        <w:br/>
        <w:t>— Що сталося?</w:t>
      </w:r>
    </w:p>
    <w:p>
      <w:r>
        <w:br/>
        <w:t>— Нічого не сталося. Мам, я не боюсь, просто мені нудно самому.</w:t>
      </w:r>
    </w:p>
    <w:p>
      <w:r>
        <w:br/>
        <w:t>— Спи, то й не буде нудно.</w:t>
      </w:r>
    </w:p>
    <w:p>
      <w:r>
        <w:br/>
        <w:t>— Мам? Мам, впусти в кімнату трохи світла з кухні. Ну, хоч би ниточку!</w:t>
      </w:r>
    </w:p>
    <w:p>
      <w:r>
        <w:br/>
        <w:t>— Спи, Малюче. За чашку не було прочухана? Ну, то спи, чуєш?</w:t>
      </w:r>
    </w:p>
    <w:p>
      <w:r>
        <w:br/>
        <w:t>Навіщо мама нагадує про чашку? Чашок залишилося ще багато, штук п’ять, усі однакові, а синіми квіточками. Чому ж треба весь час пам’ятати про одну розбиту? І взагалі, може, краще пити чай з чайника? Вода ллється просто в горло — тільки встигай ковтати.</w:t>
      </w:r>
    </w:p>
    <w:p>
      <w:r>
        <w:br/>
        <w:t>Буль, буль, буль...</w:t>
      </w:r>
    </w:p>
    <w:p>
      <w:r>
        <w:br/>
        <w:t>Хоч як хотілось поганому Шурхоту під роялем розбудити Малюка, хлопчик все-таки заснув. Останнє, що він встиг почути, був голос батька:</w:t>
      </w:r>
    </w:p>
    <w:p>
      <w:r>
        <w:br/>
        <w:t>— Проклятий інтеграл! Нема мені життя від нього...</w:t>
      </w:r>
    </w:p>
    <w:p>
      <w:r>
        <w:br/>
        <w:t>— Інтеграл — це хто? — запитав у матері вранці Малюк.</w:t>
      </w:r>
    </w:p>
    <w:p>
      <w:r>
        <w:br/>
        <w:t>— Ти не зрозумієш. Треба вирости.</w:t>
      </w:r>
    </w:p>
    <w:p>
      <w:r>
        <w:br/>
        <w:t>— Як Ігор?</w:t>
      </w:r>
    </w:p>
    <w:p>
      <w:r>
        <w:br/>
        <w:t>— Ще більше.</w:t>
      </w:r>
    </w:p>
    <w:p>
      <w:r>
        <w:br/>
        <w:t>— Як тато?</w:t>
      </w:r>
    </w:p>
    <w:p>
      <w:r>
        <w:br/>
        <w:t>— Як тато... Малюче, невже ти не бачиш, що я щось роблю? Коли ти вже зрозумієш, що в мене є й свої турботи, а не тільки твої?</w:t>
      </w:r>
    </w:p>
    <w:p>
      <w:r>
        <w:br/>
        <w:t>Малюк напився молока, натягнув на голову шапку, одягнув куртку і запитав:</w:t>
      </w:r>
    </w:p>
    <w:p>
      <w:r>
        <w:br/>
        <w:t>— Мам, можна, я піду на двір?</w:t>
      </w:r>
    </w:p>
    <w:p>
      <w:r>
        <w:br/>
        <w:t>— Тільки не бігай. А то спітнієш і знову почнеш кашляти.</w:t>
      </w:r>
    </w:p>
    <w:p>
      <w:r>
        <w:br/>
        <w:t>— Добре,— відповів Малюк,— не буду! — і щодуху злетів сходами вниз.</w:t>
      </w:r>
    </w:p>
    <w:p>
      <w:r>
        <w:br/>
        <w:t>У дворі уже стояли Юра й Шура — брати-близнюки, схожі між собою, як мамині чашки з синіми квітками.</w:t>
      </w:r>
    </w:p>
    <w:p>
      <w:r>
        <w:br/>
        <w:t>— Ні, не дорахуєш до мільйона! — притупуючи для більшої переконливості ногою, говорив Юрі Щура.</w:t>
      </w:r>
    </w:p>
    <w:p>
      <w:r>
        <w:br/>
        <w:t>— Дорахую, от побачиш!</w:t>
      </w:r>
    </w:p>
    <w:p>
      <w:r>
        <w:br/>
        <w:t>— Мільйон — це скільки? — поцікавився Малюк.</w:t>
      </w:r>
    </w:p>
    <w:p>
      <w:r>
        <w:br/>
        <w:t>— Багато! — пояснив Шура.— До мільйона треба три дні не їсти, нічого не говорити, не спати, все тільки рахувати — і то не дорахуєш.</w:t>
      </w:r>
    </w:p>
    <w:p>
      <w:r>
        <w:br/>
        <w:t>— А я дорахую!— не здавався Юра.</w:t>
      </w:r>
    </w:p>
    <w:p>
      <w:r>
        <w:br/>
        <w:t>— Мільйон — це стільки? — широко розвів руками Малюк.</w:t>
      </w:r>
    </w:p>
    <w:p>
      <w:r>
        <w:br/>
        <w:t>— Де там! Більше! — заперечили брати.— Це як все небо, от скільки!</w:t>
      </w:r>
    </w:p>
    <w:p>
      <w:r>
        <w:br/>
        <w:t>— А інтеграл хто такий? — запитав Малюк.</w:t>
      </w:r>
    </w:p>
    <w:p>
      <w:r>
        <w:br/>
        <w:t>— Ін-те-грал? — повторили в один голос блазнюки.— Це ще більше!</w:t>
      </w:r>
    </w:p>
    <w:p>
      <w:r>
        <w:br/>
        <w:t>Потім Юра, Шура, Наталя й Іра грали в піжмурки, а Малюк сидів на дерев’яних сходах і пробував сам собі пояснити про інтеграл, але з цього нічого не виходило. Малюк навіть не міг додуматись, на що той інтеграл схожий.</w:t>
      </w:r>
    </w:p>
    <w:p>
      <w:r>
        <w:br/>
        <w:t>Виглянула на балкон мама, побачила, що Малюк сидить, і наказала:</w:t>
      </w:r>
    </w:p>
    <w:p>
      <w:r>
        <w:br/>
        <w:t>— Зараз же побігай! Ніс від холоду став червоний, як клюква!</w:t>
      </w:r>
    </w:p>
    <w:p>
      <w:r>
        <w:br/>
        <w:t>Бігати не хотілося. Загадковий ІНТЕГРАЛ вабив до себе, наче новий м’яч на вітрині магазину. Малюк таки будь-що прагнув довідатися, що таке інтеграл. Він мусив знати, інакше це завжди заважало б йому бігати і взагалі займатись якимись іншими справами.</w:t>
      </w:r>
    </w:p>
    <w:p>
      <w:r>
        <w:br/>
        <w:t>Наталка сказала, що "Інтеграл" — новий сорт цукерок: смачні, з шоколадною начинкою, пояснила вона і облизнулась. Ірка думала, що це якийсь інструмент, а Ігор з четвертого класу не зовсім упевнено повідомив, що так називається одна з невідкритих досі планет.</w:t>
      </w:r>
    </w:p>
    <w:p>
      <w:r>
        <w:br/>
        <w:t>Малюк недовірливо збирав усі суперечливі твердження. На думку Малюка, вони були варті не більше, ніж обгортки від цукерок. Малюк мучився, сидячи на дерев'яних східцях, а інтеграл залишався темною загадкою.</w:t>
      </w:r>
    </w:p>
    <w:p>
      <w:r>
        <w:br/>
        <w:t>І тільки тато розгадав її. Хлопчик підійшов до тата з боязкою надією: пояснить — не пояснить?</w:t>
      </w:r>
    </w:p>
    <w:p>
      <w:r>
        <w:br/>
        <w:t>Тато посадив Малюка на одне коліно, з таємничим виглядом озирнувся навколо і зашепотів мало не в саме Малюкове вухо:</w:t>
      </w:r>
    </w:p>
    <w:p>
      <w:r>
        <w:br/>
        <w:t>— Ти знаєш, це злий і хитрий дідуган. Може зробити з людиною все, що йому заманеться. Вуса в нього довгі, а борода сива і розколошкана, живе він під замшілим каменем, а перед вечорами виходить: кого б зачарувати? Кому б капость вчинити? Старим бабусям нитки переплутує в клубках, у трамваях гальма псує, забиває димарі, розбиває вікна, а всі потім на хлопчаків скаржаться, думають, що це вони пустують. А зі мною він одного разу знаєш що утнув? Провалив на екзамені, розумієш, брате, провалив — і що хоч роби!</w:t>
      </w:r>
    </w:p>
    <w:p>
      <w:r>
        <w:br/>
        <w:t>Малюк сполохано уявляв, як тато провалюється: під ним розступалась підлога, і тато летів, летів... А десь недалеко зловтішно хихикав злий дідуган Інтеграл.</w:t>
      </w:r>
    </w:p>
    <w:p>
      <w:r>
        <w:br/>
        <w:t>Не можна було залишати цього просто так. Малюк здивувався, що тато не спробував відплатити Інтегралові.</w:t>
      </w:r>
    </w:p>
    <w:p>
      <w:r>
        <w:br/>
        <w:t>Він обережно розпитував:</w:t>
      </w:r>
    </w:p>
    <w:p>
      <w:r>
        <w:br/>
        <w:t>— А де замшілий камінь?</w:t>
      </w:r>
    </w:p>
    <w:p>
      <w:r>
        <w:br/>
        <w:t>— Який замшілий камінь?</w:t>
      </w:r>
    </w:p>
    <w:p>
      <w:r>
        <w:br/>
        <w:t>— Таж той, де Інтеграл живе.</w:t>
      </w:r>
    </w:p>
    <w:p>
      <w:r>
        <w:br/>
        <w:t>— Ах, той! — на татовому обличчі знову з’явився таємничий вираз.— Замшілий камінь там, де Полтва під землю ховається.</w:t>
      </w:r>
    </w:p>
    <w:p>
      <w:r>
        <w:br/>
        <w:t>— А де Полтва під землю ховається? — не заспокоювався хлопчик.</w:t>
      </w:r>
    </w:p>
    <w:p>
      <w:r>
        <w:br/>
        <w:t>— Під горою, де кінчається місто...</w:t>
      </w:r>
    </w:p>
    <w:p>
      <w:r>
        <w:br/>
        <w:t>З рогаткою в кишені і з трьома бубликами він вирушив на пошуки Інтеграла. Найважче було вперше самому перейти вулицю. Малюк тричі дивився праворуч і стільки ж — ліворуч, перш ніж ступити на брук.</w:t>
      </w:r>
    </w:p>
    <w:p>
      <w:r>
        <w:br/>
        <w:t>Довго ішов Малюк, однак гора, де ріка Полтва мала ховатися під землю, чомусь ніяк не з’являлась, а місто зовсім не кінчалось, а весь час ніби тільки починалось.</w:t>
      </w:r>
    </w:p>
    <w:p>
      <w:r>
        <w:br/>
        <w:t>Малюк присів на лавці у парку. В кишені залишились тільки крихти від бубликів. Камінці і залізячки, що ними стріляють з рогатки, були неїстівні.</w:t>
      </w:r>
    </w:p>
    <w:p>
      <w:r>
        <w:br/>
        <w:t>Малюк сидів і думав, що, мабуть, хитрий Інтеграл заплутав усі сліди, і тепер його повік не розшукаєш, і хтозна, чи знайдеться навіть дорога додому. Він сидів і думав і раптом почув позад себе два голоси — один тоненький і плаксивий, а другий сердитий і басовитий. Малюк озирнувся. Неподалік на пеньку сидів хлопчик. Власне, не сидів, а хотів сісти, а його, сварячись, тягнув за руку вбраний у кошлате пальто сивий чоловік. Малюк здригнувся: чоловік мав вуса! І бороду! І голос у нього був злий, і хто б ще міг отак смикати за руку хлопчика, який нікому нічого не заподіяв, а просто хотів сидіти на пеньку?! Ясно, це був він, злий, хитрий Інтеграл!</w:t>
      </w:r>
    </w:p>
    <w:p>
      <w:r>
        <w:br/>
        <w:t>Тремтячими руками Малюк витяг рогатку і. забувши навіть примружити око, прицілився й вистрелив. Хлопчак на пеньку зойкнув, а Інтеграл випустив його руку і почав шукати поглядом злочинця. Малюк присів за лавкою і знову вистрелив. Він влучив Інтегралові в черевик, і Інтеграл почав нервувати.</w:t>
      </w:r>
    </w:p>
    <w:p>
      <w:r>
        <w:br/>
        <w:t>— Хто там? — гукнув він.— Що за дурні жарти!</w:t>
      </w:r>
    </w:p>
    <w:p>
      <w:r>
        <w:br/>
        <w:t>Малюк вистрелив утретє, цього разу вже не влучив, зате дідуган запримітив його. Малюк хотів дременути геть і не міг зрушити з місця: так і є, Інтеграл обернув його на камінь!</w:t>
      </w:r>
    </w:p>
    <w:p>
      <w:r>
        <w:br/>
        <w:t>— Пусти мене, зараз же відпусти! — репетував Малюк, намагаючись вирватись із чіп них рук Інтеграла.— Я тебе знаю, я знаю. Ти — Інтеграл, Інтеграл!</w:t>
      </w:r>
    </w:p>
    <w:p>
      <w:r>
        <w:br/>
        <w:t>Кошлате зелене пальто підстрибнуло на плечах Інтеграла — він реготав, реготав і втирав сльози.</w:t>
      </w:r>
    </w:p>
    <w:p>
      <w:r>
        <w:br/>
        <w:t>— Можеш не сміятись, це тобі все одно не допоможе! — кричав Малюк.— Я буду знову стріляти, от! Щоб ти не провалював мого тата на екзаменах, злий Інтегралище!</w:t>
      </w:r>
    </w:p>
    <w:p>
      <w:r>
        <w:br/>
        <w:t>Інтеграл перестав сміятись. Він підняв угору хлопчикове обличчя, торкнувши двома пальцями за підборіддя. Інтеграл дивився в Малюкові очі, а Малюк дивився на Інтеграла. Малюків погляд був злий і колючий, Інтеграл не витримав цього погляду. Він одвів очі.</w:t>
      </w:r>
    </w:p>
    <w:p>
      <w:r>
        <w:br/>
        <w:t>— Так,— поволі сказав він.— Тепер я зрозумів. Ти помиляєшся. Я зовсім не Інтеграл. Це... розумієш, у мене є... як би тобі пояснити... Є такий старий на світі, дуже схожий на мене... Це йому на руку — нехай думають, що ніби я Інтеграл! А це не я, а він... Він провалює людей на екзаменах, і взагалі — він справжній Інтеграл. Ти знаєш,— "Неінтеграл" озирнувся і таємниче, як тато, задихав тютюном у Малюкове вухо: — Ти знаєш, я й сам його хотів би знайти! Я б йому показав, як провалювати на екзаменах!</w:t>
      </w:r>
    </w:p>
    <w:p>
      <w:r>
        <w:br/>
        <w:t>Малюк не вірив. Малюк сумнівався. Він супив брови і знову чіплявся поглядом за очі старого.</w:t>
      </w:r>
    </w:p>
    <w:p>
      <w:r>
        <w:br/>
        <w:t>— Не віриш? — засмутився дідуган.— Не віриш? Чому ж ти не віриш? Гено, скажи йому: хіба ж ми не шукали Інтеграла?</w:t>
      </w:r>
    </w:p>
    <w:p>
      <w:r>
        <w:br/>
        <w:t>— Шукали,— байдуже підтвердив хлопчик Гена з пенька, щось мнучи в руках.— А якого? Якого тиграла?</w:t>
      </w:r>
    </w:p>
    <w:p>
      <w:r>
        <w:br/>
        <w:t>— Ось бачиш! — зрадів "Неінтеграл".— А ти не вірив!</w:t>
      </w:r>
    </w:p>
    <w:p>
      <w:r>
        <w:br/>
        <w:t>Довелось-таки повірити. "Неінтеграл" виявився чарівником. Він вгадав, що Малюк давно вийшов з дому і хоче їсти, а Інтеграл заплутав усі на світі сліди, і Малюк не може знайти дороги назад.</w:t>
      </w:r>
    </w:p>
    <w:p>
      <w:r>
        <w:br/>
        <w:t>Він купив Малюкові і своєму Гені бутерброди з тонким, смачним листком жовтого голландського сиру і ще цукерки, а потім підняв руку — відразу ж на машині згасло зелене світло, машина спинилася біля них, і шофер відчинив дверцята.</w:t>
      </w:r>
    </w:p>
    <w:p>
      <w:r>
        <w:br/>
        <w:t>Малюк знав лише назву вулиці, де він жив, а номер будинку забув — звичайно, винен був Інтеграл!</w:t>
      </w:r>
    </w:p>
    <w:p>
      <w:r>
        <w:br/>
        <w:t>Шофер їхав дуже повільно, щоб Малюк міг впізнати свою браму, дідуган розпитував про Інтеграла, чомусь усміхаючись у бороду, Гена м’яв у руках пластилін і робив з нього зайців. За весь час він встиг зліпити п’ять штук.</w:t>
      </w:r>
    </w:p>
    <w:p>
      <w:r>
        <w:br/>
        <w:t>— От,— мовив "Неінтеграл", коли Малюкова мама відчинила їм двері,— розгадайте загадку: пішов один, повернулося троє?</w:t>
      </w:r>
    </w:p>
    <w:p>
      <w:r>
        <w:br/>
        <w:t>Мама не могла відгадати загадку. Вона схлипнула, затуливши обличчя руками.</w:t>
      </w:r>
    </w:p>
    <w:p>
      <w:r>
        <w:br/>
        <w:t>— Що ж ви,— здивовано ворухнув вусами "Неінтеграл",— тепер уже не треба. Це раніше можна було!</w:t>
      </w:r>
    </w:p>
    <w:p>
      <w:r>
        <w:br/>
        <w:t>Потім, після пахучого чаю з малиновим варенням, тато сказав, не дивлячись на Малюка:</w:t>
      </w:r>
    </w:p>
    <w:p>
      <w:r>
        <w:br/>
        <w:t>— Ех, Малюче, знаєш, я все переплутав. Виявляється, Інтеграл — це таке слово, такий знак... З науки, що зветься вищою математикою...</w:t>
      </w:r>
    </w:p>
    <w:p>
      <w:r>
        <w:br/>
        <w:t>Малюк підвівся і сів на ліжку:</w:t>
      </w:r>
    </w:p>
    <w:p>
      <w:r>
        <w:br/>
        <w:t>— Знак? А що ж ти, що ж ти сказав — дідуган? Що ж ти сказав — дідуган?! Провалив на екзамені! Навіщо ти сказав?</w:t>
      </w:r>
    </w:p>
    <w:p>
      <w:r>
        <w:br/>
        <w:t>— Та так... так воно якось трапилось. Ти вже вибач, гаразд? — зніяковіло розвів руками тато і тихо вийшов з кімнати.</w:t>
      </w:r>
    </w:p>
    <w:p>
      <w:r>
        <w:br/>
        <w:t>Малюк босоніж зіскочив з ліжка і вимкнув світло. Увійшла темрява, але ніщо не зрушилося з місця. Під роялем не шарудів Шурхіт, стіни не коливались. Малюк лежав і дивився в стелю гарячими очима.</w:t>
      </w:r>
    </w:p>
    <w:p>
      <w:r>
        <w:br/>
        <w:t>Сьогодні йому чомусь зовсім було байдуже до темряви.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"Інтеграл"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