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Іще зусилля — й перестане...</w:t>
      </w:r>
    </w:p>
    <w:p>
      <w:r>
        <w:br/>
        <w:t xml:space="preserve"> Іще зусилля — й перестане&lt;br /&gt;</w:t>
        <w:br/>
        <w:t>Терзати душу лютий гніт.&lt;br /&gt;</w:t>
        <w:br/>
        <w:t>Я по тобі зітхну востаннє&lt;br /&gt;</w:t>
        <w:br/>
        <w:t>І знов — в життя, в той самий світ.&lt;br /&gt;</w:t>
        <w:br/>
        <w:t>Все в ньому, осоружне вчора,&lt;br /&gt;</w:t>
        <w:br/>
        <w:t>Мені сьогодні не страшне:&lt;br /&gt;</w:t>
        <w:br/>
        <w:t>Коли зазнав я стільки горя,&lt;br /&gt;</w:t>
        <w:br/>
        <w:t>Що може вразити мене?</w:t>
      </w:r>
    </w:p>
    <w:p>
      <w:r>
        <w:br/>
        <w:t>Вина! Щоб в гульбищах забути&lt;br /&gt;</w:t>
        <w:br/>
        <w:t>Я самоту і втрати міг.&lt;br /&gt;</w:t>
        <w:br/>
        <w:t>Волію легкодумним бути,&lt;br /&gt;</w:t>
        <w:br/>
        <w:t>Зі всіми поділяти сміх,&lt;br /&gt;</w:t>
        <w:br/>
        <w:t>Але не сльози... Хоч і перше&lt;br /&gt;</w:t>
        <w:br/>
        <w:t>Не так було. Та щастя — дим.&lt;br /&gt;</w:t>
        <w:br/>
        <w:t>Вже стала ти нічим, померши,&lt;br /&gt;</w:t>
        <w:br/>
        <w:t>І став весь світ тепер нічим.</w:t>
      </w:r>
    </w:p>
    <w:p>
      <w:r>
        <w:br/>
        <w:t>Веселий лірі лад не личить:&lt;br /&gt;</w:t>
        <w:br/>
        <w:t>Жалоби не сховать мені&lt;br /&gt;</w:t>
        <w:br/>
        <w:t>Усмішкою, що на обличчі —&lt;br /&gt;</w:t>
        <w:br/>
        <w:t>Мов ті троянди на труні.&lt;br /&gt;</w:t>
        <w:br/>
        <w:t>Нехай на хвилю нетривалу&lt;br /&gt;</w:t>
        <w:br/>
        <w:t>В гурті за келихом вина&lt;br /&gt;</w:t>
        <w:br/>
        <w:t>Душа й впаде в блаженство шалу,&lt;br /&gt;</w:t>
        <w:br/>
        <w:t>Та серце в самоті кона.</w:t>
      </w:r>
    </w:p>
    <w:p>
      <w:r>
        <w:br/>
        <w:t>Було, на лагідні зірниці&lt;br /&gt;</w:t>
        <w:br/>
        <w:t>Дививсь я часто по ночах&lt;br /&gt;</w:t>
        <w:br/>
        <w:t>І вірив: сяйво те іскриться&lt;br /&gt;</w:t>
        <w:br/>
        <w:t>В твоїх замріяних очах.&lt;br /&gt;</w:t>
        <w:br/>
        <w:t>Егейське борознивши море,&lt;br /&gt;</w:t>
        <w:br/>
        <w:t>Я думав: "Місяць цей ясний&lt;br /&gt;</w:t>
        <w:br/>
        <w:t>І Тірзу радує". Та горе! —&lt;br /&gt;</w:t>
        <w:br/>
        <w:t>Світив він на могилу їй.</w:t>
      </w:r>
    </w:p>
    <w:p>
      <w:r>
        <w:br/>
        <w:t>Коли, улеглий я хворобі,&lt;br /&gt;</w:t>
        <w:br/>
        <w:t>Страждав, що й жити вже не міг,&lt;br /&gt;</w:t>
        <w:br/>
        <w:t>"Як добре,— думав,— Тірза в гробі&lt;br /&gt;</w:t>
        <w:br/>
        <w:t>І вже не бачить мук моїх".&lt;br /&gt;</w:t>
        <w:br/>
        <w:t>Як пізню дарувать свободу&lt;br /&gt;</w:t>
        <w:br/>
        <w:t>Рабові мрущому — дарма,&lt;br /&gt;</w:t>
        <w:br/>
        <w:t>Так жаль мені вертать, природо,&lt;br /&gt;</w:t>
        <w:br/>
        <w:t>Життя, як Тірзи вже нема.</w:t>
      </w:r>
    </w:p>
    <w:p>
      <w:r>
        <w:br/>
        <w:t>Любові чистої заруку&lt;br /&gt;</w:t>
        <w:br/>
        <w:t>Дала, о Тірзо, ти мепі,&lt;br /&gt;</w:t>
        <w:br/>
        <w:t>Та чорним трауром розлуки&lt;br /&gt;</w:t>
        <w:br/>
        <w:t>Її тяжкі покрили дні.&lt;br /&gt;</w:t>
        <w:br/>
        <w:t>Те серце, що мені дала ти,&lt;br /&gt;</w:t>
        <w:br/>
        <w:t>Навіки вмовкло, як і ти.&lt;br /&gt;</w:t>
        <w:br/>
        <w:t>Моєму ж, змерзлому, страждати&lt;br /&gt;</w:t>
        <w:br/>
        <w:t>В полоні вічнім суєти.</w:t>
      </w:r>
    </w:p>
    <w:p>
      <w:r>
        <w:br/>
        <w:t>На варті стань чуття тривкого,&lt;br /&gt;</w:t>
        <w:br/>
        <w:t>Скорботний даре, дорогий,&lt;br /&gt;</w:t>
        <w:br/>
        <w:t>А ні, то серце, до якого&lt;br /&gt;</w:t>
        <w:br/>
        <w:t>Ти притуляєшся, розбий.&lt;br /&gt;</w:t>
        <w:br/>
        <w:t>Любов моя — свята; розстанням&lt;br /&gt;</w:t>
        <w:br/>
        <w:t>Її і час не поборов...&lt;br /&gt;</w:t>
        <w:br/>
        <w:t>Я ста живих оддам кохання&lt;br /&gt;</w:t>
        <w:br/>
        <w:t>За цю, до вмерлої любов.</w:t>
      </w:r>
    </w:p>
    <w:p>
      <w:r>
        <w:br/>
        <w:t>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Іще зусилля — й перестане...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