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Історіософічне</w:t>
      </w:r>
    </w:p>
    <w:p>
      <w:r>
        <w:br/>
        <w:t xml:space="preserve"> Обабіч шляху із варяг у греки&lt;br /&gt;</w:t>
        <w:br/>
        <w:t>Ще й досі живуть ні варяги, ні греки,</w:t>
      </w:r>
    </w:p>
    <w:p>
      <w:r>
        <w:br/>
        <w:t>А так собі, еманація, гра —&lt;br /&gt;</w:t>
        <w:br/>
        <w:t>Дрижить протоплазмою без ядра.</w:t>
      </w:r>
    </w:p>
    <w:p>
      <w:r>
        <w:br/>
        <w:t>І скільки не пружили і не палили,&lt;br /&gt;</w:t>
        <w:br/>
        <w:t>Тільки ойойкало тлусте тіло,</w:t>
      </w:r>
    </w:p>
    <w:p>
      <w:r>
        <w:br/>
        <w:t>Тільки переповзало завжди&lt;br /&gt;</w:t>
        <w:br/>
        <w:t>Тудою — сюди, а сюдою — туди.</w:t>
      </w:r>
    </w:p>
    <w:p>
      <w:r>
        <w:br/>
        <w:t>Лайка? Ніж? Нове Запорожжя?&lt;br /&gt;</w:t>
        <w:br/>
        <w:t>Хоч убий, не збагну, що поможе.</w:t>
      </w:r>
    </w:p>
    <w:p>
      <w:r>
        <w:br/>
        <w:t>Думаєш, думаєш. Рветься терпець...&lt;br /&gt;</w:t>
        <w:br/>
        <w:t>Може, краватка і ковнірець?</w:t>
      </w:r>
    </w:p>
    <w:p>
      <w:r>
        <w:br/>
        <w:t>А може, й справжній кінець?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Історіософічне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