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збірки "Кари"</w:t>
      </w:r>
    </w:p>
    <w:p>
      <w:r>
        <w:br/>
        <w:t xml:space="preserve"> Віктор Гюго&lt;br /&gt;</w:t>
        <w:br/>
        <w:t>Із збірки "КАРИ"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УБИТИМ 4 ГРУДНЯ</w:t>
      </w:r>
    </w:p>
    <w:p>
      <w:r>
        <w:br/>
        <w:t>Вам Цезар дарував утіху супокою.&lt;br /&gt;</w:t>
        <w:br/>
        <w:t>Колись бентежились ви мрією палкою,&lt;br /&gt;</w:t>
        <w:br/>
        <w:t>Облудою надій,&lt;br /&gt;</w:t>
        <w:br/>
        <w:t>Горіли заздрістю, ненавистю кипіли,&lt;br /&gt;</w:t>
        <w:br/>
        <w:t>I хвилювалися, і спорили, й шуміли,&lt;br /&gt;</w:t>
        <w:br/>
        <w:t>I рвалися до дій.</w:t>
      </w:r>
    </w:p>
    <w:p>
      <w:r>
        <w:br/>
        <w:t>Один одн&amp;#243;го ви заледве впізнавали,&lt;br /&gt;</w:t>
        <w:br/>
        <w:t>Коли по вулицях невтомно ви снували,&lt;br /&gt;</w:t>
        <w:br/>
        <w:t>Стрівались тут і там;&lt;br /&gt;</w:t>
        <w:br/>
        <w:t>Тривожні й гомінкі, як море в час прибою,&lt;br /&gt;</w:t>
        <w:br/>
        <w:t>Одною ви, проте, журилися журбою,&lt;br /&gt;</w:t>
        <w:br/>
        <w:t>Жили одним життям.</w:t>
      </w:r>
    </w:p>
    <w:p>
      <w:r>
        <w:br/>
        <w:t>Можливо, в вас жило бажання гарячкове&lt;br /&gt;</w:t>
        <w:br/>
        <w:t>Боїв і перемог, і ви кували кови&lt;br /&gt;</w:t>
        <w:br/>
        <w:t>На Лувр і Ватікан;&lt;br /&gt;</w:t>
        <w:br/>
        <w:t>Усяк із вас був прав і вольностей оратор;&lt;br /&gt;</w:t>
        <w:br/>
        <w:t>В наш полум'яний вік що не душа, то кратер,&lt;br /&gt;</w:t>
        <w:br/>
        <w:t>Що не народ — вулкан!</w:t>
      </w:r>
    </w:p>
    <w:p>
      <w:r>
        <w:br/>
        <w:t>Любили ви; у вас боліло серце скуте,&lt;br /&gt;</w:t>
        <w:br/>
        <w:t>Вам душу краяло у тьмі страждання люте&lt;br /&gt;</w:t>
        <w:br/>
        <w:t>З мільйонами гризот,&lt;br /&gt;</w:t>
        <w:br/>
        <w:t>I клекотали ви, мов хвилі океану,&lt;br /&gt;</w:t>
        <w:br/>
        <w:t>I поривалися у далеч осіянну,&lt;br /&gt;</w:t>
        <w:br/>
        <w:t>До сонячних висот.</w:t>
      </w:r>
    </w:p>
    <w:p>
      <w:r>
        <w:br/>
        <w:t>I хто б ви не були — бездольник чи щасливець,&lt;br /&gt;</w:t>
        <w:br/>
        <w:t>Гарячий фантазер чи мудрий прозорливець,&lt;br /&gt;</w:t>
        <w:br/>
        <w:t>Юнак а чи старик,—&lt;br /&gt;</w:t>
        <w:br/>
        <w:t>Страстей навала вам спокою не давала:&lt;br /&gt;</w:t>
        <w:br/>
        <w:t>В серцях у вас любов, як буря, бушувала&lt;br /&gt;</w:t>
        <w:br/>
        <w:t>I скорб, як повінь рік.</w:t>
      </w:r>
    </w:p>
    <w:p>
      <w:r>
        <w:br/>
        <w:t>Четверте грудня вам дало нарешті спокій;&lt;br /&gt;</w:t>
        <w:br/>
        <w:t>Не потривожить вас у ямі у глибокій&lt;br /&gt;</w:t>
        <w:br/>
        <w:t>Чуттів і мислей вир.&lt;br /&gt;</w:t>
        <w:br/>
        <w:t>На ваших могилках не шарудне й травина...&lt;br /&gt;</w:t>
        <w:br/>
        <w:t>Мовчіть, німуючи, і ви, як домовина!&lt;br /&gt;</w:t>
        <w:br/>
        <w:t>Імперія — це мир.</w:t>
      </w:r>
    </w:p>
    <w:p>
      <w:r>
        <w:br/>
        <w:t>TE DEUM1 1 СІЧНЯ 1852 РОКУ</w:t>
      </w:r>
    </w:p>
    <w:p>
      <w:r>
        <w:br/>
        <w:t>Молебень твій, Сібур,— то розстрілів луна,&lt;br /&gt;</w:t>
        <w:br/>
        <w:t>Містерія блюзнірська.&lt;br /&gt;</w:t>
        <w:br/>
        <w:t>Позаду тебе смерть, почвара кістяна,&lt;br /&gt;</w:t>
        <w:br/>
        <w:t>Злорадним сміхом пирска.</w:t>
      </w:r>
    </w:p>
    <w:p>
      <w:r>
        <w:br/>
        <w:t>Єпископе! Святі здригають од плачу,&lt;br /&gt;</w:t>
        <w:br/>
        <w:t>Голосить Божа Мати,&lt;br /&gt;</w:t>
        <w:br/>
        <w:t>Коли в соборі ти запалюєш свічу&lt;br /&gt;</w:t>
        <w:br/>
        <w:t>Запалом од гармати.</w:t>
      </w:r>
    </w:p>
    <w:p>
      <w:r>
        <w:br/>
        <w:t>Таких, як ти, сенат спокушує завжди,&lt;br /&gt;</w:t>
        <w:br/>
        <w:t>Тягни за катом руку.&lt;br /&gt;</w:t>
        <w:br/>
        <w:t>Та хоч благословлять не поспішай, зажди,&lt;br /&gt;</w:t>
        <w:br/>
        <w:t>Хай змиють кров із бруку.</w:t>
      </w:r>
    </w:p>
    <w:p>
      <w:r>
        <w:br/>
        <w:t>Осанна Геслеру! Хай гине Телль-бунтар! —&lt;br /&gt;</w:t>
        <w:br/>
        <w:t>Ревуть баси тропарні...&lt;br /&gt;</w:t>
        <w:br/>
        <w:t>Єпископе, тобі споруджено вівтар&lt;br /&gt;</w:t>
        <w:br/>
        <w:t>З кривавих плит трупарні.</w:t>
      </w:r>
    </w:p>
    <w:p>
      <w:r>
        <w:br/>
        <w:t>Коли глаголеш ти: "Хвала тобі, хвала,&lt;br /&gt;</w:t>
        <w:br/>
        <w:t>О Господи всесильний!" —&lt;br /&gt;</w:t>
        <w:br/>
        <w:t>Зливаються в одно густа кадильна мла&lt;br /&gt;</w:t>
        <w:br/>
        <w:t>Й мертвотний дух могильний.</w:t>
      </w:r>
    </w:p>
    <w:p>
      <w:r>
        <w:br/>
        <w:t>I ніч, і день лунав по місту залпів гук;&lt;br /&gt;</w:t>
        <w:br/>
        <w:t>Хто вийде — кулю в лоба.&lt;br /&gt;</w:t>
        <w:br/>
        <w:t>Над Нотр-Дам шуга вже не орел, а крук...&lt;br /&gt;</w:t>
        <w:br/>
        <w:t>Погуба і жалоба!</w:t>
      </w:r>
    </w:p>
    <w:p>
      <w:r>
        <w:br/>
        <w:t>Глумись над жертвами і фіміам кади&lt;br /&gt;</w:t>
        <w:br/>
        <w:t>Бандитові-ганебі!&lt;br /&gt;</w:t>
        <w:br/>
        <w:t>Вготована тобі за праведні труди&lt;br /&gt;</w:t>
        <w:br/>
        <w:t>Анафема на небі.</w:t>
      </w:r>
    </w:p>
    <w:p>
      <w:r>
        <w:br/>
        <w:t>Засланці десь пливуть, куди прирік їм суд —&lt;br /&gt;</w:t>
        <w:br/>
        <w:t>В Алжір або в Кайєнну.&lt;br /&gt;</w:t>
        <w:br/>
        <w:t>Вони вже бачили Наполеона тут,&lt;br /&gt;</w:t>
        <w:br/>
        <w:t>Побачать там гієну.</w:t>
      </w:r>
    </w:p>
    <w:p>
      <w:r>
        <w:br/>
        <w:t>Вони сконають там од каторжних тортур&lt;br /&gt;</w:t>
        <w:br/>
        <w:t>До одного, можливо...&lt;br /&gt;</w:t>
        <w:br/>
        <w:t>Направо подивись, єпископе Сібур,&lt;br /&gt;</w:t>
        <w:br/>
        <w:t>I подивись наліво;</w:t>
      </w:r>
    </w:p>
    <w:p>
      <w:r>
        <w:br/>
        <w:t>Диякон твій — Розбій, піддячий твій — Розор,&lt;br /&gt;</w:t>
        <w:br/>
        <w:t>Ти сам — христопродавець...&lt;br /&gt;</w:t>
        <w:br/>
        <w:t>Тож засупонюйся тугіше в омофор&lt;br /&gt;</w:t>
        <w:br/>
        <w:t>I прав, старий плюгавець!</w:t>
      </w:r>
    </w:p>
    <w:p>
      <w:r>
        <w:br/>
        <w:t>В органі Згуби гук гримить: "Огонь з мортир&lt;br /&gt;</w:t>
        <w:br/>
        <w:t>По ворогах корони!"&lt;br /&gt;</w:t>
        <w:br/>
        <w:t>Регоче Сатана, бо твій святий потир&lt;br /&gt;</w:t>
        <w:br/>
        <w:t>Не од вина червоний.</w:t>
      </w:r>
    </w:p>
    <w:p>
      <w:r>
        <w:br/>
        <w:t>---------------&lt;br /&gt;</w:t>
        <w:br/>
        <w:t>1Тобі, Господи (латин.) — слова молитви.</w:t>
      </w:r>
    </w:p>
    <w:p>
      <w:r>
        <w:br/>
        <w:t>БАЙКА-БУВАЛЬЩИНА</w:t>
      </w:r>
    </w:p>
    <w:p>
      <w:r>
        <w:br/>
        <w:t>Один худий мавпій амбітну мав натуру&lt;br /&gt;</w:t>
        <w:br/>
        <w:t>I шкуру левову нап'яв на себе здуру.&lt;br /&gt;</w:t>
        <w:br/>
        <w:t>Лев був, нівроку, злий, мавпій ще зліший був,—&lt;br /&gt;</w:t>
        <w:br/>
        <w:t>Разом із шкурою він право те здобув.&lt;br /&gt;</w:t>
        <w:br/>
        <w:t>З зубовним скреготом репетував він дико:&lt;br /&gt;</w:t>
        <w:br/>
        <w:t>"Я цар над нетрями, я темряви владика!"&lt;br /&gt;</w:t>
        <w:br/>
        <w:t>Цей самозванний цар у чагарях заліг,&lt;br /&gt;</w:t>
        <w:br/>
        <w:t>Улаштував собі препишний там барліг,&lt;br /&gt;</w:t>
        <w:br/>
        <w:t>Чинив розбій і гвалт, грабунки й плюндрування,&lt;br /&gt;</w:t>
        <w:br/>
        <w:t>Достоту як той звір, чиє носив убрання.&lt;br /&gt;</w:t>
        <w:br/>
        <w:t>Проноза підробляв незгірш левиний рев,&lt;br /&gt;</w:t>
        <w:br/>
        <w:t>Та й шкура не яка — поглянуть, чистий лев.&lt;br /&gt;</w:t>
        <w:br/>
        <w:t>Розгедзався мавпій, гарчить несамовито:&lt;br /&gt;</w:t>
        <w:br/>
        <w:t>"У мене лігвище скелетами забито,—&lt;br /&gt;</w:t>
        <w:br/>
        <w:t>То докази моїх блискучих перемог.&lt;br /&gt;</w:t>
        <w:br/>
        <w:t>Дивуйтеся! Тремтіть! Я лев! Я цар! Я Бог!"&lt;br /&gt;</w:t>
        <w:br/>
        <w:t>Всі тварі перед ним покірно гнули карки...&lt;br /&gt;</w:t>
        <w:br/>
        <w:t>Де взявсь приборкувач, схопив його за барки,&lt;br /&gt;</w:t>
        <w:br/>
        <w:t>Здер із пройдисвіта перевдяг захисний&lt;br /&gt;</w:t>
        <w:br/>
        <w:t>I показав усім: — Дивіться, це ж мавпій!</w:t>
      </w:r>
    </w:p>
    <w:p>
      <w:r>
        <w:br/>
        <w:t>ЧВАРИ В СЕРАЛІ</w:t>
      </w:r>
    </w:p>
    <w:p>
      <w:r>
        <w:br/>
        <w:t>Було колись — гуляв свободи вихор рвійний,&lt;br /&gt;</w:t>
        <w:br/>
        <w:t>Було колись — ревли страшні великі війни,&lt;br /&gt;</w:t>
        <w:br/>
        <w:t>Нагальний ураган;&lt;br /&gt;</w:t>
        <w:br/>
        <w:t>Було колись — цвіли Маренго і Ваграми,&lt;br /&gt;</w:t>
        <w:br/>
        <w:t>Осліп би, гледючи на велич панорами,&lt;br /&gt;</w:t>
        <w:br/>
        <w:t>Сам Таціт-стариган;</w:t>
      </w:r>
    </w:p>
    <w:p>
      <w:r>
        <w:br/>
        <w:t>Було колись — гули вантози і фрімери,&lt;br /&gt;</w:t>
        <w:br/>
        <w:t>Чий подих в&amp;#250;звольний розвіяв зла химери,&lt;br /&gt;</w:t>
        <w:br/>
        <w:t>Старого мотлох змів;&lt;br /&gt;</w:t>
        <w:br/>
        <w:t>Було колись — немов безглузді забобони,&lt;br /&gt;</w:t>
        <w:br/>
        <w:t>Впрах розсипалися Бастілії й Бурбони&lt;br /&gt;</w:t>
        <w:br/>
        <w:t>Від реготу громів;</w:t>
      </w:r>
    </w:p>
    <w:p>
      <w:r>
        <w:br/>
        <w:t>Було колись — ішли народжені добою&lt;br /&gt;</w:t>
        <w:br/>
        <w:t>Титани-велетні проти богів до бою,&lt;br /&gt;</w:t>
        <w:br/>
        <w:t>Нестримано-палкі;&lt;br /&gt;</w:t>
        <w:br/>
        <w:t>Було колись — пливли в безкрай віків широкий&lt;br /&gt;</w:t>
        <w:br/>
        <w:t>Між хвиль Республіки буремно-грізні роки,&lt;br /&gt;</w:t>
        <w:br/>
        <w:t>Мов чудища морські;</w:t>
      </w:r>
    </w:p>
    <w:p>
      <w:r>
        <w:br/>
        <w:t>Було колись — росли Сен-Жюсти і Дантони...&lt;br /&gt;</w:t>
        <w:br/>
        <w:t>А нині Франція в зловонній твані тоне,&lt;br /&gt;</w:t>
        <w:br/>
        <w:t>Над нею цар-мікроб;&lt;br /&gt;</w:t>
        <w:br/>
        <w:t>I дивиться вона некліпаючим оком,&lt;br /&gt;</w:t>
        <w:br/>
        <w:t>Як в крапельці води бацила б'ється з коком —&lt;br /&gt;</w:t>
        <w:br/>
        <w:t>Два збудники хвороб!</w:t>
      </w:r>
    </w:p>
    <w:p>
      <w:r>
        <w:br/>
        <w:t>Ганьба! Куди не йди, то тільки й поговору —&lt;br /&gt;</w:t>
        <w:br/>
        <w:t>Хто в повелителя добудеться фавору:&lt;br /&gt;</w:t>
        <w:br/>
        <w:t>Мопа а чи Морні?&lt;br /&gt;</w:t>
        <w:br/>
        <w:t>Заслуги в них обох перед двором окремі;&lt;br /&gt;</w:t>
        <w:br/>
        <w:t>Хто ж дужчий? В одного є спільники в гаремі,&lt;br /&gt;</w:t>
        <w:br/>
        <w:t>В другого — між двірні.</w:t>
      </w:r>
    </w:p>
    <w:p>
      <w:r>
        <w:br/>
        <w:t>ІМПЕРАТОР БАВИТЬСЯ</w:t>
      </w:r>
    </w:p>
    <w:p>
      <w:r>
        <w:br/>
        <w:t>Пісня</w:t>
      </w:r>
    </w:p>
    <w:p>
      <w:r>
        <w:br/>
        <w:t>Помруть бунтівники-вигнанці&lt;br /&gt;</w:t>
        <w:br/>
        <w:t>В чужому краї без пори...&lt;br /&gt;</w:t>
        <w:br/>
        <w:t>Ти ж, принце, знай бенкети й танці,&lt;br /&gt;</w:t>
        <w:br/>
        <w:t>Ганяй за сарнами уранці&lt;br /&gt;</w:t>
        <w:br/>
        <w:t>I за жінками в вечори.&lt;br /&gt;</w:t>
        <w:br/>
        <w:t>Рим шле тобі благословіння,&lt;br /&gt;</w:t>
        <w:br/>
        <w:t>I братом зве тебе вже цар...&lt;br /&gt;</w:t>
        <w:br/>
        <w:t>Бий, дзвоне з Нотр-Дам, сьогодні на подзвіння,&lt;br /&gt;</w:t>
        <w:br/>
        <w:t>А завтра на пожар!</w:t>
      </w:r>
    </w:p>
    <w:p>
      <w:r>
        <w:br/>
        <w:t>Всім чесним — муки невтоленні:&lt;br /&gt;</w:t>
        <w:br/>
        <w:t>Домівку кинь, в Алжірі гинь...&lt;br /&gt;</w:t>
        <w:br/>
        <w:t>Ти ж, принце, бавишся в Комп'єні,&lt;br /&gt;</w:t>
        <w:br/>
        <w:t>Там синь озер, гаї зелені,&lt;br /&gt;</w:t>
        <w:br/>
        <w:t>На стінах зал — краса богинь;&lt;br /&gt;</w:t>
        <w:br/>
        <w:t>Вакханки пристрасні і звинні&lt;br /&gt;</w:t>
        <w:br/>
        <w:t>Несуть до уст п'янкий нектар...&lt;br /&gt;</w:t>
        <w:br/>
        <w:t>Бий, дзвоне з Нотр-Дам, сьогодні на подзвіння,&lt;br /&gt;</w:t>
        <w:br/>
        <w:t>А завтра на пожарі</w:t>
      </w:r>
    </w:p>
    <w:p>
      <w:r>
        <w:br/>
        <w:t>Хай каторжани, скуті в пари,&lt;br /&gt;</w:t>
        <w:br/>
        <w:t>Над морем десь мурують мур...&lt;br /&gt;</w:t>
        <w:br/>
        <w:t>Гуджга! Гуджга! Ріжки, фанфари!&lt;br /&gt;</w:t>
        <w:br/>
        <w:t>Мигоче місяць із-за хмари,&lt;br /&gt;</w:t>
        <w:br/>
        <w:t>По гаю рине рокіт бур;&lt;br /&gt;</w:t>
        <w:br/>
        <w:t>Ось чути оленя ревіння,&lt;br /&gt;</w:t>
        <w:br/>
        <w:t>Що від хортів тіка в чагар...&lt;br /&gt;</w:t>
        <w:br/>
        <w:t>Бий, дзвоне з Нотр-Дам, сьогодні на подзвіння,&lt;br /&gt;</w:t>
        <w:br/>
        <w:t>А завтра на пожар!</w:t>
      </w:r>
    </w:p>
    <w:p>
      <w:r>
        <w:br/>
        <w:t>Хай батько мучиться в Кайєнні,&lt;br /&gt;</w:t>
        <w:br/>
        <w:t>Без хліба мре мале дитя...&lt;br /&gt;</w:t>
        <w:br/>
        <w:t>Вовк налива вина гієні;&lt;br /&gt;</w:t>
        <w:br/>
        <w:t>В цивільнім одязі воєнний&lt;br /&gt;</w:t>
        <w:br/>
        <w:t>Справляє гульби без пуття;&lt;br /&gt;</w:t>
        <w:br/>
        <w:t>В садовім гроті з-під склепіння&lt;br /&gt;</w:t>
        <w:br/>
        <w:t>У фавнів очі — наче жар...&lt;br /&gt;</w:t>
        <w:br/>
        <w:t>Бий, дзвоне з Нотр-Дам, сьогодні на подзвіння,&lt;br /&gt;</w:t>
        <w:br/>
        <w:t>А завтра на пожар!</w:t>
      </w:r>
    </w:p>
    <w:p>
      <w:r>
        <w:br/>
        <w:t>Примари вбитих — в серці рани —&lt;br /&gt;</w:t>
        <w:br/>
        <w:t>Понад Монмартром устають...&lt;br /&gt;</w:t>
        <w:br/>
        <w:t>В двірці паштети, марципани,&lt;br /&gt;</w:t>
        <w:br/>
        <w:t>Шиплять шартрези і шампани,&lt;br /&gt;</w:t>
        <w:br/>
        <w:t>Красуні за героя п'ють;&lt;br /&gt;</w:t>
        <w:br/>
        <w:t>В них перса — хвильне шумовиння,&lt;br /&gt;</w:t>
        <w:br/>
        <w:t>В них усміх — витончений чар...&lt;br /&gt;</w:t>
        <w:br/>
        <w:t>Бий, дзвоне з Нотр-Дам, сьогодні на подзвіння,&lt;br /&gt;</w:t>
        <w:br/>
        <w:t>А завтра на пожар!</w:t>
      </w:r>
    </w:p>
    <w:p>
      <w:r>
        <w:br/>
        <w:t>Конайте, в'язні, без відчаю —&lt;br /&gt;</w:t>
        <w:br/>
        <w:t>По смерті буде спокій вам!&lt;br /&gt;</w:t>
        <w:br/>
        <w:t>А після страви, після чаю,&lt;br /&gt;</w:t>
        <w:br/>
        <w:t>На ніжних губках, по звичаю,&lt;br /&gt;</w:t>
        <w:br/>
        <w:t>Цілунок в'ється ластів'ям;&lt;br /&gt;</w:t>
        <w:br/>
        <w:t>Несуть тобі легкі створіння&lt;br /&gt;</w:t>
        <w:br/>
        <w:t>Щонайсолодші ласки в дар...&lt;br /&gt;</w:t>
        <w:br/>
        <w:t>Бий, дзвоне з Нотр-Дам, сьогодні на подзвіння,&lt;br /&gt;</w:t>
        <w:br/>
        <w:t>А завтра на пожар!</w:t>
      </w:r>
    </w:p>
    <w:p>
      <w:r>
        <w:br/>
        <w:t>Гвіана вміє убивати,&lt;br /&gt;</w:t>
        <w:br/>
        <w:t>Жарка, як пекло, та тюрма...&lt;br /&gt;</w:t>
        <w:br/>
        <w:t>Лягай, де спав Луї пихатий,&lt;br /&gt;</w:t>
        <w:br/>
        <w:t>Наполеон і Карл Десятий,&lt;br /&gt;</w:t>
        <w:br/>
        <w:t>Лягай, усе тобі дарма;&lt;br /&gt;</w:t>
        <w:br/>
        <w:t>Під гул облесного хваління&lt;br /&gt;</w:t>
        <w:br/>
        <w:t>Засни, щасливий володар...&lt;br /&gt;</w:t>
        <w:br/>
        <w:t>Бий, дзвоне з Нотр-Дам, сьогодні на подзвіння,&lt;br /&gt;</w:t>
        <w:br/>
        <w:t>А завтра на пожар!</w:t>
      </w:r>
    </w:p>
    <w:p>
      <w:r>
        <w:br/>
        <w:t>Бандит кинджалом із-за рогу&lt;br /&gt;</w:t>
        <w:br/>
        <w:t>Убив майбутнє наповал...&lt;br /&gt;</w:t>
        <w:br/>
        <w:t>Гей, дайте Цезарю дорогу&lt;br /&gt;</w:t>
        <w:br/>
        <w:t>До нареченої порогу,—&lt;br /&gt;</w:t>
        <w:br/>
        <w:t>Весілля буде й карнавал!&lt;br /&gt;</w:t>
        <w:br/>
        <w:t>Заводь, народе, спів-моління,&lt;br /&gt;</w:t>
        <w:br/>
        <w:t>Шлюбує Францію корсар!&lt;br /&gt;</w:t>
        <w:br/>
        <w:t>Бий, дзвоне з Нотр-Дам, сьогодні на подзвіння,&lt;br /&gt;</w:t>
        <w:br/>
        <w:t>А завтра на пожар!</w:t>
      </w:r>
    </w:p>
    <w:p>
      <w:r>
        <w:br/>
        <w:t>* * *</w:t>
      </w:r>
    </w:p>
    <w:p>
      <w:r>
        <w:br/>
        <w:t>— Стежи-доріжки, трави у лузі,&lt;br /&gt;</w:t>
        <w:br/>
        <w:t>Гаю-розмаю, густе гілля!&lt;br /&gt;</w:t>
        <w:br/>
        <w:t>Чом мовчите ви в печалі, в тузі?&lt;br /&gt;</w:t>
        <w:br/>
        <w:t>— Той, хто гуляв тут, вже не гуля.</w:t>
      </w:r>
    </w:p>
    <w:p>
      <w:r>
        <w:br/>
        <w:t>— Чому не видно в вікні нікого?&lt;br /&gt;</w:t>
        <w:br/>
        <w:t>Чому в садочку квітки звелись?&lt;br /&gt;</w:t>
        <w:br/>
        <w:t>Де твій господар, хато-небого?&lt;br /&gt;</w:t>
        <w:br/>
        <w:t>— Хто його знає, зійшов кудись.</w:t>
      </w:r>
    </w:p>
    <w:p>
      <w:r>
        <w:br/>
        <w:t>— Бровко кудлатий, пильнуєш хати?&lt;br /&gt;</w:t>
        <w:br/>
        <w:t>— Яка то хата — пустка німа.&lt;br /&gt;</w:t>
        <w:br/>
        <w:t>— Чом плачеш, хлопче? — Немає тата.&lt;br /&gt;</w:t>
        <w:br/>
        <w:t>— Чом плачеш, жінко? — Мужа нема.</w:t>
      </w:r>
    </w:p>
    <w:p>
      <w:r>
        <w:br/>
        <w:t>— Де ж він подівся на безталання?&lt;br /&gt;</w:t>
        <w:br/>
        <w:t>— В острог узято, на чужину.&lt;br /&gt;</w:t>
        <w:br/>
        <w:t>— Відки ви, хвилі? — З краю заслання.&lt;br /&gt;</w:t>
        <w:br/>
        <w:t>— Що принесли ви? — Чорну труну.</w:t>
      </w:r>
    </w:p>
    <w:p>
      <w:r>
        <w:br/>
        <w:t>ЗМІШАНІ СУДИ</w:t>
      </w:r>
    </w:p>
    <w:p>
      <w:r>
        <w:br/>
        <w:t>Назвались суддями ці слуги зла і тьми.&lt;br /&gt;</w:t>
        <w:br/>
        <w:t>I тюрми сповнюють невинними людьми,&lt;br /&gt;</w:t>
        <w:br/>
        <w:t>I темні каторжні понтони,&lt;br /&gt;</w:t>
        <w:br/>
        <w:t>Що, чорні, наче ніч, гойдаються в порту,&lt;br /&gt;</w:t>
        <w:br/>
        <w:t>Лиш моря відблиски тріпочуть на борту —&lt;br /&gt;</w:t>
        <w:br/>
        <w:t>Тремтливі золотаві тони.</w:t>
      </w:r>
    </w:p>
    <w:p>
      <w:r>
        <w:br/>
        <w:t>Вигнанців прихистив у хаті цей старик,&lt;br /&gt;</w:t>
        <w:br/>
        <w:t>За те на каторгу його той суд прирік...&lt;br /&gt;</w:t>
        <w:br/>
        <w:t>Кайєнна, Бон у нагороду&lt;br /&gt;</w:t>
        <w:br/>
        <w:t>Тому, хто чесний був, хто став на боротьбу&lt;br /&gt;</w:t>
        <w:br/>
        <w:t>Проти пройдисвіта, що обкрутив судьбу&lt;br /&gt;</w:t>
        <w:br/>
        <w:t>I вкрав, як тать, права народу.</w:t>
      </w:r>
    </w:p>
    <w:p>
      <w:r>
        <w:br/>
        <w:t>Таврує, як на глум, злочинництва печать&lt;br /&gt;</w:t>
        <w:br/>
        <w:t>Дітей, які батьків посміли захищать,&lt;br /&gt;</w:t>
        <w:br/>
        <w:t>Жінок, що хліб мужам носили.&lt;br /&gt;</w:t>
        <w:br/>
        <w:t>Де право? — Вигнано.— А честь? — I поготів.&lt;br /&gt;</w:t>
        <w:br/>
        <w:t>I правосуддя так виходить із судців,&lt;br /&gt;</w:t>
        <w:br/>
        <w:t>Як гад вилазить із могили.</w:t>
      </w:r>
    </w:p>
    <w:p>
      <w:r>
        <w:br/>
        <w:t>ЩО ТАКЕ ЗЛОЧИНСТВО</w:t>
      </w:r>
    </w:p>
    <w:p>
      <w:r>
        <w:br/>
        <w:t>Уривок</w:t>
      </w:r>
    </w:p>
    <w:p>
      <w:r>
        <w:br/>
        <w:t>То цей хамелеон — шакал і леопард,&lt;br /&gt;</w:t>
        <w:br/>
        <w:t>Цей Лже-Наполеон, навряд чи Бонапарт,&lt;br /&gt;</w:t>
        <w:br/>
        <w:t>Напевно Богарне і Верюель, можливо,&lt;br /&gt;</w:t>
        <w:br/>
        <w:t>Що Риму папському підступно і зрадливо&lt;br /&gt;</w:t>
        <w:br/>
        <w:t>Віддав на розп'яття республіканський Рим,&lt;br /&gt;</w:t>
        <w:br/>
        <w:t>Цей блазень, що наклав на твар героя грим,&lt;br /&gt;</w:t>
        <w:br/>
        <w:t>Цей ниций вискочень, піднятий долі грою,&lt;br /&gt;</w:t>
        <w:br/>
        <w:t>Цей кат республіки, пірат нового крою,&lt;br /&gt;</w:t>
        <w:br/>
        <w:t>Цей зух, паливода, любитель катастроф,&lt;br /&gt;</w:t>
        <w:br/>
        <w:t>Цей вовк, якого я цькую хортами строф,&lt;br /&gt;</w:t>
        <w:br/>
        <w:t>Цей злодій і харциз, кого навік прокляв я,&lt;br /&gt;</w:t>
        <w:br/>
        <w:t>День слави обернув у чорний день безслав'я.&lt;br /&gt;</w:t>
        <w:br/>
        <w:t>Звитягу заплямив, народну честь поправ&lt;br /&gt;</w:t>
        <w:br/>
        <w:t>I Австерліц, як тать, в історії украв,&lt;br /&gt;</w:t>
        <w:br/>
        <w:t>Поміж трофеями знайшов колун щербатий,&lt;br /&gt;</w:t>
        <w:br/>
        <w:t>Та й ну робітників, міщан, селян рубати;&lt;br /&gt;</w:t>
        <w:br/>
        <w:t>Захланний канібал, неситий людожер,&lt;br /&gt;</w:t>
        <w:br/>
        <w:t>Він трупами укрив увесь Сіте-Бержер&lt;br /&gt;</w:t>
        <w:br/>
        <w:t>I, власну присягу подавши на глумління,&lt;br /&gt;</w:t>
        <w:br/>
        <w:t>Убив закон і суд, порядність і сумління,&lt;br /&gt;</w:t>
        <w:br/>
        <w:t>I людяність, і честь, — надії лиш не вбив...&lt;br /&gt;</w:t>
        <w:br/>
        <w:t>Що, рідна Франціє, з тобою він зробив?&lt;br /&gt;</w:t>
        <w:br/>
        <w:t>Всі ріки він залив, від Сени до Гаронни,&lt;br /&gt;</w:t>
        <w:br/>
        <w:t>Твоєю кровію, щоб доп'ясти корони;&lt;br /&gt;</w:t>
        <w:br/>
        <w:t>Він мав дістать Кламар, натомість Лувр дістав&lt;br /&gt;</w:t>
        <w:br/>
        <w:t>I чоботом брудним тобі на горло став...&lt;br /&gt;</w:t>
        <w:br/>
        <w:t>Ось що накоїв він; я барви не згущаю;&lt;br /&gt;</w:t>
        <w:br/>
        <w:t>I от тепер, коли в обуренні, в відчаю,&lt;br /&gt;</w:t>
        <w:br/>
        <w:t>Жахаючись мари цього тяжкого сну.&lt;br /&gt;</w:t>
        <w:br/>
        <w:t>Жадаючи розбить цю змору навісну,&lt;br /&gt;</w:t>
        <w:br/>
        <w:t>Ми кричимо на гвалт, мов сурем рев мідянйй:&lt;br /&gt;</w:t>
        <w:br/>
        <w:t>— Народе, уставай! До бою, громадяни!&lt;br /&gt;</w:t>
        <w:br/>
        <w:t>Ударте виродка, громіть з усіх усюд!&lt;br /&gt;</w:t>
        <w:br/>
        <w:t>Нехай воскресне день, нехай устане суд! —&lt;br /&gt;</w:t>
        <w:br/>
        <w:t>Та ми, покривджені, вітчизни вірні діти,&lt;br /&gt;</w:t>
        <w:br/>
        <w:t>Ми, жертви злочину, — тепер самі бандити!&lt;br /&gt;</w:t>
        <w:br/>
        <w:t>Ми хочем свар, і чвар, і розбрату, й різні!&lt;br /&gt;</w:t>
        <w:br/>
        <w:t>Ми хочем запалить пожеж огні грізні!</w:t>
      </w:r>
    </w:p>
    <w:p>
      <w:r>
        <w:br/>
        <w:t>То значить знехтувать цинічно всяким правом,&lt;br /&gt;</w:t>
        <w:br/>
        <w:t>Буть підлим, капосним, на лиходійство бравим,&lt;br /&gt;</w:t>
        <w:br/>
        <w:t>Назватись Цезарем — нікчемі без пуття,&lt;br /&gt;</w:t>
        <w:br/>
        <w:t>Душити всяку мисль, усякий рух життя,&lt;br /&gt;</w:t>
        <w:br/>
        <w:t>Загальмувать ходу суспільного прогресу,&lt;br /&gt;</w:t>
        <w:br/>
        <w:t>Понівечить закон, знести трибуну й пресу,&lt;br /&gt;</w:t>
        <w:br/>
        <w:t>Ввіткнути нації, як звіру, кляп у рот,&lt;br /&gt;</w:t>
        <w:br/>
        <w:t>Спиратись на штики на все готових рот,&lt;br /&gt;</w:t>
        <w:br/>
        <w:t>Гнобить народ новим єгипетським полоном,&lt;br /&gt;</w:t>
        <w:br/>
        <w:t>Віддать його на жир зажерливим Тролонам,&lt;br /&gt;</w:t>
        <w:br/>
        <w:t>Бо, бачите, колись у давнину ту роль&lt;br /&gt;</w:t>
        <w:br/>
        <w:t>Виконували пан, єпископ і король,&lt;br /&gt;</w:t>
        <w:br/>
        <w:t>Пустити з'їдь левів собакам на поталу,&lt;br /&gt;</w:t>
        <w:br/>
        <w:t>Нагарбати собі двірців і капіталу,&lt;br /&gt;</w:t>
        <w:br/>
        <w:t>Сатрапом бучно жить, усіх і все чавить,&lt;br /&gt;</w:t>
        <w:br/>
        <w:t>Пиячить на миру, блудити вочевидь,&lt;br /&gt;</w:t>
        <w:br/>
        <w:t>В заслання завдавать чи брати на тортури&lt;br /&gt;</w:t>
        <w:br/>
        <w:t>Стійких противників тупої диктатури,&lt;br /&gt;</w:t>
        <w:br/>
        <w:t>Держати яничар, мов той султан-душман,&lt;br /&gt;</w:t>
        <w:br/>
        <w:t>Чинити зраду й гвалт, убивство і обман,—&lt;br /&gt;</w:t>
        <w:br/>
        <w:t>Це все — народе, чуй! — це все тепер чеснота...</w:t>
      </w:r>
    </w:p>
    <w:p>
      <w:r>
        <w:br/>
        <w:t>А битись за права, що їх гнітить підлота,&lt;br /&gt;</w:t>
        <w:br/>
        <w:t>Крізь бурі і громи, крізь дим і фіміам&lt;br /&gt;</w:t>
        <w:br/>
        <w:t>Кричати у лице тиранам-коліям:&lt;br /&gt;</w:t>
        <w:br/>
        <w:t>— Грабунок ваш отець, а Кривда ваша мати!&lt;br /&gt;</w:t>
        <w:br/>
        <w:t>Нехай солдати в вас, нехай у вас гармати,&lt;br /&gt;</w:t>
        <w:br/>
        <w:t>Нехай на бідний край наліг кошмарний страх,&lt;br /&gt;</w:t>
        <w:br/>
        <w:t>Нехай колоси ви, а ми лиш пил і прах,—&lt;br /&gt;</w:t>
        <w:br/>
        <w:t>Анум, поборемось, анум, спитаймо долю,&lt;br /&gt;</w:t>
        <w:br/>
        <w:t>Ви за неправду й гніт, а ми за правду й волю! —&lt;br /&gt;</w:t>
        <w:br/>
        <w:t>Показувать рови й могили кладовищ,&lt;br /&gt;</w:t>
        <w:br/>
        <w:t>Гукать розпачливо із свіжих гробовищ:&lt;br /&gt;</w:t>
        <w:br/>
        <w:t>— Французи, бійтеся узяти на сумління&lt;br /&gt;</w:t>
        <w:br/>
        <w:t>Конання страдників, вдів і сиріт квиління!&lt;br /&gt;</w:t>
        <w:br/>
        <w:t>О Франціє! Невже недолюдок Нерон&lt;br /&gt;</w:t>
        <w:br/>
        <w:t>Тобі справлятиме ганебний похорон?&lt;br /&gt;</w:t>
        <w:br/>
        <w:t>Воскресни! Стань над ним, поверженим драконом,&lt;br /&gt;</w:t>
        <w:br/>
        <w:t>З мечем в одній руці, а в другій із законом! —&lt;br /&gt;</w:t>
        <w:br/>
        <w:t>Каратись, мучитись, вигнання хрест нести&lt;br /&gt;</w:t>
        <w:br/>
        <w:t>Й душею чесною волать до кари-мсти,&lt;br /&gt;</w:t>
        <w:br/>
        <w:t>І викривать обман, і таврувать безчинство,—&lt;br /&gt;</w:t>
        <w:br/>
        <w:t>Це все — о Боже, чуй! — це все тепер злочинство...</w:t>
      </w:r>
    </w:p>
    <w:p>
      <w:r>
        <w:br/>
        <w:t>РИМСЬКА КЛОАКА</w:t>
      </w:r>
    </w:p>
    <w:p>
      <w:r>
        <w:br/>
        <w:t>Ось ляда. Опустім драбину. Лізьмо в льох.&lt;br /&gt;</w:t>
        <w:br/>
        <w:t>Нехай там вартові під п'яний регіт шльох&lt;br /&gt;</w:t>
        <w:br/>
        <w:t>У кості ріжуться, костирники закляті;&lt;br /&gt;</w:t>
        <w:br/>
        <w:t>Нехай вигукують окличники горлаті,&lt;br /&gt;</w:t>
        <w:br/>
        <w:t>Що продається раб — нумідець або дак;&lt;br /&gt;</w:t>
        <w:br/>
        <w:t>Нехай між рундучків здіймають кавардак&lt;br /&gt;</w:t>
        <w:br/>
        <w:t>Ремісники міські й торговки підгородні,&lt;br /&gt;</w:t>
        <w:br/>
        <w:t>Прислів'я сиплючи не надто благородні,—&lt;br /&gt;</w:t>
        <w:br/>
        <w:t>Влізаймо. Ух, який відразливий цей склеп!&lt;br /&gt;</w:t>
        <w:br/>
        <w:t>Грязюка, й темрява, і випари, і леп,&lt;br /&gt;</w:t>
        <w:br/>
        <w:t>На стінах лепри струп і виразки-шпарути,&lt;br /&gt;</w:t>
        <w:br/>
        <w:t>Тарантулів кубло, леговище отрути;&lt;br /&gt;</w:t>
        <w:br/>
        <w:t>Страшна нора! А над склепінням угорі&lt;br /&gt;</w:t>
        <w:br/>
        <w:t>Синіє небо, й цирк ярує в дикій грі,&lt;br /&gt;</w:t>
        <w:br/>
        <w:t>Квадриги гуркотять по древніх брилах бруку.&lt;br /&gt;</w:t>
        <w:br/>
        <w:t>Там стільки гомону і гулу, грому й грюку!&lt;br /&gt;</w:t>
        <w:br/>
        <w:t>На форумі народ хвилюється давно,&lt;br /&gt;</w:t>
        <w:br/>
        <w:t>В Остійській пристані причалює судно;&lt;br /&gt;</w:t>
        <w:br/>
        <w:t>Скрізь арки висяться, а на стовпі окремім&lt;br /&gt;</w:t>
        <w:br/>
        <w:t>Божественні брати-близнята — Ромул з Ремом,&lt;br /&gt;</w:t>
        <w:br/>
        <w:t>Одне й друге маля вовчицю мідну ссе;&lt;br /&gt;</w:t>
        <w:br/>
        <w:t>А трохи далі Тібр свій тихий плин несе,&lt;br /&gt;</w:t>
        <w:br/>
        <w:t>Корови й буйволи ідуть до водопою,&lt;br /&gt;</w:t>
        <w:br/>
        <w:t>Із морд вода спада хрустальною крупою.&lt;br /&gt;</w:t>
        <w:br/>
        <w:t>У всі кінці біжать підземні хідники;&lt;br /&gt;</w:t>
        <w:br/>
        <w:t>Де-де проткнулися назовні душники,&lt;br /&gt;</w:t>
        <w:br/>
        <w:t>Смердючі та гидкі, а для свиней знадливі;&lt;br /&gt;</w:t>
        <w:br/>
        <w:t>Тут ріки буркотять по буйній літній зливі;&lt;br /&gt;</w:t>
        <w:br/>
        <w:t>I через щілини опівдні набіга&lt;br /&gt;</w:t>
        <w:br/>
        <w:t>Проміння сонячне, мов чарівна снага;&lt;br /&gt;</w:t>
        <w:br/>
        <w:t>Рябіє ген стіна, мов зебра та муруга,&lt;br /&gt;</w:t>
        <w:br/>
        <w:t>А далі зяє тьма, зловонна, осоруга;&lt;br /&gt;</w:t>
        <w:br/>
        <w:t>З долівки щось юшить, мов патока пливе.&lt;br /&gt;</w:t>
        <w:br/>
        <w:t>Пускае випоти каміння плитове;&lt;br /&gt;</w:t>
        <w:br/>
        <w:t>Вершать свої діла тут морок і зараза...&lt;br /&gt;</w:t>
        <w:br/>
        <w:t>Наскакує впрожог пацюк на дикобраза;&lt;br /&gt;</w:t>
        <w:br/>
        <w:t>Вужі звиваються, мов чорні блискавки;&lt;br /&gt;</w:t>
        <w:br/>
        <w:t>Ганчір'я й черепки, зацвілі стояки,&lt;br /&gt;</w:t>
        <w:br/>
        <w:t>Баюри в закутках, болотне жабуриння,&lt;br /&gt;</w:t>
        <w:br/>
        <w:t>Між ним хлюпочуться якісь гидкі створіння;&lt;br /&gt;</w:t>
        <w:br/>
        <w:t>На стелі павутинь сплетіння розрослись,&lt;br /&gt;</w:t>
        <w:br/>
        <w:t>Внизу кишить гаддя, кругом драгліє слизь,—&lt;br /&gt;</w:t>
        <w:br/>
        <w:t>Усе копошиться, куйовдиться, плазує,&lt;br /&gt;</w:t>
        <w:br/>
        <w:t>Мов гідра в хаосі, що лихо всім віщує...&lt;br /&gt;</w:t>
        <w:br/>
        <w:t>Он, причаївшися, глитають щось звірки;&lt;br /&gt;</w:t>
        <w:br/>
        <w:t>Узорні лишаї, мов сріберні зірки,&lt;br /&gt;</w:t>
        <w:br/>
        <w:t>Одсвічуються десь рудими ручаями,&lt;br /&gt;</w:t>
        <w:br/>
        <w:t>А сморід вигнав би і стоїка із ями;&lt;br /&gt;</w:t>
        <w:br/>
        <w:t>Усюди ятряться гноїсті пухирі,&lt;br /&gt;</w:t>
        <w:br/>
        <w:t>I зверху лопотять крильми нетопирі,&lt;br /&gt;</w:t>
        <w:br/>
        <w:t>Немов ті голуби серед троянд квітучих;&lt;br /&gt;</w:t>
        <w:br/>
        <w:t>У катакомбах цих, у померках гнітючих&lt;br /&gt;</w:t>
        <w:br/>
        <w:t>Неначе чується бурчання парок-прях...&lt;br /&gt;</w:t>
        <w:br/>
        <w:t>Ступай тут бережно, щоб часом на застряг,&lt;br /&gt;</w:t>
        <w:br/>
        <w:t>Не спотикайсь на жаб, у глиб не провалися —&lt;br /&gt;</w:t>
        <w:br/>
        <w:t>Бач, сходи трухлі ген у прірву простяглися,&lt;br /&gt;</w:t>
        <w:br/>
        <w:t>Де ледве мріється безформений масив.&lt;br /&gt;</w:t>
        <w:br/>
        <w:t>Недоїдки потрав, недогнилки м'ясив,&lt;br /&gt;</w:t>
        <w:br/>
        <w:t>Прогірклі пахощі в цвітних персидських склянках,&lt;br /&gt;</w:t>
        <w:br/>
        <w:t>Тази, де милися гетери по гулянках,&lt;br /&gt;</w:t>
        <w:br/>
        <w:t>Офіри ідолам, що назарей зборов,&lt;br /&gt;</w:t>
        <w:br/>
        <w:t>I гладіаторів, і мучеників кров,&lt;br /&gt;</w:t>
        <w:br/>
        <w:t>Убивства потайні й нечисті поцілунки,&lt;br /&gt;</w:t>
        <w:br/>
        <w:t>Химерні варива Канідії-чаклунки,&lt;br /&gt;</w:t>
        <w:br/>
        <w:t>Драглі, що виблював жерун-Трімальхіон,&lt;br /&gt;</w:t>
        <w:br/>
        <w:t>Всі римські мерзощі,— ім'я їм легіон,—&lt;br /&gt;</w:t>
        <w:br/>
        <w:t>Усьогосвітній бруд притьмом сюди стікає,&lt;br /&gt;</w:t>
        <w:br/>
        <w:t>Крізь шпари цідиться, крізь пори просякає.&lt;br /&gt;</w:t>
        <w:br/>
        <w:t>Там угорі живуть, багрять уста червцем,&lt;br /&gt;</w:t>
        <w:br/>
        <w:t>Співають, люблять, п'ють — і вже гниють живцем;&lt;br /&gt;</w:t>
        <w:br/>
        <w:t>Зловісну язву всяк під квітами скриває,&lt;br /&gt;</w:t>
        <w:br/>
        <w:t>А пошесна ропа в це гноїще спливає.&lt;br /&gt;</w:t>
        <w:br/>
        <w:t>Це стік для нечистот, це гроб світам старим...&lt;br /&gt;</w:t>
        <w:br/>
        <w:t>I Рим увесь отут, високославний Рим,&lt;br /&gt;</w:t>
        <w:br/>
        <w:t>Величний в подвигах, злочинний в пануванні,&lt;br /&gt;</w:t>
        <w:br/>
        <w:t>Загруз без вилазу у цій мертвотній твані.&lt;br /&gt;</w:t>
        <w:br/>
        <w:t>Як вічна пустота, чорніючи, зія&lt;br /&gt;</w:t>
        <w:br/>
        <w:t>Всепоглинаюча бездонна озія;&lt;br /&gt;</w:t>
        <w:br/>
        <w:t>Бабуся виверта сюди кінву іржаву —&lt;br /&gt;</w:t>
        <w:br/>
        <w:t>Помиї чи сміття, історія — державу.&lt;br /&gt;</w:t>
        <w:br/>
        <w:t>Суцільна моторош трущоба ця жахна,&lt;br /&gt;</w:t>
        <w:br/>
        <w:t>Вселенське звалище гнилечі й порохна,&lt;br /&gt;</w:t>
        <w:br/>
        <w:t>Лахміття й покиді, непотрібу й посліду...&lt;br /&gt;</w:t>
        <w:br/>
        <w:t>А в самій глибині, де зроду навіть блідо&lt;br /&gt;</w:t>
        <w:br/>
        <w:t>Не блимне світло дня, вітрець не повійне,&lt;br /&gt;</w:t>
        <w:br/>
        <w:t>Громадиться якесь чудовисько гнійне;&lt;br /&gt;</w:t>
        <w:br/>
        <w:t>Колись живі єства, тепер бридкі здохляки,&lt;br /&gt;</w:t>
        <w:br/>
        <w:t>Хлящем розкидані черевця, очі, хляки,&lt;br /&gt;</w:t>
        <w:br/>
        <w:t>Тут скліють щелепи, а там скелет закляк...&lt;br /&gt;</w:t>
        <w:br/>
        <w:t>Проходиш уперед, затамувавши ляк,&lt;br /&gt;</w:t>
        <w:br/>
        <w:t>I дивишся на цю злиденну скирту гною,&lt;br /&gt;</w:t>
        <w:br/>
        <w:t>Забрьохану дотла багнюкою кальною:&lt;br /&gt;</w:t>
        <w:br/>
        <w:t>Не знати, чим була та погань на землі —&lt;br /&gt;</w:t>
        <w:br/>
        <w:t>Чи псине стерво то, чи цезарі гнилі.</w:t>
      </w:r>
    </w:p>
    <w:p>
      <w:r>
        <w:br/>
        <w:t>ПІСЕНЬКА</w:t>
      </w:r>
    </w:p>
    <w:p>
      <w:r>
        <w:br/>
        <w:t>В віках сія його величчя.&lt;br /&gt;</w:t>
        <w:br/>
        <w:t>П'ятнадцять літ&lt;br /&gt;</w:t>
        <w:br/>
        <w:t>Його потуга войовнича&lt;br /&gt;</w:t>
        <w:br/>
        <w:t>Стрясала світ.&lt;br /&gt;</w:t>
        <w:br/>
        <w:t>Його здіймала перемога&lt;br /&gt;</w:t>
        <w:br/>
        <w:t>На верх подій...&lt;br /&gt;</w:t>
        <w:br/>
        <w:t>А ти мавпуєш якомога,&lt;br /&gt;</w:t>
        <w:br/>
        <w:t>Малий мавпій.</w:t>
      </w:r>
    </w:p>
    <w:p>
      <w:r>
        <w:br/>
        <w:t>Він часто сам ходив до бою,&lt;br /&gt;</w:t>
        <w:br/>
        <w:t>Як лев, і вів&lt;br /&gt;</w:t>
        <w:br/>
        <w:t>Крізь пекло всюди за собою&lt;br /&gt;</w:t>
        <w:br/>
        <w:t>Своїх орлів.&lt;br /&gt;</w:t>
        <w:br/>
        <w:t>Він без вагання довірявся&lt;br /&gt;</w:t>
        <w:br/>
        <w:t>Судьбі сліпій...&lt;br /&gt;</w:t>
        <w:br/>
        <w:t>А ти лиш золота накрався,&lt;br /&gt;</w:t>
        <w:br/>
        <w:t>Малий мавпій.</w:t>
      </w:r>
    </w:p>
    <w:p>
      <w:r>
        <w:br/>
        <w:t>Він не одну було столицю&lt;br /&gt;</w:t>
        <w:br/>
        <w:t>Своєю звав,&lt;br /&gt;</w:t>
        <w:br/>
        <w:t>З них, мов корсети, силоміццю&lt;br /&gt;</w:t>
        <w:br/>
        <w:t>Фортеці рвав;&lt;br /&gt;</w:t>
        <w:br/>
        <w:t>Добув він штурмом сто бастілій,&lt;br /&gt;</w:t>
        <w:br/>
        <w:t>Рвачкий борвій...&lt;br /&gt;</w:t>
        <w:br/>
        <w:t>А ти з повіями лиш смілий,&lt;br /&gt;</w:t>
        <w:br/>
        <w:t>Малий мавпій.</w:t>
      </w:r>
    </w:p>
    <w:p>
      <w:r>
        <w:br/>
        <w:t>Світами гнав він по роздоллю&lt;br /&gt;</w:t>
        <w:br/>
        <w:t>Під грім литавр,&lt;br /&gt;</w:t>
        <w:br/>
        <w:t>В руках тримав він людства долю,&lt;br /&gt;</w:t>
        <w:br/>
        <w:t>I меч, і лавр;&lt;br /&gt;</w:t>
        <w:br/>
        <w:t>Любив він величі і слави&lt;br /&gt;</w:t>
        <w:br/>
        <w:t>П'янкий напій...&lt;br /&gt;</w:t>
        <w:br/>
        <w:t>А ти п'єш кров людську, лукавий&lt;br /&gt;</w:t>
        <w:br/>
        <w:t>Малий мавпій.</w:t>
      </w:r>
    </w:p>
    <w:p>
      <w:r>
        <w:br/>
        <w:t>Як він упав у невблаганну&lt;br /&gt;</w:t>
        <w:br/>
        <w:t>Довічну ніч,&lt;br /&gt;</w:t>
        <w:br/>
        <w:t>Розверзлись хлані океану&lt;br /&gt;</w:t>
        <w:br/>
        <w:t>Йому навстріч;&lt;br /&gt;</w:t>
        <w:br/>
        <w:t>Він щез у вирі, велет дужий,&lt;br /&gt;</w:t>
        <w:br/>
        <w:t>Як дух грізний...&lt;br /&gt;</w:t>
        <w:br/>
        <w:t>А ти утопишся в калюжі,&lt;br /&gt;</w:t>
        <w:br/>
        <w:t>Малий мавпій.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збірки "Кари"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