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 Цензорину</w:t>
      </w:r>
    </w:p>
    <w:p>
      <w:r>
        <w:br/>
        <w:t xml:space="preserve"> &lt;blockquote&gt;Donorem pateras, grataque nommodus ets.&lt;br /&gt;</w:t>
        <w:br/>
        <w:t>Hor. lib. IV. od. 1 [3]&lt;br /&gt;</w:t>
        <w:br/>
        <w:t>&lt;/blockquote&gt;&lt;br /&gt;</w:t>
        <w:br/>
        <w:t>Когда б мой скромный дом кумиры украшали,&lt;br /&gt;</w:t>
        <w:br/>
        <w:t>Ваянные рукой художника-творца,-&lt;br /&gt;</w:t>
        <w:br/>
        <w:t>Который силою волшебного резца&lt;br /&gt;</w:t>
        <w:br/>
        <w:t>В отломках мрамора, иль бронзы, или стали&lt;br /&gt;</w:t>
        <w:br/>
        <w:t>Героев и богов в Афинах воскрешал;&lt;br /&gt;</w:t>
        <w:br/>
        <w:t>Иль если б ряд картин изящных в нем стоял,&lt;br /&gt;</w:t>
        <w:br/>
        <w:t>Которым хитра кисть Парразья [4] животворна&lt;br /&gt;</w:t>
        <w:br/>
        <w:t>Умела на холсте жизнь с краской перелить.&lt;br /&gt;</w:t>
        <w:br/>
        <w:t>О нежный Цензорин! о дружба благотворна!&lt;br /&gt;</w:t>
        <w:br/>
        <w:t>Для вас Гораций сим не стал бы дорожить:&lt;br /&gt;</w:t>
        <w:br/>
        <w:t>Вам кисть Парразия, вам Скопы [5] истуканы,-&lt;br /&gt;</w:t>
        <w:br/>
        <w:t>Вам бронзы редкие, и чаши вам чеканны,&lt;br /&gt;</w:t>
        <w:br/>
        <w:t>И те треножники, которых грек искал&lt;br /&gt;</w:t>
        <w:br/>
        <w:t>На поприще побед и доблестей в награду,-&lt;br /&gt;</w:t>
        <w:br/>
        <w:t>Я б все вам в дар принес. Но зрю к тому преграду:&lt;br /&gt;</w:t>
        <w:br/>
        <w:t>Я сих даров лишен, и я их не искал.&lt;br /&gt;</w:t>
        <w:br/>
        <w:t>А если б и имел, тебя ль их блеск чудесный&lt;br /&gt;</w:t>
        <w:br/>
        <w:t>Своим изяществом роскошным удивит?&lt;br /&gt;</w:t>
        <w:br/>
        <w:t>Тебя ль, у коего сам вкуса бог прелестный&lt;br /&gt;</w:t>
        <w:br/>
        <w:t>С богинею искусств в чертогах председит?&lt;br /&gt;</w:t>
        <w:br/>
        <w:t>Стихи ль тебя пленят? стихи писать умею,&lt;br /&gt;</w:t>
        <w:br/>
        <w:t>И, принося их в дар, усердной жертвой сею&lt;br /&gt;</w:t>
        <w:br/>
        <w:t>Хочу я восхвалить достоинство певцов.&lt;br /&gt;</w:t>
        <w:br/>
        <w:t>Что пышны надписи? что горды обелиски?&lt;br /&gt;</w:t>
        <w:br/>
        <w:t>Что мрамор, коим Рим тщеславится великий&lt;br /&gt;</w:t>
        <w:br/>
        <w:t>И в коем воскресил он честь своих сынов?&lt;br /&gt;</w:t>
        <w:br/>
        <w:t>Ни Ганнибаловых [6] коварств ниспроверженье,&lt;br /&gt;</w:t>
        <w:br/>
        <w:t>Ни бегство гибельно его за море вспять,&lt;br /&gt;</w:t>
        <w:br/>
        <w:t>Ни Карфагена в прах безможного паденье&lt;br /&gt;</w:t>
        <w:br/>
        <w:t>В потомстве римских дел громчей не возвестят:&lt;br /&gt;</w:t>
        <w:br/>
        <w:t>Как лира звонкая калабрской славной музы, [7]&lt;br /&gt;</w:t>
        <w:br/>
        <w:t>Бессмертною хвалой тому гремящей вслед,-&lt;br /&gt;</w:t>
        <w:br/>
        <w:t>Кто, Африку поправ и наложив ей узы,&lt;br /&gt;</w:t>
        <w:br/>
        <w:t>С ней имя разделил во мзду своих побед!..&lt;br /&gt;</w:t>
        <w:br/>
        <w:t>Коль Музы не хотят прославить добродетель,&lt;br /&gt;</w:t>
        <w:br/>
        <w:t>Где ж должна мзда добру? и кто добра свидетель?&lt;br /&gt;</w:t>
        <w:br/>
        <w:t>Что рода римлян честь? где слух их древних дел,&lt;br /&gt;</w:t>
        <w:br/>
        <w:t>Когда в завистный Крон [8] забвенью повелел,&lt;br /&gt;</w:t>
        <w:br/>
        <w:t>Чтоб сына Марсова и Рейна деянья [9]&lt;br /&gt;</w:t>
        <w:br/>
        <w:t>Покрыты были в век печатию молчанья?&lt;br /&gt;</w:t>
        <w:br/>
        <w:t>Один поэтов глас всесильный мог спасти&lt;br /&gt;</w:t>
        <w:br/>
        <w:t>Зака мудрого от вод Стигийской бездны [10]&lt;br /&gt;</w:t>
        <w:br/>
        <w:t>И к райским островам волшебно пренести;&lt;br /&gt;</w:t>
        <w:br/>
        <w:t>Лишь Музы, смертного взнося в страны надзвездны,&lt;br /&gt;</w:t>
        <w:br/>
        <w:t>Готовят для него там тысящи отрад&lt;br /&gt;</w:t>
        <w:br/>
        <w:t>И мужу славному во гроб снийти претят;&lt;br /&gt;</w:t>
        <w:br/>
        <w:t>Лишь Музы на Олимп Иракла преселили [11]&lt;br /&gt;</w:t>
        <w:br/>
        <w:t>И Зевсовым пирам его сопричастили,&lt;br /&gt;</w:t>
        <w:br/>
        <w:t>Чрез них-то, нежных двух Тиндара сыновей, [12]&lt;br /&gt;</w:t>
        <w:br/>
        <w:t>Созвездья на небе лишь только утвердились,-&lt;br /&gt;</w:t>
        <w:br/>
        <w:t>Как тысящи в моря плывущих кораблей&lt;br /&gt;</w:t>
        <w:br/>
        <w:t>От близкой гибели в пучинах свободились.&lt;br /&gt;</w:t>
        <w:br/>
        <w:t>Чрез них и юный Вакх, [13] — с улыбкой на устах,&lt;br /&gt;</w:t>
        <w:br/>
        <w:t>С челом, от гроздиев лозою увязненным,-&lt;br /&gt;</w:t>
        <w:br/>
        <w:t>Обеты смертных чад, сокрытые в сердцах,&lt;br /&gt;</w:t>
        <w:br/>
        <w:t>Венчает в благости успехом вожделенным.&lt;br /&gt;</w:t>
        <w:br/>
        <w:t>[1819]&lt;br /&gt;</w:t>
        <w:br/>
        <w:t>[3] — Я залюбки надарував би друзям чаші й бронзові посудини…Горацій, кн. IV, ода 1.&lt;br /&gt;</w:t>
        <w:br/>
        <w:t>[4] — Паррасій — давньогрецький живописець другої половини V ст. до н.е.&lt;br /&gt;</w:t>
        <w:br/>
        <w:t>[5] — Скопа (Скопас) — давньогрецький скульптор і архітектор IV ст. до н.е.&lt;br /&gt;</w:t>
        <w:br/>
        <w:t>[6] — Ганнібал (247–183 до н.е.) — карфагенський полководець і політичний діяч. Карфагенсько військо, очолюване Ганнібалом, неодноразово завдавало поразок римлянам.&lt;br /&gt;</w:t>
        <w:br/>
        <w:t>[7] — Йдеться про калабрійського поета Еннія (169 до н.е.).&lt;br /&gt;</w:t>
        <w:br/>
        <w:t>[8] — Крон (Кронос) — один з найдавніших богів античної Греції. Крону, за легендою, було пророчено загибель від одного з його синів. Тому він ковтав кожну народжену його дружиною Реєю дитину. Цієї долі уникнув Зевс (у майбутньому — верховний бог греків, цар і батько богів та людей), замість якого Роя дала Крону проковтнути загорнутий у пелюшки камінь.&lt;br /&gt;</w:t>
        <w:br/>
        <w:t>[9] — Марс — у римській міфології бог війни. Марс і Рея Сільвія — батьки міфічних засновників Рима Ромула та Рема. При возведенні стін нового міста вони посперечалися і Ромул убив Рема.&lt;br /&gt;</w:t>
        <w:br/>
        <w:t>[10] — 3ак (Еак) — персонаж грецької міфології, син Зевса. Після смерті за справедливість і благочестя боги призначили Еака одним із суддів підземного перства. Стікс — одна з річок підземного царства Аїд; води Стікса вважалися отруйними.&lt;br /&gt;</w:t>
        <w:br/>
        <w:t>[11] — Іраклій, син Зевса, грецький міфічний герой, обдарований великою силою і хоробрістю. За свої подвиги одержав безсмертя і був взятий Зевсом на гору Олімп — місцеперебування богів.&lt;br /&gt;</w:t>
        <w:br/>
        <w:t>[12] — Тіндар — за грецькою міфологією, син спартанського царя Ойбала, одружився з дочкою етолійського царя Ледою, від якої мав кількох дочок і двох синів — Кастора і Полідевка. За їх подвиги, братську любов і дружбу Зевс зробив їх сузір'ям Близнят. У древній Греції Діокурів (прізвисько Кастора та Полідевка) вважали покровителями воїнів і мореплавців.&lt;br /&gt;</w:t>
        <w:br/>
        <w:t>[13] — Вакх (Бахус) — за римською міфологією, син Зевса, бог рослинності, покровитель виноградарства і виноробства.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 Цензорину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