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Каменярі</w:t>
      </w:r>
    </w:p>
    <w:p>
      <w:r>
        <w:br/>
        <w:t xml:space="preserve"> Я бачив дивний сон.&lt;br /&gt;</w:t>
        <w:br/>
        <w:t>Немов передо мною&lt;br /&gt;</w:t>
        <w:br/>
        <w:t>Безмiрна, та пуста, i дика площина&lt;br /&gt;</w:t>
        <w:br/>
        <w:t>I я, прикований ланцем залiзним, стою&lt;br /&gt;</w:t>
        <w:br/>
        <w:t>Пiд височенною гранiтною скалою,&lt;br /&gt;</w:t>
        <w:br/>
        <w:t>А далi тисячi таких самих, як я.</w:t>
      </w:r>
    </w:p>
    <w:p>
      <w:r>
        <w:br/>
        <w:t>У кожного чоло життя i жаль порили,&lt;br /&gt;</w:t>
        <w:br/>
        <w:t>I в оцi кожного горить любовi жар,&lt;br /&gt;</w:t>
        <w:br/>
        <w:t>I руки в кожного ланцi, мов гадь, обвили,&lt;br /&gt;</w:t>
        <w:br/>
        <w:t>I плечi кожного додолу ся схилили,&lt;br /&gt;</w:t>
        <w:br/>
        <w:t>Бо давить всiх один страшний якийсь тягар.</w:t>
      </w:r>
    </w:p>
    <w:p>
      <w:r>
        <w:br/>
        <w:t>У кожного в руках тяжкий залiзний молот,&lt;br /&gt;</w:t>
        <w:br/>
        <w:t>I голос сильний нам згори, як грiм, гримить:&lt;br /&gt;</w:t>
        <w:br/>
        <w:t>"Лупайте сю скалу! Нехай нi жар, нi холод&lt;br /&gt;</w:t>
        <w:br/>
        <w:t>Не спинить вас!&lt;br /&gt;</w:t>
        <w:br/>
        <w:t>Зносiть i труд, i спрагу, й голод,&lt;br /&gt;</w:t>
        <w:br/>
        <w:t>Бо вам призначено скалу сесю розбить".</w:t>
      </w:r>
    </w:p>
    <w:p>
      <w:r>
        <w:br/>
        <w:t>I всi ми, як один, пiдняли вгору руки,&lt;br /&gt;</w:t>
        <w:br/>
        <w:t>I тисяч молотiв о камiнь загуло,&lt;br /&gt;</w:t>
        <w:br/>
        <w:t>I в тисячнi боки розприскалися штуки&lt;br /&gt;</w:t>
        <w:br/>
        <w:t>Та вiдривки скали; ми з силою розпуки&lt;br /&gt;</w:t>
        <w:br/>
        <w:t>Раз по раз гримали о кам'яне чоло.</w:t>
      </w:r>
    </w:p>
    <w:p>
      <w:r>
        <w:br/>
        <w:t>Мов водопаду рев, мов битви гук кривавий,&lt;br /&gt;</w:t>
        <w:br/>
        <w:t>Так нашi молоти гримiли раз у раз;&lt;br /&gt;</w:t>
        <w:br/>
        <w:t>I п'ядь за п'ядею ми мiсця здобували;&lt;br /&gt;</w:t>
        <w:br/>
        <w:t>Хоч не одного там калiчили тi скали,&lt;br /&gt;</w:t>
        <w:br/>
        <w:t>Ми далi йшли, нiщо не спинювало нас.</w:t>
      </w:r>
    </w:p>
    <w:p>
      <w:r>
        <w:br/>
        <w:t>I кожний з нас те знав, що слави нам не буде,&lt;br /&gt;</w:t>
        <w:br/>
        <w:t>Нi пам'ятi в людей за сей кривавий труд,&lt;br /&gt;</w:t>
        <w:br/>
        <w:t>Що аж тодi пiдуть по сiй дорозi люди,&lt;br /&gt;</w:t>
        <w:br/>
        <w:t>Як ми проб'єм її та вирiвняєм всюди,&lt;br /&gt;</w:t>
        <w:br/>
        <w:t>Як нашi костi тут пiд нею зогниють.</w:t>
      </w:r>
    </w:p>
    <w:p>
      <w:r>
        <w:br/>
        <w:t>Та слави людської зовсiм ми не бажали,&lt;br /&gt;</w:t>
        <w:br/>
        <w:t>Бо не герої ми i не богатирi.&lt;br /&gt;</w:t>
        <w:br/>
        <w:t>Нi, ми невольники, хоч добровiльно взяли&lt;br /&gt;</w:t>
        <w:br/>
        <w:t>На себе пута. Ми рабами волi стали:&lt;br /&gt;</w:t>
        <w:br/>
        <w:t>На шляху поступу ми лиш каменярi.</w:t>
      </w:r>
    </w:p>
    <w:p>
      <w:r>
        <w:br/>
        <w:t>I всi ми вiрили, що своїми руками&lt;br /&gt;</w:t>
        <w:br/>
        <w:t>Розiб'ємо скалу, роздробимо гранiт,&lt;br /&gt;</w:t>
        <w:br/>
        <w:t>Що кров'ю власною i власними кiстками&lt;br /&gt;</w:t>
        <w:br/>
        <w:t>Твердий змуруємо гостинець i за нами&lt;br /&gt;</w:t>
        <w:br/>
        <w:t>Прийде нове життя, добро нове у свiт.</w:t>
      </w:r>
    </w:p>
    <w:p>
      <w:r>
        <w:br/>
        <w:t>I знали ми, що там далеко десь у свiтi,&lt;br /&gt;</w:t>
        <w:br/>
        <w:t>Який ми кинули для працi, поту й пут,&lt;br /&gt;</w:t>
        <w:br/>
        <w:t>За нами сльози ллють мами, жiнки i дiти,&lt;br /&gt;</w:t>
        <w:br/>
        <w:t>Що други й недруги, гнiвнiї та сердитi,&lt;br /&gt;</w:t>
        <w:br/>
        <w:t>I нас, i намiр наш, i дiло те кленуть.</w:t>
      </w:r>
    </w:p>
    <w:p>
      <w:r>
        <w:br/>
        <w:t>Ми знали се, i в нас не раз душа болiла,&lt;br /&gt;</w:t>
        <w:br/>
        <w:t>I серце рвалося, i груди жаль стискав;&lt;br /&gt;</w:t>
        <w:br/>
        <w:t>Та сльози, анi жаль, нi бiль пекучий тiла,&lt;br /&gt;</w:t>
        <w:br/>
        <w:t>Анi прокляття нас не вiдтягли вiд дiла,&lt;br /&gt;</w:t>
        <w:br/>
        <w:t>I молота нiхто iз рук не випускав.</w:t>
      </w:r>
    </w:p>
    <w:p>
      <w:r>
        <w:br/>
        <w:t>Отак ми всi йдемо, в одну громаду скутi&lt;br /&gt;</w:t>
        <w:br/>
        <w:t>Святою думкою, а молоти в руках.&lt;br /&gt;</w:t>
        <w:br/>
        <w:t>Нехай проклятi ми i свiтом позабутi!&lt;br /&gt;</w:t>
        <w:br/>
        <w:t>Ми ломимо скалу, рiвняєм правдi путi,&lt;br /&gt;</w:t>
        <w:br/>
        <w:t>I щастя всiх прийде по наших аж кiстках.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Каменярі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