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Канів</w:t>
      </w:r>
    </w:p>
    <w:p>
      <w:r>
        <w:br/>
        <w:t xml:space="preserve"> &lt;blockquote&gt;Г. Ко-вій&lt;/blockquote&gt;</w:t>
      </w:r>
    </w:p>
    <w:p>
      <w:r>
        <w:br/>
        <w:t>Покірний наймит я, давно прикутий&lt;br /&gt;</w:t>
        <w:br/>
        <w:t>Бажанням їсти щось до рахівниць;&lt;br /&gt;</w:t>
        <w:br/>
        <w:t>Давно душа моя схилилась ниць,&lt;br /&gt;</w:t>
        <w:br/>
        <w:t>Міста, під вашим подихом отрути.&lt;br /&gt;</w:t>
        <w:br/>
        <w:t>Так через віщо ж досі не забути&lt;br /&gt;</w:t>
        <w:br/>
        <w:t>Мені світанків в полі й косовиць;&lt;br /&gt;</w:t>
        <w:br/>
        <w:t>Так через віщо ж солоденький Гриць&lt;br /&gt;</w:t>
        <w:br/>
        <w:t>І досі ще мені хвилює груди?&lt;br /&gt;</w:t>
        <w:br/>
        <w:t>Вже цукроварні, фабрики і гути&lt;br /&gt;</w:t>
        <w:br/>
        <w:t>Встилають димом золото пшениць...&lt;br /&gt;</w:t>
        <w:br/>
        <w:t>І вже в минулім можна все збагнути,&lt;br /&gt;</w:t>
        <w:br/>
        <w:t>І вже нема в майбутнім таємниць!</w:t>
      </w:r>
    </w:p>
    <w:p>
      <w:r>
        <w:br/>
        <w:t>І одягає машинова міць&lt;br /&gt;</w:t>
        <w:br/>
        <w:t>І дні мої, й таку наївну бранку,&lt;br /&gt;</w:t>
        <w:br/>
        <w:t>Мою країну, з прадідів селянку,&lt;br /&gt;</w:t>
        <w:br/>
        <w:t>Співучу землю смутку і криниць...&lt;br /&gt;</w:t>
        <w:br/>
        <w:t>Вже не впаду на сіно горілиць,&lt;br /&gt;</w:t>
        <w:br/>
        <w:t>Щоб пити вітер, ніч і степ до ранку,&lt;br /&gt;</w:t>
        <w:br/>
        <w:t>А потягну в кафе бліду панянку&lt;br /&gt;</w:t>
        <w:br/>
        <w:t>Або досвідчених в коханні молодиць.&lt;br /&gt;</w:t>
        <w:br/>
        <w:t>Або ж при світлі тихих блискавиць,&lt;br /&gt;</w:t>
        <w:br/>
        <w:t>Що людський геній їх замкнув у склянку,&lt;br /&gt;</w:t>
        <w:br/>
        <w:t>Пірну в думки й серед нудних крамниць&lt;br /&gt;</w:t>
        <w:br/>
        <w:t>Ходжу-блуджу всю ніч безперестанку.</w:t>
      </w:r>
    </w:p>
    <w:p>
      <w:r>
        <w:br/>
        <w:t>І в час, мов брук, сіренького світанку,&lt;br /&gt;</w:t>
        <w:br/>
        <w:t>Коли ще землю повивають сни,&lt;br /&gt;</w:t>
        <w:br/>
        <w:t>Не вітер з поля — дужий та ясний —&lt;br /&gt;</w:t>
        <w:br/>
        <w:t>Свій ранній спів складе мені на ганку.&lt;br /&gt;</w:t>
        <w:br/>
        <w:t>Ні, в передмісті роздере горлянку&lt;br /&gt;</w:t>
        <w:br/>
        <w:t>Заводів рев — покликач навісний,&lt;br /&gt;</w:t>
        <w:br/>
        <w:t>Щоб ми, селян онуки і сини,&lt;br /&gt;</w:t>
        <w:br/>
        <w:t>В ланцюг життя нову вплітали ланку,&lt;br /&gt;</w:t>
        <w:br/>
        <w:t>Змінивши плуга, свиту і веснянку&lt;br /&gt;</w:t>
        <w:br/>
        <w:t>І самий пах селянської весни&lt;br /&gt;</w:t>
        <w:br/>
        <w:t>На рахівниці, теку і вагранку&lt;br /&gt;</w:t>
        <w:br/>
        <w:t>І в кам’яницях закуток тісний!</w:t>
      </w:r>
    </w:p>
    <w:p>
      <w:r>
        <w:br/>
        <w:t>І навіть піт гарячий та рясний,&lt;br /&gt;</w:t>
        <w:br/>
        <w:t>Такий солодкий і разом солоний,&lt;br /&gt;</w:t>
        <w:br/>
        <w:t>Що у дідів по хуторах відгонив&lt;br /&gt;</w:t>
        <w:br/>
        <w:t>Чимсь, наче пар піднятий восени,—&lt;br /&gt;</w:t>
        <w:br/>
        <w:t>В диму заводів — темний та масний —&lt;br /&gt;</w:t>
        <w:br/>
        <w:t>Не нагадає про широкі гони,&lt;br /&gt;</w:t>
        <w:br/>
        <w:t>Де на обніжку дикий мак червоний&lt;br /&gt;</w:t>
        <w:br/>
        <w:t>Посіяв вітер з краю борозни!&lt;br /&gt;</w:t>
        <w:br/>
        <w:t>Бо голос крові став неголосний&lt;br /&gt;</w:t>
        <w:br/>
        <w:t>І не подав онукам оборони,&lt;br /&gt;</w:t>
        <w:br/>
        <w:t>Коли їх час могутній та грізний&lt;br /&gt;</w:t>
        <w:br/>
        <w:t>Гнав од дідизни у міські полони!</w:t>
      </w:r>
    </w:p>
    <w:p>
      <w:r>
        <w:br/>
        <w:t>І йшли, і йдуть безмежні міліони&lt;br /&gt;</w:t>
        <w:br/>
        <w:t>Селян колишніх, давніх, як і я.&lt;br /&gt;</w:t>
        <w:br/>
        <w:t>Й рука, скажи, наважиться чия&lt;br /&gt;</w:t>
        <w:br/>
        <w:t>Твою зламати волю і закони?&lt;br /&gt;</w:t>
        <w:br/>
        <w:t>О місто-велетню, що виростив бетони&lt;br /&gt;</w:t>
        <w:br/>
        <w:t>Там, де колись пишалися поля,&lt;br /&gt;</w:t>
        <w:br/>
        <w:t>І тільки вітер молодий гуляв&lt;br /&gt;</w:t>
        <w:br/>
        <w:t>І тіні хмар на ярину нагонив.&lt;br /&gt;</w:t>
        <w:br/>
        <w:t>А ще раніш кочівників загони&lt;br /&gt;</w:t>
        <w:br/>
        <w:t>В шовковій тирсі ранками спиняв&lt;br /&gt;</w:t>
        <w:br/>
        <w:t>Дніпро, що тут сріблясті перепони&lt;br /&gt;</w:t>
        <w:br/>
        <w:t>Для них в степу широкім розілляв!</w:t>
      </w:r>
    </w:p>
    <w:p>
      <w:r>
        <w:br/>
        <w:t>А нині гордо в небо повстромляв&lt;br /&gt;</w:t>
        <w:br/>
        <w:t>Ти кам’яниць своїх бетон надійний&lt;br /&gt;</w:t>
        <w:br/>
        <w:t>На знак того, що припинила війни&lt;br /&gt;</w:t>
        <w:br/>
        <w:t>З тобою вже приборкана земля!&lt;br /&gt;</w:t>
        <w:br/>
        <w:t>Нащадку степу, що тебе прокляв&lt;br /&gt;</w:t>
        <w:br/>
        <w:t>Не раз твій дід — в байраці хутір мрійний,&lt;br /&gt;</w:t>
        <w:br/>
        <w:t>Немов у казці журавель сумирний,&lt;br /&gt;</w:t>
        <w:br/>
        <w:t>Що непомітно викохав орля...&lt;br /&gt;</w:t>
        <w:br/>
        <w:t>І Я, пішовши хлопцем відтіля,&lt;br /&gt;</w:t>
        <w:br/>
        <w:t>Приніс тобі не ладану та смирни —&lt;br /&gt;</w:t>
        <w:br/>
        <w:t>Все, що батькам моїм дала рілля,—&lt;br /&gt;</w:t>
        <w:br/>
        <w:t>Терпіти дар великий та безмірний!</w:t>
      </w:r>
    </w:p>
    <w:p>
      <w:r>
        <w:br/>
        <w:t>І ось тепер, твоїм законам вірний,&lt;br /&gt;</w:t>
        <w:br/>
        <w:t>Все ж відчуваю, що в мені жива&lt;br /&gt;</w:t>
        <w:br/>
        <w:t>Сіл незліченних мрія вікова&lt;br /&gt;</w:t>
        <w:br/>
        <w:t>Про переліг незайманий та вільний!&lt;br /&gt;</w:t>
        <w:br/>
        <w:t>І часто я втупляю погляд пильний&lt;br /&gt;</w:t>
        <w:br/>
        <w:t>У далечінь, де смуга лісова&lt;br /&gt;</w:t>
        <w:br/>
        <w:t>З очей моїх пожадливих хова&lt;br /&gt;</w:t>
        <w:br/>
        <w:t>Степів колишніх вид багатомильний...&lt;br /&gt;</w:t>
        <w:br/>
        <w:t>І через те, як прийде день недільний,&lt;br /&gt;</w:t>
        <w:br/>
        <w:t>Несе мене, гуркочучи, трамвай&lt;br /&gt;</w:t>
        <w:br/>
        <w:t>Кудись за місто, де пісок суцільний&lt;br /&gt;</w:t>
        <w:br/>
        <w:t>Бодай ріденька укрива трава...</w:t>
      </w:r>
    </w:p>
    <w:p>
      <w:r>
        <w:br/>
        <w:t>З дитячих спогадів тяжіє голова,&lt;br /&gt;</w:t>
        <w:br/>
        <w:t>Коли моріг постелеться під ноги,&lt;br /&gt;</w:t>
        <w:br/>
        <w:t>Коли вгорі дзвенить сосна й розлогий&lt;br /&gt;</w:t>
        <w:br/>
        <w:t>Дуб холодком повільним повіва...&lt;br /&gt;</w:t>
        <w:br/>
        <w:t>Вузенька стежка... Знову дерева...&lt;br /&gt;</w:t>
        <w:br/>
        <w:t>І далі берег жовтий та улогий,&lt;br /&gt;</w:t>
        <w:br/>
        <w:t>І за Дніпром замайорять пологи&lt;br /&gt;</w:t>
        <w:br/>
        <w:t>І наче привид — села і жнива...&lt;br /&gt;</w:t>
        <w:br/>
        <w:t>І тихий спів... про те, як удова&lt;br /&gt;</w:t>
        <w:br/>
        <w:t>Та сподівалася синів з дороги.&lt;br /&gt;</w:t>
        <w:br/>
        <w:t>...А все ж чомусь не набіжать слова&lt;br /&gt;</w:t>
        <w:br/>
        <w:t>В рядки наївні тихої еклоги!</w:t>
      </w:r>
    </w:p>
    <w:p>
      <w:r>
        <w:br/>
        <w:t>Селянський краю мій, навік убогий!&lt;br /&gt;</w:t>
        <w:br/>
        <w:t>Вже я не той, як за дитячих літ...&lt;br /&gt;</w:t>
        <w:br/>
        <w:t>Але й в тобі хіба що Заповіт&lt;br /&gt;</w:t>
        <w:br/>
        <w:t>Час відмінити ще не має змоги!&lt;br /&gt;</w:t>
        <w:br/>
        <w:t>А вже й Дніпро не той... Вже і пороги&lt;br /&gt;</w:t>
        <w:br/>
        <w:t>Ось-ось одягнуть в крицю та граніт.&lt;br /&gt;</w:t>
        <w:br/>
        <w:t>...Навіть недавнє — наче давній міт,&lt;br /&gt;</w:t>
        <w:br/>
        <w:t>Як і казки про вільні перелоги...&lt;br /&gt;</w:t>
        <w:br/>
        <w:t>Щодня нові потреби і вимоги&lt;br /&gt;</w:t>
        <w:br/>
        <w:t>Женуть тебе в новий, незнаний світ,&lt;br /&gt;</w:t>
        <w:br/>
        <w:t>І дні твої — сіренькі епілоги&lt;br /&gt;</w:t>
        <w:br/>
        <w:t>Віків, що їх розпочинав був скит...</w:t>
      </w:r>
    </w:p>
    <w:p>
      <w:r>
        <w:br/>
        <w:t>Усе пливе... мов той незграбний пліт,&lt;br /&gt;</w:t>
        <w:br/>
        <w:t>Де білорусові під час негоди&lt;br /&gt;</w:t>
        <w:br/>
        <w:t>Чомусь ввижається, що до господи&lt;br /&gt;</w:t>
        <w:br/>
        <w:t>Він не поверне, кинувши сиріт...&lt;br /&gt;</w:t>
        <w:br/>
        <w:t>Пливуть світи, прикуті до орбіт...&lt;br /&gt;</w:t>
        <w:br/>
        <w:t>Пливуть часи — великий чин природи...&lt;br /&gt;</w:t>
        <w:br/>
        <w:t>Пливуть у безвість племена й народи,&lt;br /&gt;</w:t>
        <w:br/>
        <w:t>Держави, війни, боротьба і гніт...&lt;br /&gt;</w:t>
        <w:br/>
        <w:t>Бо щодоби підноситься в зеніт&lt;br /&gt;</w:t>
        <w:br/>
        <w:t>Всевладний диск, що й перед часом сходив,&lt;br /&gt;</w:t>
        <w:br/>
        <w:t>І щовесни новий буяє цвіт,&lt;br /&gt;</w:t>
        <w:br/>
        <w:t>І раз у раз хвилює місяць води...</w:t>
      </w:r>
    </w:p>
    <w:p>
      <w:r>
        <w:br/>
        <w:t>Життя міняє форми — й перешкоди,&lt;br /&gt;</w:t>
        <w:br/>
        <w:t>Що їх зустріне на шляху своїм,&lt;br /&gt;</w:t>
        <w:br/>
        <w:t>Змітає геть або ж диктує їм&lt;br /&gt;</w:t>
        <w:br/>
        <w:t>З новим шукати спільності та згоди!&lt;br /&gt;</w:t>
        <w:br/>
        <w:t>Я наче бачу височенні сходи,—&lt;br /&gt;</w:t>
        <w:br/>
        <w:t>Кінчаючи біжучим днем моїм,—&lt;br /&gt;</w:t>
        <w:br/>
        <w:t>Безкраю смугу весен, літ і зим,&lt;br /&gt;</w:t>
        <w:br/>
        <w:t>Що ними край мій тихо переходив,&lt;br /&gt;</w:t>
        <w:br/>
        <w:t>Аж доки виросли міста й заводи,&lt;br /&gt;</w:t>
        <w:br/>
        <w:t>Свій кучерявий розстелили дим&lt;br /&gt;</w:t>
        <w:br/>
        <w:t>На вас, поля, левади та городи,&lt;br /&gt;</w:t>
        <w:br/>
        <w:t>І на рядки моїх думок і рим...</w:t>
      </w:r>
    </w:p>
    <w:p>
      <w:r>
        <w:br/>
        <w:t>Але ще довго-довго за новим,&lt;br /&gt;</w:t>
        <w:br/>
        <w:t>Що шлях йому послався на висоти,&lt;br /&gt;</w:t>
        <w:br/>
        <w:t>Тягтиметься без волі і охоти&lt;br /&gt;</w:t>
        <w:br/>
        <w:t>Все те, що ми його звемо старим,—&lt;br /&gt;</w:t>
        <w:br/>
        <w:t>Вони-бо скуті коренем одним!&lt;br /&gt;</w:t>
        <w:br/>
        <w:t>Адже й в новім бринять знайомі ноти&lt;br /&gt;</w:t>
        <w:br/>
        <w:t>Утоми, болю, темряви й скорботи,&lt;br /&gt;</w:t>
        <w:br/>
        <w:t>Що вже пливли за вітром степовим,&lt;br /&gt;</w:t>
        <w:br/>
        <w:t>Коли й діди мої по сіль у Крим&lt;br /&gt;</w:t>
        <w:br/>
        <w:t>Волами їздили, коли й полоти&lt;br /&gt;</w:t>
        <w:br/>
        <w:t>Ходили мати і коли самим&lt;br /&gt;</w:t>
        <w:br/>
        <w:t>Онукам впало стати до роботи!</w:t>
      </w:r>
    </w:p>
    <w:p>
      <w:r>
        <w:br/>
        <w:t>І досі ще неспокою й турботи&lt;br /&gt;</w:t>
        <w:br/>
        <w:t>Горить огонь в очах моїх братів,&lt;br /&gt;</w:t>
        <w:br/>
        <w:t>Бо він недавно ще палахкотів&lt;br /&gt;</w:t>
        <w:br/>
        <w:t>Десь в глибині самотньої істоти!&lt;br /&gt;</w:t>
        <w:br/>
        <w:t>Бо ще недавно так, немов із скоти,&lt;br /&gt;</w:t>
        <w:br/>
        <w:t>Дивився світ на далі золоті,&lt;br /&gt;</w:t>
        <w:br/>
        <w:t>І тільки де-не-де серед кротів&lt;br /&gt;</w:t>
        <w:br/>
        <w:t>Довговолосі скніли Дон-Кіхоти...&lt;br /&gt;</w:t>
        <w:br/>
        <w:t>Але ж не можу серце розколоти!&lt;br /&gt;</w:t>
        <w:br/>
        <w:t>І ось, чужий тому, чим животів,&lt;br /&gt;</w:t>
        <w:br/>
        <w:t>Не відпочину й за міської сльоти,&lt;br /&gt;</w:t>
        <w:br/>
        <w:t>В полоні цегли, диму і дротів!</w:t>
      </w:r>
    </w:p>
    <w:p>
      <w:r>
        <w:br/>
        <w:t>Бо виріс я на межах двох світів —&lt;br /&gt;</w:t>
        <w:br/>
        <w:t>Півмерлих сіл і міста молодого,&lt;br /&gt;</w:t>
        <w:br/>
        <w:t>І не зречусь ні там, ні тут нічого,&lt;br /&gt;</w:t>
        <w:br/>
        <w:t>Хоч як би часом з болю захотів!&lt;br /&gt;</w:t>
        <w:br/>
        <w:t>Бо роки ранні — мов коріння ті,&lt;br /&gt;</w:t>
        <w:br/>
        <w:t>Зростивши там, де тихо і убого&lt;br /&gt;</w:t>
        <w:br/>
        <w:t>Конаєш ти, минувшино-небого,&lt;br /&gt;</w:t>
        <w:br/>
        <w:t>У чаді в лій намочених гнотів.&lt;br /&gt;</w:t>
        <w:br/>
        <w:t>Я сам, покірний часові й меті&lt;br /&gt;</w:t>
        <w:br/>
        <w:t>Життя, що завжди плине до нового,&lt;br /&gt;</w:t>
        <w:br/>
        <w:t>Немов у сні туди перелетів,&lt;br /&gt;</w:t>
        <w:br/>
        <w:t>Де тяжить брук над мертвим перелогом!</w:t>
      </w:r>
    </w:p>
    <w:p>
      <w:r>
        <w:br/>
        <w:t>О коротенька, наче смерть, дорого,&lt;br /&gt;</w:t>
        <w:br/>
        <w:t>Що розірвала світ на "тут" і "там"!&lt;br /&gt;</w:t>
        <w:br/>
        <w:t>Вже я тепер нікому не віддам&lt;br /&gt;</w:t>
        <w:br/>
        <w:t>Так, як раніше міг, себе усього!&lt;br /&gt;</w:t>
        <w:br/>
        <w:t>Нехай гудки упевнено і строго&lt;br /&gt;</w:t>
        <w:br/>
        <w:t>Щоранку крають вічність пополам —&lt;br /&gt;</w:t>
        <w:br/>
        <w:t>Чужий, чужий я цим новим богам,&lt;br /&gt;</w:t>
        <w:br/>
        <w:t>З своїм селянським розминувшись богом!&lt;br /&gt;</w:t>
        <w:br/>
        <w:t>Але ж і там, де за останнім рогом&lt;br /&gt;</w:t>
        <w:br/>
        <w:t>Ще і тепер дозволено полям&lt;br /&gt;</w:t>
        <w:br/>
        <w:t>Нудити світом, не знайду нічого,&lt;br /&gt;</w:t>
        <w:br/>
        <w:t>Чому б курити пісні фіміам!</w:t>
      </w:r>
    </w:p>
    <w:p>
      <w:r>
        <w:br/>
        <w:t>Поля, поля! Тепер несила вам&lt;br /&gt;</w:t>
        <w:br/>
        <w:t>Зростити спів в колишнім вашім сині,&lt;br /&gt;</w:t>
        <w:br/>
        <w:t>Що відчинив спокійне серце нині&lt;br /&gt;</w:t>
        <w:br/>
        <w:t>Для вас чужим і мертвим голосам!&lt;br /&gt;</w:t>
        <w:br/>
        <w:t>Бо ось виразно відчуваю сам —&lt;br /&gt;</w:t>
        <w:br/>
        <w:t>В полоні цегли і трамвайних ліній,—&lt;br /&gt;</w:t>
        <w:br/>
        <w:t>Що я чужий вашим волошкам синім,&lt;br /&gt;</w:t>
        <w:br/>
        <w:t>Вашим світанкам, вітрові й вівсам,&lt;br /&gt;</w:t>
        <w:br/>
        <w:t>В ту саму міру, як і тим часам,&lt;br /&gt;</w:t>
        <w:br/>
        <w:t>Що, мов раби, лягли до ніг машині,&lt;br /&gt;</w:t>
        <w:br/>
        <w:t>Що їм відкрився крамарський Сезам&lt;br /&gt;</w:t>
        <w:br/>
        <w:t>Під брязкіт куль, карбованців й аршинів.</w:t>
      </w:r>
    </w:p>
    <w:p>
      <w:r>
        <w:br/>
        <w:t>І через те, мабуть, моїй хвилині&lt;br /&gt;</w:t>
        <w:br/>
        <w:t>Вже не піднести гордо голови,&lt;br /&gt;</w:t>
        <w:br/>
        <w:t>Аж доки час, воістину новий,&lt;br /&gt;</w:t>
        <w:br/>
        <w:t>Мов пишний крин, зросте на Україні,&lt;br /&gt;</w:t>
        <w:br/>
        <w:t>І днів роздерті мертві половини —&lt;br /&gt;</w:t>
        <w:br/>
        <w:t>Ширококрилий вітер степовий&lt;br /&gt;</w:t>
        <w:br/>
        <w:t>І бруку темний та голодний вий —&lt;br /&gt;</w:t>
        <w:br/>
        <w:t>Розквітнуть десь в гармонії єдиній!&lt;br /&gt;</w:t>
        <w:br/>
        <w:t>Але ж зате, коли вечірні тіні&lt;br /&gt;</w:t>
        <w:br/>
        <w:t>Проллє на землю безмір світовий,&lt;br /&gt;</w:t>
        <w:br/>
        <w:t>Буває часом — в тихій самотині&lt;br /&gt;</w:t>
        <w:br/>
        <w:t>Я відчуваю часу літ живий!</w:t>
      </w:r>
    </w:p>
    <w:p>
      <w:r>
        <w:br/>
        <w:t>Тоді і шепіт жовклої трави,&lt;br /&gt;</w:t>
        <w:br/>
        <w:t>І кожний голос, що бринить в природі,&lt;br /&gt;</w:t>
        <w:br/>
        <w:t>І вулиць гам, і мудрий спів заводів,&lt;br /&gt;</w:t>
        <w:br/>
        <w:t>І ви, думки умріяні, і ви —&lt;br /&gt;</w:t>
        <w:br/>
        <w:t>Усе мені співає: уяви,&lt;br /&gt;</w:t>
        <w:br/>
        <w:t>Що вже ніщо стоїть на перешкоді,&lt;br /&gt;</w:t>
        <w:br/>
        <w:t>Щоб давній світ у небувалій згоді&lt;br /&gt;</w:t>
        <w:br/>
        <w:t>Свою прадавню єдність відновив!&lt;br /&gt;</w:t>
        <w:br/>
        <w:t>Для того ж в кожнім стогоні лови&lt;br /&gt;</w:t>
        <w:br/>
        <w:t>Початок ще нечуваних мелодій,&lt;br /&gt;</w:t>
        <w:br/>
        <w:t>Натяк на світ воістину новий,&lt;br /&gt;</w:t>
        <w:br/>
        <w:t>Прекрасний так, що й уявити годі!</w:t>
      </w:r>
    </w:p>
    <w:p>
      <w:r>
        <w:br/>
        <w:t>Коли пустелі мертві і безводі&lt;br /&gt;</w:t>
        <w:br/>
        <w:t>В садок обернуть дужі орачі,&lt;br /&gt;</w:t>
        <w:br/>
        <w:t>Що кожен з них ще за дитинства вчив,&lt;br /&gt;</w:t>
        <w:br/>
        <w:t>Що на землі він у своїй господі!&lt;br /&gt;</w:t>
        <w:br/>
        <w:t>І зникнуть десь в минулому насподі&lt;br /&gt;</w:t>
        <w:br/>
        <w:t>Від людських серць завжди нові ключі&lt;br /&gt;</w:t>
        <w:br/>
        <w:t>Лиш через те, що той, хто волочив,—&lt;br /&gt;</w:t>
        <w:br/>
        <w:t>Вже не чужий для бруку й пішоходів!&lt;br /&gt;</w:t>
        <w:br/>
        <w:t>Яка нова розгорнеться відтоді,&lt;br /&gt;</w:t>
        <w:br/>
        <w:t>У далечінь безмежну пливучи,&lt;br /&gt;</w:t>
        <w:br/>
        <w:t>Історія культури і народів,&lt;br /&gt;</w:t>
        <w:br/>
        <w:t>Що час її їм справді доручив!</w:t>
      </w:r>
    </w:p>
    <w:p>
      <w:r>
        <w:br/>
        <w:t>І так замріюсь часом уночі,&lt;br /&gt;</w:t>
        <w:br/>
        <w:t>На самоті в своїй кімнаті білій,&lt;br /&gt;</w:t>
        <w:br/>
        <w:t>А то і вдень, безжурної неділі,&lt;br /&gt;</w:t>
        <w:br/>
        <w:t>Давно знайомим містом ідучи,&lt;br /&gt;</w:t>
        <w:br/>
        <w:t>Що ось пливу що далі, то хутчій,&lt;br /&gt;</w:t>
        <w:br/>
        <w:t>Віддавшись весь уяві легкокрилій.&lt;br /&gt;</w:t>
        <w:br/>
        <w:t>Шумлять мені якісь рожеві хвилі,&lt;br /&gt;</w:t>
        <w:br/>
        <w:t>Бринять вітрила з синьої парчі.&lt;br /&gt;</w:t>
        <w:br/>
        <w:t>А там, за мною,— очі глядачів&lt;br /&gt;</w:t>
        <w:br/>
        <w:t>І береги, ще за дитинства милі,&lt;br /&gt;</w:t>
        <w:br/>
        <w:t>Де назавжди народний дух спочив,&lt;br /&gt;</w:t>
        <w:br/>
        <w:t>Пісні створивши красні та безсилі.</w:t>
      </w:r>
    </w:p>
    <w:p>
      <w:r>
        <w:br/>
        <w:t>І бачу я на давнім небосхилі&lt;br /&gt;</w:t>
        <w:br/>
        <w:t>Байдужі зорі... Стомлені лани...&lt;br /&gt;</w:t>
        <w:br/>
        <w:t>Навіть здається — сиві чабани&lt;br /&gt;</w:t>
        <w:br/>
        <w:t>Гарячим днем маячать на могилі...&lt;br /&gt;</w:t>
        <w:br/>
        <w:t>Знайоме тло нерадісних ідилій!&lt;br /&gt;</w:t>
        <w:br/>
        <w:t>Тут наче людям хтось заборонив&lt;br /&gt;</w:t>
        <w:br/>
        <w:t>Немлявий рух, щоб втратили вони&lt;br /&gt;</w:t>
        <w:br/>
        <w:t>В очах відвагу і бадьорість в тілі!&lt;br /&gt;</w:t>
        <w:br/>
        <w:t>Але лягають поміж нами милі,&lt;br /&gt;</w:t>
        <w:br/>
        <w:t>В тумані тоне відблиск давнини,—&lt;br /&gt;</w:t>
        <w:br/>
        <w:t>І світ новий душі моїй змарнілій&lt;br /&gt;</w:t>
        <w:br/>
        <w:t>Золотосяйний обрій відслонив!</w:t>
      </w:r>
    </w:p>
    <w:p>
      <w:r>
        <w:br/>
        <w:t>І бачу я все те, про віщо снив,&lt;br /&gt;</w:t>
        <w:br/>
        <w:t>Про що земля завжди в мені тужила,&lt;br /&gt;</w:t>
        <w:br/>
        <w:t>Коли дзвенить на селах кожна жила&lt;br /&gt;</w:t>
        <w:br/>
        <w:t>За говірких, налитих сонцем жнив!&lt;br /&gt;</w:t>
        <w:br/>
        <w:t>...Виходять люди на квадрати нив,—&lt;br /&gt;</w:t>
        <w:br/>
        <w:t>А людям тим так наче дано крила,&lt;br /&gt;</w:t>
        <w:br/>
        <w:t>Немов земля ніколи не родила&lt;br /&gt;</w:t>
        <w:br/>
        <w:t>Смутних людців моєї сторони!&lt;br /&gt;</w:t>
        <w:br/>
        <w:t>І кожен з них машину полонив,—&lt;br /&gt;</w:t>
        <w:br/>
        <w:t>А та ж машина лагідна та вміла!&lt;br /&gt;</w:t>
        <w:br/>
        <w:t>І, мов гуляти діти-пустуни,&lt;br /&gt;</w:t>
        <w:br/>
        <w:t>Стають вони до нелегкого діла!</w:t>
      </w:r>
    </w:p>
    <w:p>
      <w:r>
        <w:br/>
        <w:t>В очах знання, упевненість і сила,—&lt;br /&gt;</w:t>
        <w:br/>
        <w:t>Душа-бо в них палає молода,—&lt;br /&gt;</w:t>
        <w:br/>
        <w:t>Ритмічний рух, розмірена хода,&lt;br /&gt;</w:t>
        <w:br/>
        <w:t>Немов різьбар доклав руки до тіла!&lt;br /&gt;</w:t>
        <w:br/>
        <w:t>Не гнуть їм стан важкі з снопами вила,&lt;br /&gt;</w:t>
        <w:br/>
        <w:t>Не ллє з них піт, неначе та вода,&lt;br /&gt;</w:t>
        <w:br/>
        <w:t>Бо розум тут усе потрібне дав,&lt;br /&gt;</w:t>
        <w:br/>
        <w:t>Щоб праця їм була легка та мила,&lt;br /&gt;</w:t>
        <w:br/>
        <w:t>Щоб їм земля, як щирий друг, годила.&lt;br /&gt;</w:t>
        <w:br/>
        <w:t>Земля, що нині, з виснаги руда,&lt;br /&gt;</w:t>
        <w:br/>
        <w:t>Замість пшениць густих себе укрила&lt;br /&gt;</w:t>
        <w:br/>
        <w:t>Таким сміттям, що й мовити шкода!</w:t>
      </w:r>
    </w:p>
    <w:p>
      <w:r>
        <w:br/>
        <w:t>І бачу далі я, чого жадав,—&lt;br /&gt;</w:t>
        <w:br/>
        <w:t>По вільній праці стомлену громаду,&lt;br /&gt;</w:t>
        <w:br/>
        <w:t>Коли надійде прохолода з саду,&lt;br /&gt;</w:t>
        <w:br/>
        <w:t>Коли остання пройде череда.&lt;br /&gt;</w:t>
        <w:br/>
        <w:t>Доки зірниця, тиха і бліда,&lt;br /&gt;</w:t>
        <w:br/>
        <w:t>Вгорі погасить ранішню лампаду,&lt;br /&gt;</w:t>
        <w:br/>
        <w:t>До мудрих книг схиляються на раду&lt;br /&gt;</w:t>
        <w:br/>
        <w:t>Юнацький вус і сива борода...&lt;br /&gt;</w:t>
        <w:br/>
        <w:t>Що їм утома, розпач, і нуда,&lt;br /&gt;</w:t>
        <w:br/>
        <w:t>І боротьба, і біль, і смерть позаду,&lt;br /&gt;</w:t>
        <w:br/>
        <w:t>І мій Кобзар, і мій Сковорода,&lt;br /&gt;</w:t>
        <w:br/>
        <w:t>І міліон імен і фактів зряду!</w:t>
      </w:r>
    </w:p>
    <w:p>
      <w:r>
        <w:br/>
        <w:t>Не тим відчути спогадів відраду,&lt;br /&gt;</w:t>
        <w:br/>
        <w:t>Що їм широкий розгорнувся шлях,&lt;br /&gt;</w:t>
        <w:br/>
        <w:t>Що їм закон тільки єдиний в днях —&lt;br /&gt;</w:t>
        <w:br/>
        <w:t>Передчувай, твори, але не згадуй!&lt;br /&gt;</w:t>
        <w:br/>
        <w:t>Лиши глухим сонети про Елладу,&lt;br /&gt;</w:t>
        <w:br/>
        <w:t>Лиши сліпцям увесь музейний прах —&lt;br /&gt;</w:t>
        <w:br/>
        <w:t>Видобувай заховане в віках,&lt;br /&gt;</w:t>
        <w:br/>
        <w:t>Науку клич до себе на пораду;&lt;br /&gt;</w:t>
        <w:br/>
        <w:t>Зумій дійти доцільності і ладу&lt;br /&gt;</w:t>
        <w:br/>
        <w:t>В житті таких, як давні у рядках.&lt;br /&gt;</w:t>
        <w:br/>
        <w:t>Замість творить поему чи баладу,&lt;br /&gt;</w:t>
        <w:br/>
        <w:t>Її красу відчуй в своїх ділах!</w:t>
      </w:r>
    </w:p>
    <w:p>
      <w:r>
        <w:br/>
        <w:t>І бачу далі я: по всіх краях&lt;br /&gt;</w:t>
        <w:br/>
        <w:t>Земля в новому світлому убранні,&lt;br /&gt;</w:t>
        <w:br/>
        <w:t>Бо руки мудрих, лагідні й старанні,&lt;br /&gt;</w:t>
        <w:br/>
        <w:t>Доклали праці на її полях!&lt;br /&gt;</w:t>
        <w:br/>
        <w:t>Земля ця — дім; йому ж високий дах —&lt;br /&gt;</w:t>
        <w:br/>
        <w:t>Уся блакить, що в гордому змаганні&lt;br /&gt;</w:t>
        <w:br/>
        <w:t>Накарбувати в ній шляхи безгранні&lt;br /&gt;</w:t>
        <w:br/>
        <w:t>Перемогла її людина-птах!&lt;br /&gt;</w:t>
        <w:br/>
        <w:t>Земля ця — сад у квітах і плодах,&lt;br /&gt;</w:t>
        <w:br/>
        <w:t>Де все злилося в радісній осанні&lt;br /&gt;</w:t>
        <w:br/>
        <w:t>Змаганням творчим, вічним у світах,—&lt;br /&gt;</w:t>
        <w:br/>
        <w:t>Єдиній силі, першій і останній,</w:t>
      </w:r>
    </w:p>
    <w:p>
      <w:r>
        <w:br/>
        <w:t>Рівняють все закони невблаганні,—&lt;br /&gt;</w:t>
        <w:br/>
        <w:t>Хто скаже "стій!" хвилині чи зорі?&lt;br /&gt;</w:t>
        <w:br/>
        <w:t>Надходить ніч, як захід догорів,&lt;br /&gt;</w:t>
        <w:br/>
        <w:t>Початок дня ховається в світанні...&lt;br /&gt;</w:t>
        <w:br/>
        <w:t>Так рік повз рік у зміні безнастанній&lt;br /&gt;</w:t>
        <w:br/>
        <w:t>Час надійшов, що тільки майорів&lt;br /&gt;</w:t>
        <w:br/>
        <w:t>Смутним очам моїх плугатарів,&lt;br /&gt;</w:t>
        <w:br/>
        <w:t>Коли конали в темряві й стражданні,&lt;br /&gt;</w:t>
        <w:br/>
        <w:t>І відступились обрії туманні&lt;br /&gt;</w:t>
        <w:br/>
        <w:t>Від міст, і сіл, і темних хуторів,&lt;br /&gt;</w:t>
        <w:br/>
        <w:t>Бо давній світ в незнаному єднанні&lt;br /&gt;</w:t>
        <w:br/>
        <w:t>Свою прадавню єдність відтворив!</w:t>
      </w:r>
    </w:p>
    <w:p>
      <w:r>
        <w:br/>
        <w:t>Цвіте земля, і простори морів&lt;br /&gt;</w:t>
        <w:br/>
        <w:t>Її голублять синіми вітрами,&lt;br /&gt;</w:t>
        <w:br/>
        <w:t>І все спішить з розкішними дарами&lt;br /&gt;</w:t>
        <w:br/>
        <w:t>До ніг нових людей-багатирів!&lt;br /&gt;</w:t>
        <w:br/>
        <w:t>Не до міських блідих пролетарів,&lt;br /&gt;</w:t>
        <w:br/>
        <w:t>Не до селян, що в’януть над плугами,—&lt;br /&gt;</w:t>
        <w:br/>
        <w:t>Ні, до людей, що змили темні плями&lt;br /&gt;</w:t>
        <w:br/>
        <w:t>Від соціальних класів і шарів!&lt;br /&gt;</w:t>
        <w:br/>
        <w:t>Нема селян, немає крамарів,&lt;br /&gt;</w:t>
        <w:br/>
        <w:t>Нікого вже не звуть робітниками!&lt;br /&gt;</w:t>
        <w:br/>
        <w:t>...І давнє сонце тішиться вгорі&lt;br /&gt;</w:t>
        <w:br/>
        <w:t>Новими справді, щасними віками!</w:t>
      </w:r>
    </w:p>
    <w:p>
      <w:r>
        <w:br/>
        <w:t>А на землі, затопленій садами,&lt;br /&gt;</w:t>
        <w:br/>
        <w:t>По берегах її блакитних рік —&lt;br /&gt;</w:t>
        <w:br/>
        <w:t>Ні сіл, ні міст, а те, що я не звик&lt;br /&gt;</w:t>
        <w:br/>
        <w:t>Ще називати простими словами!&lt;br /&gt;</w:t>
        <w:br/>
        <w:t>— Щасливий світе! — вигукну з нестями.&lt;br /&gt;</w:t>
        <w:br/>
        <w:t>Та перше, ніж відчую власний крик,&lt;br /&gt;</w:t>
        <w:br/>
        <w:t>Мені з очей далекий обрій зник,&lt;br /&gt;</w:t>
        <w:br/>
        <w:t>А обрій близький замикає брами...&lt;br /&gt;</w:t>
        <w:br/>
        <w:t>І, обхопивши голову руками,&lt;br /&gt;</w:t>
        <w:br/>
        <w:t>Гублю хвилинам божевільний лік&lt;br /&gt;</w:t>
        <w:br/>
        <w:t>І тільки чую: десь понад світами&lt;br /&gt;</w:t>
        <w:br/>
        <w:t>Пливе назад мені за роком рік.</w:t>
      </w:r>
    </w:p>
    <w:p>
      <w:r>
        <w:br/>
        <w:t>І знову я сіренький рахівник,&lt;br /&gt;</w:t>
        <w:br/>
        <w:t>Що зазирнув за межі всіх історій,&lt;br /&gt;</w:t>
        <w:br/>
        <w:t>Дивлюсь на села журні та суворі,&lt;br /&gt;</w:t>
        <w:br/>
        <w:t>Що мов конають тихо віддалік...&lt;br /&gt;</w:t>
        <w:br/>
        <w:t>І знову я в кутку своїм приник:&lt;br /&gt;</w:t>
        <w:br/>
        <w:t>Такі ті села для журби просторі,&lt;br /&gt;</w:t>
        <w:br/>
        <w:t>Голодні, темні, стомлені і хворі,&lt;br /&gt;</w:t>
        <w:br/>
        <w:t>Як десять років тому, як торік!&lt;br /&gt;</w:t>
        <w:br/>
        <w:t>І мов ті велетні серед калік,&lt;br /&gt;</w:t>
        <w:br/>
        <w:t>Мов острови на безбережнім морі,&lt;br /&gt;</w:t>
        <w:br/>
        <w:t>Стоять міста... І рвуться на язик&lt;br /&gt;</w:t>
        <w:br/>
        <w:t>Слова журби, а не гірких докорів!</w:t>
      </w:r>
    </w:p>
    <w:p>
      <w:r>
        <w:br/>
        <w:t>Міста, міста! Жорстокістю бадьорі!&lt;br /&gt;</w:t>
        <w:br/>
        <w:t>Мільйонносилі людські двигуни!&lt;br /&gt;</w:t>
        <w:br/>
        <w:t>Це ваш тягар приплескав бігуни,&lt;br /&gt;</w:t>
        <w:br/>
        <w:t>Це вам на паливо часи і зорі!&lt;br /&gt;</w:t>
        <w:br/>
        <w:t>Камінносерді! Тисячами творів&lt;br /&gt;</w:t>
        <w:br/>
        <w:t>Уславлені культурні дикуни!&lt;br /&gt;</w:t>
        <w:br/>
        <w:t>Закуті в мідь, бетони й чавуни&lt;br /&gt;</w:t>
        <w:br/>
        <w:t>Вселюдські мрії, ніжні і прозорі!&lt;br /&gt;</w:t>
        <w:br/>
        <w:t>Коли ж огнем своїх лабораторій&lt;br /&gt;</w:t>
        <w:br/>
        <w:t>Розженете довічні тумани,&lt;br /&gt;</w:t>
        <w:br/>
        <w:t>Що криють, наче хвилі неозорі,&lt;br /&gt;</w:t>
        <w:br/>
        <w:t>І цемент ваш, і проріст ярини?</w:t>
      </w:r>
    </w:p>
    <w:p>
      <w:r>
        <w:br/>
        <w:t>Коли ж страхіття визиску й війни,&lt;br /&gt;</w:t>
        <w:br/>
        <w:t>Що, вас створивши, володіють нами,&lt;br /&gt;</w:t>
        <w:br/>
        <w:t>Десь накладуть своїми головами&lt;br /&gt;</w:t>
        <w:br/>
        <w:t>За всі гріхи німої давнини?&lt;br /&gt;</w:t>
        <w:br/>
        <w:t>І ви, знанням озброєні сини&lt;br /&gt;</w:t>
        <w:br/>
        <w:t>Наївних сіл, що никнуть над степами,&lt;br /&gt;</w:t>
        <w:br/>
        <w:t>Приведете їх за яснії брами,&lt;br /&gt;</w:t>
        <w:br/>
        <w:t>Де рани давні вигоять вони!&lt;br /&gt;</w:t>
        <w:br/>
        <w:t>Живі уламки днів старовини!&lt;br /&gt;</w:t>
        <w:br/>
        <w:t>Убогі стріхи, вквітчані вишнями,&lt;br /&gt;</w:t>
        <w:br/>
        <w:t>Хто слів гірких над вами не ронив,&lt;br /&gt;</w:t>
        <w:br/>
        <w:t>Хто не болів і не болить за вами!</w:t>
      </w:r>
    </w:p>
    <w:p>
      <w:r>
        <w:br/>
        <w:t>Мільйони сіл, де поруч комнезами&lt;br /&gt;</w:t>
        <w:br/>
        <w:t>Й вечірній дзвін до церкви,— знаю вас!&lt;br /&gt;</w:t>
        <w:br/>
        <w:t>Не швидко ви у той щасливий час&lt;br /&gt;</w:t>
        <w:br/>
        <w:t>Доженете скрипучими возами!&lt;br /&gt;</w:t>
        <w:br/>
        <w:t>Ще вам не раз звертати на той самий&lt;br /&gt;</w:t>
        <w:br/>
        <w:t>Знайомий шлях — проклятий вже не раз&lt;br /&gt;</w:t>
        <w:br/>
        <w:t>Знесилля, муки, темряви й образ,&lt;br /&gt;</w:t>
        <w:br/>
        <w:t>Политий потом, кров’ю і сльозами!&lt;br /&gt;</w:t>
        <w:br/>
        <w:t>Аж доки там, за дальніми часами,&lt;br /&gt;</w:t>
        <w:br/>
        <w:t>Не раз змінившись в профіль і en face,&lt;br /&gt;</w:t>
        <w:br/>
        <w:t>Давно розставшись з степом і лісами,&lt;br /&gt;</w:t>
        <w:br/>
        <w:t>Почуєте доби нової глас...</w:t>
      </w:r>
    </w:p>
    <w:p>
      <w:r>
        <w:br/>
        <w:t>І по хатах заступить лій і гас&lt;br /&gt;</w:t>
        <w:br/>
        <w:t>Електрика; й зашарудить газета&lt;br /&gt;</w:t>
        <w:br/>
        <w:t>Там, де колись пророка і поета&lt;br /&gt;</w:t>
        <w:br/>
        <w:t>Великий дух за темряви погас;&lt;br /&gt;</w:t>
        <w:br/>
        <w:t>І відродиться в міліонах мас,&lt;br /&gt;</w:t>
        <w:br/>
        <w:t>А не лише зорітиме з портрета,&lt;br /&gt;</w:t>
        <w:br/>
        <w:t>Змагань безсмертних символ і прикмета,&lt;br /&gt;</w:t>
        <w:br/>
        <w:t>Апостол правди, селянин Тарас!&lt;br /&gt;</w:t>
        <w:br/>
        <w:t>А від часів моїх десяток фраз&lt;br /&gt;</w:t>
        <w:br/>
        <w:t>В нудній колекції анахорета,&lt;br /&gt;</w:t>
        <w:br/>
        <w:t>Немов часам прийдешнім напоказ,&lt;br /&gt;</w:t>
        <w:br/>
        <w:t>На берегах лишить байдужа Лета...</w:t>
      </w:r>
    </w:p>
    <w:p>
      <w:r>
        <w:br/>
        <w:t>І стануть дні — немов рядки сонета&lt;br /&gt;</w:t>
        <w:br/>
        <w:t>Довершені! Й в розлогах пишних днів&lt;br /&gt;</w:t>
        <w:br/>
        <w:t>Зростуть нащадки давніх хуторів,&lt;br /&gt;</w:t>
        <w:br/>
        <w:t>Не знавши болю, примусу й багнета!&lt;br /&gt;</w:t>
        <w:br/>
        <w:t>Гарбу замінить вигідна карета...&lt;br /&gt;</w:t>
        <w:br/>
        <w:t>І ремигання стомлених волів&lt;br /&gt;</w:t>
        <w:br/>
        <w:t>Вже не почують простори полів&lt;br /&gt;</w:t>
        <w:br/>
        <w:t>І неба сонцем заткана сайєта...&lt;br /&gt;</w:t>
        <w:br/>
        <w:t>О давня Земле, над усі планета!&lt;br /&gt;</w:t>
        <w:br/>
        <w:t>Коли ж з безодень світових огнів&lt;br /&gt;</w:t>
        <w:br/>
        <w:t>Спливе над обрій золотий комета —&lt;br /&gt;</w:t>
        <w:br/>
        <w:t>Знамено розквіту для сіл і нив?</w:t>
      </w:r>
    </w:p>
    <w:p>
      <w:r>
        <w:br/>
        <w:t>Чи ще не раз перегорить їх гнів&lt;br /&gt;</w:t>
        <w:br/>
        <w:t>На сірий попіл, і криваві чвари,&lt;br /&gt;</w:t>
        <w:br/>
        <w:t>Може, не раз побачать сиві хмари&lt;br /&gt;</w:t>
        <w:br/>
        <w:t>На бідним лоні стомлених ланів?&lt;br /&gt;</w:t>
        <w:br/>
        <w:t>І не один ще мовить — ось змарнів,&lt;br /&gt;</w:t>
        <w:br/>
        <w:t>А де ж і юнацтва мрії і примари?&lt;br /&gt;</w:t>
        <w:br/>
        <w:t>А хліб селянський і міські товари —&lt;br /&gt;</w:t>
        <w:br/>
        <w:t>Замість села і міста — у борні...&lt;br /&gt;</w:t>
        <w:br/>
        <w:t>І ще не раз по золотій стерні&lt;br /&gt;</w:t>
        <w:br/>
        <w:t>Народних спогадів — прихильні Лари —&lt;br /&gt;</w:t>
        <w:br/>
        <w:t>Перейдуть предки дужі і смутні:&lt;br /&gt;</w:t>
        <w:br/>
        <w:t>Варяги, скити, половці й татари...</w:t>
      </w:r>
    </w:p>
    <w:p>
      <w:r>
        <w:br/>
        <w:t>Але міцні розміряні удари&lt;br /&gt;</w:t>
        <w:br/>
        <w:t>У серця вічності, і йдуть віки,&lt;br /&gt;</w:t>
        <w:br/>
        <w:t>І не затримають тобі руки,&lt;br /&gt;</w:t>
        <w:br/>
        <w:t>Історіє, ні молитви, ні кари!&lt;br /&gt;</w:t>
        <w:br/>
        <w:t>І зійде час електрики і пари&lt;br /&gt;</w:t>
        <w:br/>
        <w:t>На мертвий степ, занедбаний такий,&lt;br /&gt;</w:t>
        <w:br/>
        <w:t>Де ще недавно кидали круки&lt;br /&gt;</w:t>
        <w:br/>
        <w:t>Тінь від крила на кочові отари!&lt;br /&gt;</w:t>
        <w:br/>
        <w:t>І там, де вчора ще над плугом марив&lt;br /&gt;</w:t>
        <w:br/>
        <w:t>Ратай про хліб, від кукіля гіркий,&lt;br /&gt;</w:t>
        <w:br/>
        <w:t>Знання і досвіду могутні чари&lt;br /&gt;</w:t>
        <w:br/>
        <w:t>До лемеша додасть юнак стрункий!</w:t>
      </w:r>
    </w:p>
    <w:p>
      <w:r>
        <w:br/>
        <w:t>І поту давнього гіркі струмки&lt;br /&gt;</w:t>
        <w:br/>
        <w:t>З засмаглих чол Семенів та Іванів&lt;br /&gt;</w:t>
        <w:br/>
        <w:t>Вже не роситимуть пісок і камінь,&lt;br /&gt;</w:t>
        <w:br/>
        <w:t>Що хліборобові дались взнаки...&lt;br /&gt;</w:t>
        <w:br/>
        <w:t>Бо ось складуть нові робітники&lt;br /&gt;</w:t>
        <w:br/>
        <w:t>Машини мудрі, мов дитя, слухняні,—&lt;br /&gt;</w:t>
        <w:br/>
        <w:t>І в вечори задумливі і тьмяні&lt;br /&gt;</w:t>
        <w:br/>
        <w:t>На степовому березі ріки&lt;br /&gt;</w:t>
        <w:br/>
        <w:t>Рибалка-дід забуде про вудки,&lt;br /&gt;</w:t>
        <w:br/>
        <w:t>Почувши звуки, ще йому незнані,—&lt;br /&gt;</w:t>
        <w:br/>
        <w:t>Не дзвін коси, а впевнені гудки&lt;br /&gt;</w:t>
        <w:br/>
        <w:t>Залізних коней з м’язами титанів!</w:t>
      </w:r>
    </w:p>
    <w:p>
      <w:r>
        <w:br/>
        <w:t>В яких рядках поезій чи романі&lt;br /&gt;</w:t>
        <w:br/>
        <w:t>Я оспіваю час, що десь гряде?&lt;br /&gt;</w:t>
        <w:br/>
        <w:t>Я, що схилив покірне і бліде&lt;br /&gt;</w:t>
        <w:br/>
        <w:t>Своє лице у двох віків на грані!&lt;br /&gt;</w:t>
        <w:br/>
        <w:t>Ось тільки бачу, так немов в тумані,&lt;br /&gt;</w:t>
        <w:br/>
        <w:t>Прекрасних, дужих, радісних людей —&lt;br /&gt;</w:t>
        <w:br/>
        <w:t>І вся земля співає, і гуде&lt;br /&gt;</w:t>
        <w:br/>
        <w:t>Широкий простір буйних океанів...&lt;br /&gt;</w:t>
        <w:br/>
        <w:t>І пишні села, радістю убрані,&lt;br /&gt;</w:t>
        <w:br/>
        <w:t>За руку місто впевнено веде...&lt;br /&gt;</w:t>
        <w:br/>
        <w:t>І на горі всіма забутий Канів&lt;br /&gt;</w:t>
        <w:br/>
        <w:t>Благословляє в далечінь дітей!</w:t>
      </w:r>
    </w:p>
    <w:p>
      <w:r>
        <w:br/>
        <w:t>Мільйони книг, теорій і ідей,&lt;br /&gt;</w:t>
        <w:br/>
        <w:t>Вся точність формул, вишуканість рими,&lt;br /&gt;</w:t>
        <w:br/>
        <w:t>Все, що часами давніми й новими&lt;br /&gt;</w:t>
        <w:br/>
        <w:t>Дало землі натхнення молоде,—&lt;br /&gt;</w:t>
        <w:br/>
        <w:t>Знання і досвід, що для них ніде&lt;br /&gt;</w:t>
        <w:br/>
        <w:t>Не ставить світ духовий та видимий&lt;br /&gt;</w:t>
        <w:br/>
        <w:t>Якихось меж, і триєдине з ними&lt;br /&gt;</w:t>
        <w:br/>
        <w:t>Мистецтво вічне, що було й буде,—&lt;br /&gt;</w:t>
        <w:br/>
        <w:t>Усе для часу, що до нього йде&lt;br /&gt;</w:t>
        <w:br/>
        <w:t>Життя помалу кроками важкими,&lt;br /&gt;</w:t>
        <w:br/>
        <w:t>На цім шляху лишивши де-не-де&lt;br /&gt;</w:t>
        <w:br/>
        <w:t>Руїни, біль і розпач нестерпимий!</w:t>
      </w:r>
    </w:p>
    <w:p>
      <w:r>
        <w:br/>
        <w:t>О краю рідний, степе несходимий!&lt;br /&gt;</w:t>
        <w:br/>
        <w:t>Надійде час — і темрява густа,&lt;br /&gt;</w:t>
        <w:br/>
        <w:t>Що ти її у спадщину дістав&lt;br /&gt;</w:t>
        <w:br/>
        <w:t>Укупі з мріями найкращими своїми,&lt;br /&gt;</w:t>
        <w:br/>
        <w:t>Розійдеться — і прийдемо туди ми,&lt;br /&gt;</w:t>
        <w:br/>
        <w:t>Де вільна єдність вільно вироста,&lt;br /&gt;</w:t>
        <w:br/>
        <w:t>Де важать рівно поле і верстат&lt;br /&gt;</w:t>
        <w:br/>
        <w:t>Для тих, що разом спини гнуть над ними!&lt;br /&gt;</w:t>
        <w:br/>
        <w:t>Далекий часе! Тернами густими&lt;br /&gt;</w:t>
        <w:br/>
        <w:t>Нехай до тебе шлях позаростав,—&lt;br /&gt;</w:t>
        <w:br/>
        <w:t>Дар поступати, людності питимий,&lt;br /&gt;</w:t>
        <w:br/>
        <w:t>Її вести вперед не перестав!</w:t>
      </w:r>
    </w:p>
    <w:p>
      <w:r>
        <w:br/>
        <w:t>Туди, де світ, що з хаосу повстав,&lt;br /&gt;</w:t>
        <w:br/>
        <w:t>Що всі стихії невгавущі збурив,&lt;br /&gt;</w:t>
        <w:br/>
        <w:t>До ніг людини ляже, наче мурий&lt;br /&gt;</w:t>
        <w:br/>
        <w:t>По шкоді пес, ховаючи хвоста!&lt;br /&gt;</w:t>
        <w:br/>
        <w:t>Де поєднає села і міста&lt;br /&gt;</w:t>
        <w:br/>
        <w:t>Велика єдність праці і культури,&lt;br /&gt;</w:t>
        <w:br/>
        <w:t>Аби нащадок велетнів похмурий&lt;br /&gt;</w:t>
        <w:br/>
        <w:t>Засмаглу спину гнути перестав;&lt;br /&gt;</w:t>
        <w:br/>
        <w:t>Щоб посміхнулись радісно вуста&lt;br /&gt;</w:t>
        <w:br/>
        <w:t>Тих, що під плач то ліри, то бандури&lt;br /&gt;</w:t>
        <w:br/>
        <w:t>Молили всує мертвого Христа,&lt;br /&gt;</w:t>
        <w:br/>
        <w:t>Його творцями взяті на тортури!</w:t>
      </w:r>
    </w:p>
    <w:p>
      <w:r>
        <w:br/>
        <w:t>І не посміють істину авгури&lt;br /&gt;</w:t>
        <w:br/>
        <w:t>Вдягати в мотлох кривди і химер;&lt;br /&gt;</w:t>
        <w:br/>
        <w:t>І дух знання — великий піонер —&lt;br /&gt;</w:t>
        <w:br/>
        <w:t>Не буде битись крилами об мури,&lt;br /&gt;</w:t>
        <w:br/>
        <w:t>А поведе у далечінь — не хури,&lt;br /&gt;</w:t>
        <w:br/>
        <w:t>А повітряних тисячі галер&lt;br /&gt;</w:t>
        <w:br/>
        <w:t>За межі часу, вимірів і сфер —&lt;br /&gt;</w:t>
        <w:br/>
        <w:t>Такий могутній, вільний та безжурий!&lt;br /&gt;</w:t>
        <w:br/>
        <w:t>Й митець, від браку живлення понурий,&lt;br /&gt;</w:t>
        <w:br/>
        <w:t>Не оберне натхнення в адюльтер;&lt;br /&gt;</w:t>
        <w:br/>
        <w:t>І зникнуть з творів славлені Лаури,&lt;br /&gt;</w:t>
        <w:br/>
        <w:t>Пташки, зітхання, зорі і етер...</w:t>
      </w:r>
    </w:p>
    <w:p>
      <w:r>
        <w:br/>
        <w:t>Новий герой — пілот і інженер —&lt;br /&gt;</w:t>
        <w:br/>
        <w:t>Зламає звички, примуси і грати,&lt;br /&gt;</w:t>
        <w:br/>
        <w:t>І буде мудрий дужого вітати —&lt;br /&gt;</w:t>
        <w:br/>
        <w:t>Його новий всевидящий Гомер!&lt;br /&gt;</w:t>
        <w:br/>
        <w:t>Але не нам, я знаю, й не тепер&lt;br /&gt;</w:t>
        <w:br/>
        <w:t>Світів нових встановлювати дати,—&lt;br /&gt;</w:t>
        <w:br/>
        <w:t>Нам хоч би степ дідизний доорати,&lt;br /&gt;</w:t>
        <w:br/>
        <w:t>Бо й досі голос степу не завмер!&lt;br /&gt;</w:t>
        <w:br/>
        <w:t>І не беруся я &amp;#224; livre ouvert&lt;br /&gt;</w:t>
        <w:br/>
        <w:t>Метаморфоз прийдешнього читати,&lt;br /&gt;</w:t>
        <w:br/>
        <w:t>Бо ще і досі серця не віддер&lt;br /&gt;</w:t>
        <w:br/>
        <w:t>Я від порога батьківської хати!</w:t>
      </w:r>
    </w:p>
    <w:p>
      <w:r>
        <w:br/>
        <w:t>Та й як живому серце відірвати&lt;br /&gt;</w:t>
        <w:br/>
        <w:t>Від берегів біжучої доби,—&lt;br /&gt;</w:t>
        <w:br/>
        <w:t>Хіба не всі для неї ми раби&lt;br /&gt;</w:t>
        <w:br/>
        <w:t>Чи не для всіх вона єдина мати?&lt;br /&gt;</w:t>
        <w:br/>
        <w:t>Та навіть пес десь на селі кудлатий,&lt;br /&gt;</w:t>
        <w:br/>
        <w:t>Найближчий друг дитячої юрби,&lt;br /&gt;</w:t>
        <w:br/>
        <w:t>На греблі тінь похилої верби,&lt;br /&gt;</w:t>
        <w:br/>
        <w:t>Парфуми гною, конопель і м’яти&lt;br /&gt;</w:t>
        <w:br/>
        <w:t>Мені рідніші, ніж майбутні шати,&lt;br /&gt;</w:t>
        <w:br/>
        <w:t>Що ці ж долини тихі і горби&lt;br /&gt;</w:t>
        <w:br/>
        <w:t>Десь приберуть, коли мені лежати&lt;br /&gt;</w:t>
        <w:br/>
        <w:t>У тій землі, що я її робив!</w:t>
      </w:r>
    </w:p>
    <w:p>
      <w:r>
        <w:br/>
        <w:t>А в серці біль самотній — о, якби&lt;br /&gt;</w:t>
        <w:br/>
        <w:t>Бодай на мить узріти шлях широкий,&lt;br /&gt;</w:t>
        <w:br/>
        <w:t>В далечині такі прекрасні роки,&lt;br /&gt;</w:t>
        <w:br/>
        <w:t>Віків прийдешніх відблиск голубий!&lt;br /&gt;</w:t>
        <w:br/>
        <w:t>Де на сторожі правди.— "не убий!"&lt;br /&gt;</w:t>
        <w:br/>
        <w:t>Поставлять люди — примус одинокий,&lt;br /&gt;</w:t>
        <w:br/>
        <w:t>И лише в казках залишаться морлоки —&lt;br /&gt;</w:t>
        <w:br/>
        <w:t>За хліб черствий ошукані раби;&lt;br /&gt;</w:t>
        <w:br/>
        <w:t>І не до церкви з хутора баби,&lt;br /&gt;</w:t>
        <w:br/>
        <w:t>А в храм науки, світлий і високий,&lt;br /&gt;</w:t>
        <w:br/>
        <w:t>Внесуть в очах васильків дух слабий —&lt;br /&gt;</w:t>
        <w:br/>
        <w:t>Землі моєї виснажені соки!</w:t>
      </w:r>
    </w:p>
    <w:p>
      <w:r>
        <w:br/>
        <w:t>О днів майбутніх спокою глибокий,&lt;br /&gt;</w:t>
        <w:br/>
        <w:t>На землю цю знесилену прийди!&lt;br /&gt;</w:t>
        <w:br/>
        <w:t>А я вітати в днях моїх радий&lt;br /&gt;</w:t>
        <w:br/>
        <w:t>Бодай здаля твої повільні кроки!&lt;br /&gt;</w:t>
        <w:br/>
        <w:t>Нехай мій час — кривавий і жорстокий,&lt;br /&gt;</w:t>
        <w:br/>
        <w:t>Аби тебе він болем породив,&lt;br /&gt;</w:t>
        <w:br/>
        <w:t>Аби злилися села й городи —&lt;br /&gt;</w:t>
        <w:br/>
        <w:t>Життя нового слуги і пророки!&lt;br /&gt;</w:t>
        <w:br/>
        <w:t>І хай не прийде радість ця, аж доки&lt;br /&gt;</w:t>
        <w:br/>
        <w:t>На кладовищі кущик лободи&lt;br /&gt;</w:t>
        <w:br/>
        <w:t>Розквітне з мене. Мрійник смутноокий,&lt;br /&gt;</w:t>
        <w:br/>
        <w:t>Я дослухаюсь до її ходи!</w:t>
      </w:r>
    </w:p>
    <w:p>
      <w:r>
        <w:br/>
        <w:t>І так молюся інколи — гряди,&lt;br /&gt;</w:t>
        <w:br/>
        <w:t>Доба, від продажу й купівлі чиста,&lt;br /&gt;</w:t>
        <w:br/>
        <w:t>Коли не буде ні села, ні міста,&lt;br /&gt;</w:t>
        <w:br/>
        <w:t>А будуть тільки люди і сади!&lt;br /&gt;</w:t>
        <w:br/>
        <w:t>І днів моїх скривавлені сліди&lt;br /&gt;</w:t>
        <w:br/>
        <w:t>Омиє радість тиха і огниста,&lt;br /&gt;</w:t>
        <w:br/>
        <w:t>І в кожних грудях мука особиста&lt;br /&gt;</w:t>
        <w:br/>
        <w:t>Зростить закон — у далечінь іди!&lt;br /&gt;</w:t>
        <w:br/>
        <w:t>За дати всіх календарів туди,&lt;br /&gt;</w:t>
        <w:br/>
        <w:t>Де не загасне правда промениста,&lt;br /&gt;</w:t>
        <w:br/>
        <w:t>Що дух її й за давнини родив&lt;br /&gt;</w:t>
        <w:br/>
        <w:t>Сум мудреців і пориви артиста...</w:t>
      </w:r>
    </w:p>
    <w:p>
      <w:r>
        <w:br/>
        <w:t>Та, певне, маю щось від реаліста,&lt;br /&gt;</w:t>
        <w:br/>
        <w:t>Бо не назву своїм біжучим днем&lt;br /&gt;</w:t>
        <w:br/>
        <w:t>Сторінки вічні прози і поем&lt;br /&gt;</w:t>
        <w:br/>
        <w:t>Про те, що буде років через двіста,&lt;br /&gt;</w:t>
        <w:br/>
        <w:t>Як не введу до Скрябіна, чи Ліста,&lt;br /&gt;</w:t>
        <w:br/>
        <w:t>Або Бетховена безсмертних тем&lt;br /&gt;</w:t>
        <w:br/>
        <w:t>Пісень народних з їх блідим вогнем&lt;br /&gt;</w:t>
        <w:br/>
        <w:t>Або частівок битого намиста!..&lt;br /&gt;</w:t>
        <w:br/>
        <w:t>Ні, не скидаюсь я на гімназиста,&lt;br /&gt;</w:t>
        <w:br/>
        <w:t>Що, не збагнувши перших теорем,&lt;br /&gt;</w:t>
        <w:br/>
        <w:t>Вважав, що досить бомби анархіста,&lt;br /&gt;</w:t>
        <w:br/>
        <w:t>Щоб повернути світові едем!</w:t>
      </w:r>
    </w:p>
    <w:p>
      <w:r>
        <w:br/>
        <w:t>(Хіба що діти бувши, ми живем&lt;br /&gt;</w:t>
        <w:br/>
        <w:t>В країні добрих фей і мудрих гномів,&lt;br /&gt;</w:t>
        <w:br/>
        <w:t>А літ дійшовши, знавши смак у бромі,&lt;br /&gt;</w:t>
        <w:br/>
        <w:t>йдемо за фактами й календарем).&lt;br /&gt;</w:t>
        <w:br/>
        <w:t>Не рік, не десять — доки доберем,&lt;br /&gt;</w:t>
        <w:br/>
        <w:t>А не в якомусь вичитаєм томі&lt;br /&gt;</w:t>
        <w:br/>
        <w:t>Найкращих способів у кожнім домі&lt;br /&gt;</w:t>
        <w:br/>
        <w:t>Зростити те, що правдою ми звем!&lt;br /&gt;</w:t>
        <w:br/>
        <w:t>Ще не один ми вир перепливем&lt;br /&gt;</w:t>
        <w:br/>
        <w:t>І, береги залишивши знайомі,&lt;br /&gt;</w:t>
        <w:br/>
        <w:t>Ще не один ми зрадимо тотем,&lt;br /&gt;</w:t>
        <w:br/>
        <w:t>Його ваги і марності свідомі!</w:t>
      </w:r>
    </w:p>
    <w:p>
      <w:r>
        <w:br/>
        <w:t>Бо на Вкраїні, де не всім відомі&lt;br /&gt;</w:t>
        <w:br/>
        <w:t>Абетка, потяг, мило й олівець,&lt;br /&gt;</w:t>
        <w:br/>
        <w:t>Ще не сьогодні скажемо кінець&lt;br /&gt;</w:t>
        <w:br/>
        <w:t>Старим звичаям, злидням і соломі!&lt;br /&gt;</w:t>
        <w:br/>
        <w:t>Тут ще не рік, збиваючись на комі,&lt;br /&gt;</w:t>
        <w:br/>
        <w:t>За псалтирем сивенький панотець&lt;br /&gt;</w:t>
        <w:br/>
        <w:t>За крашанки навчатиме овець&lt;br /&gt;</w:t>
        <w:br/>
        <w:t>Терпіти все в покорі і утомі!&lt;br /&gt;</w:t>
        <w:br/>
        <w:t>І ще не рік сидітиме у громі&lt;br /&gt;</w:t>
        <w:br/>
        <w:t>Дідок патлатий — всесвіту творець;&lt;br /&gt;</w:t>
        <w:br/>
        <w:t>І днів нових такий бадьорий гомін&lt;br /&gt;</w:t>
        <w:br/>
        <w:t>Не раз поверне десь на манівець...</w:t>
      </w:r>
    </w:p>
    <w:p>
      <w:r>
        <w:br/>
        <w:t>І буде так, що ось навчиться жнець&lt;br /&gt;</w:t>
        <w:br/>
        <w:t>Вже не лише косою володіти,&lt;br /&gt;</w:t>
        <w:br/>
        <w:t>А крові темні та могутні міти&lt;br /&gt;</w:t>
        <w:br/>
        <w:t>Переведуть уміння нанівець!&lt;br /&gt;</w:t>
        <w:br/>
        <w:t>І знов кукіль укриє та чебрець&lt;br /&gt;</w:t>
        <w:br/>
        <w:t>Лани, що звикли людям хліб родити.&lt;br /&gt;</w:t>
        <w:br/>
        <w:t>І підростатимуть маленькі діти,&lt;br /&gt;</w:t>
        <w:br/>
        <w:t>Щоб одягти старих зусиль вінець!&lt;br /&gt;</w:t>
        <w:br/>
        <w:t>І будуть довго міліони серць&lt;br /&gt;</w:t>
        <w:br/>
        <w:t>На роздоріжжі двох світів горіти,&lt;br /&gt;</w:t>
        <w:br/>
        <w:t>Де вже й тепер майбутнього вітрець&lt;br /&gt;</w:t>
        <w:br/>
        <w:t>Дерев старезних колисає віти.</w:t>
      </w:r>
    </w:p>
    <w:p>
      <w:r>
        <w:br/>
        <w:t>Бо не дозволять мрійникам робити&lt;br /&gt;</w:t>
        <w:br/>
        <w:t>Якихсь купюр історія і дні,—&lt;br /&gt;</w:t>
        <w:br/>
        <w:t>Випереджає ранкові огні&lt;br /&gt;</w:t>
        <w:br/>
        <w:t>Світанок тихий, тінями повитий.&lt;br /&gt;</w:t>
        <w:br/>
        <w:t>Але закон — це не причина скніти&lt;br /&gt;</w:t>
        <w:br/>
        <w:t>І не джерело розпачу, о ні!&lt;br /&gt;</w:t>
        <w:br/>
        <w:t>Спокійно мудрий стане у багні,&lt;br /&gt;</w:t>
        <w:br/>
        <w:t>Бо прийде час, коли себе омити.&lt;br /&gt;</w:t>
        <w:br/>
        <w:t>Це тільки учні, хворі та піїти&lt;br /&gt;</w:t>
        <w:br/>
        <w:t>Завжди в сучасному такі смутні,&lt;br /&gt;</w:t>
        <w:br/>
        <w:t>Бо треба нервів дужих, щоб зуміти&lt;br /&gt;</w:t>
        <w:br/>
        <w:t>Відчути шовк в цупкому полотні;</w:t>
      </w:r>
    </w:p>
    <w:p>
      <w:r>
        <w:br/>
        <w:t>Щоб в смузі днів сіренькій і нудній&lt;br /&gt;</w:t>
        <w:br/>
        <w:t>Часів нових початок розпізнати,&lt;br /&gt;</w:t>
        <w:br/>
        <w:t>Коли в розлогах світових ланів&lt;br /&gt;</w:t>
        <w:br/>
        <w:t>Почне життя своє минуле жати!&lt;br /&gt;</w:t>
        <w:br/>
        <w:t>І, над колискою схилившись, мати&lt;br /&gt;</w:t>
        <w:br/>
        <w:t>Про час минулий творчості й руїн&lt;br /&gt;</w:t>
        <w:br/>
        <w:t>Візьме не раз таких пісень співати,&lt;br /&gt;</w:t>
        <w:br/>
        <w:t>Що, літ дійшовши, зрозуміє син&lt;br /&gt;</w:t>
        <w:br/>
        <w:t>І дні мої, і біль моїх хвилин —&lt;br /&gt;</w:t>
        <w:br/>
        <w:t>Усе, що ним колись земля боліла,&lt;br /&gt;</w:t>
        <w:br/>
        <w:t>І всю тебе, моя Вкраїно мила,&lt;br /&gt;</w:t>
        <w:br/>
        <w:t>Найнепомітніша з усіх країн —&lt;br /&gt;</w:t>
        <w:br/>
        <w:t>Мільйони сіл серед німих долин...&lt;br /&gt;</w:t>
        <w:br/>
        <w:t>Десяток міст... Земля на хліб збідніла...&lt;br /&gt;</w:t>
        <w:br/>
        <w:t>Десь на горбку позаколишній млин...&lt;br /&gt;</w:t>
        <w:br/>
        <w:t>І над Дніпром занедбана могила!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Канів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