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Капітан і гарпунник</w:t>
      </w:r>
    </w:p>
    <w:p>
      <w:r>
        <w:br/>
        <w:t xml:space="preserve"> &lt;p&gt;I</w:t>
      </w:r>
    </w:p>
    <w:p>
      <w:r>
        <w:br/>
        <w:t>Наталочка, біленька дівчинка, така непосидяща, рухлива та прудка, зібралася з мамою їхати в Крим, до Євпаторії.</w:t>
      </w:r>
    </w:p>
    <w:p>
      <w:r>
        <w:br/>
        <w:t>Наталочка дуже була весела, раділа з цього, через скакалку підстрибувала й приспівувала:</w:t>
      </w:r>
    </w:p>
    <w:p>
      <w:r>
        <w:br/>
        <w:t>— В Євпаторію! В Євпаторію! Море, море, пляж! Море, море, пляж!</w:t>
      </w:r>
    </w:p>
    <w:p>
      <w:r>
        <w:br/>
        <w:t>Грай, розумний собачка з чорною мордочкою та довжелезними вухами, і собі підскакував за Наталочкою, хапав її за платтячко й гавкав.</w:t>
      </w:r>
    </w:p>
    <w:p>
      <w:r>
        <w:br/>
        <w:t>Наталочка любила Грая, їй шкода було залишати його в Києві і їхати без нього в Євпаторію, і вона просила маму:</w:t>
      </w:r>
    </w:p>
    <w:p>
      <w:r>
        <w:br/>
        <w:t>— Мамочко! Давай візьмемо Грая з собою в Євпаторію! Він там буде в морі купатися, на пляжі лежати!</w:t>
      </w:r>
    </w:p>
    <w:p>
      <w:r>
        <w:br/>
        <w:t>— Грая ми не візьмемо, бо йому там буде дуже жарко! А потім Грай має їхати з татком на полювання, бо він собачка мисливський і має виносити з озера дику качку, як татко її заполює!</w:t>
      </w:r>
    </w:p>
    <w:p>
      <w:r>
        <w:br/>
        <w:t>Наталочка засмутилася:</w:t>
      </w:r>
    </w:p>
    <w:p>
      <w:r>
        <w:br/>
        <w:t>— Ой, шкода, що Грай з нами не поїде! Я за ним сумуватиму. А як би він там на сонці засмалився!</w:t>
      </w:r>
    </w:p>
    <w:p>
      <w:r>
        <w:br/>
        <w:t>Мама засміялася:</w:t>
      </w:r>
    </w:p>
    <w:p>
      <w:r>
        <w:br/>
        <w:t>— Наталочко! Собачка не може засмалитися на сонці, не може загоріти, бо шерсть на сонці не загоряє. Загоряє й чорніє тіло, а не шерсть.</w:t>
      </w:r>
    </w:p>
    <w:p>
      <w:r>
        <w:br/>
        <w:t>— А ми його пострижемо!</w:t>
      </w:r>
    </w:p>
    <w:p>
      <w:r>
        <w:br/>
        <w:t>— Ну, ти в мене вигадниця!—махнула рукою мама.— Ми без Грая в Євпаторію поїдемо. Тобі треба добре влітку відпочити, здоровенькою, кріпкою бути, ти ж знаєш уже, що восени до школи йдеш!</w:t>
      </w:r>
    </w:p>
    <w:p>
      <w:r>
        <w:br/>
        <w:t>Наталочка застрибала ще дужче:</w:t>
      </w:r>
    </w:p>
    <w:p>
      <w:r>
        <w:br/>
        <w:t>— До школи! До школи! До школи!</w:t>
      </w:r>
    </w:p>
    <w:p>
      <w:r>
        <w:br/>
        <w:t>Наталочка з нетерпінням чекала, коли вже вона піде до школи, і все розпитувала старшого брата Аліка, чи хороша в неї буде вчителька, не сердита.</w:t>
      </w:r>
    </w:p>
    <w:p>
      <w:r>
        <w:br/>
        <w:t>Алік уже перейшов у четвертий клас, учився на відмінно, був дуже серйозний і слухняний хлопчик.</w:t>
      </w:r>
    </w:p>
    <w:p>
      <w:r>
        <w:br/>
        <w:t>На Наталоччине запитання, яка в них буде вчителька, він одповів так:</w:t>
      </w:r>
    </w:p>
    <w:p>
      <w:r>
        <w:br/>
        <w:t>— Як будеш учительки слухатися, як будеш відмінно вчитися, твоя вчителька ніколи не буде сердитою!</w:t>
      </w:r>
    </w:p>
    <w:p>
      <w:r>
        <w:br/>
        <w:t>— Моя вчителька ніколи не буде сердитою. Ось що! — проказала Наталочка і ще веселіше застрибала через скакалку.</w:t>
      </w:r>
    </w:p>
    <w:p>
      <w:r>
        <w:br/>
        <w:t>—— Наталочка! — гукнула мама. — Ти б уже складала свої речі, іграшки, все, все, що ти маєш брати в Євпаторію! Алік уже зібрався!</w:t>
      </w:r>
    </w:p>
    <w:p>
      <w:r>
        <w:br/>
        <w:t>Наталочка побігла сходами до квартири, а за нею наввипередки помчав Грай.</w:t>
      </w:r>
    </w:p>
    <w:p>
      <w:r>
        <w:br/>
        <w:t>II</w:t>
      </w:r>
    </w:p>
    <w:p>
      <w:r>
        <w:br/>
        <w:t>У Наталочки була подружка Шура.</w:t>
      </w:r>
    </w:p>
    <w:p>
      <w:r>
        <w:br/>
        <w:t>Наталочка і Шура були однолітки, ходили разом у дитячий садок і товаришували одна з одною.</w:t>
      </w:r>
    </w:p>
    <w:p>
      <w:r>
        <w:br/>
        <w:t>Прибігає Шура до Наталочки, весела, грайлива:</w:t>
      </w:r>
    </w:p>
    <w:p>
      <w:r>
        <w:br/>
        <w:t>— Наталочко! А ми з мамою кудись їдемо!</w:t>
      </w:r>
    </w:p>
    <w:p>
      <w:r>
        <w:br/>
        <w:t>— І ми з мамою теж кудись їдемо! — відповіла Наталочка.</w:t>
      </w:r>
    </w:p>
    <w:p>
      <w:r>
        <w:br/>
        <w:t>— Куди?</w:t>
      </w:r>
    </w:p>
    <w:p>
      <w:r>
        <w:br/>
        <w:t>— А ви куди?</w:t>
      </w:r>
    </w:p>
    <w:p>
      <w:r>
        <w:br/>
        <w:t>— От і не вгадаєш, куди ми.</w:t>
      </w:r>
    </w:p>
    <w:p>
      <w:r>
        <w:br/>
        <w:t>— А ти думаєш, що ти вгадаєш, куди ми?</w:t>
      </w:r>
    </w:p>
    <w:p>
      <w:r>
        <w:br/>
        <w:t>— Ну, скажи, куди ви!</w:t>
      </w:r>
    </w:p>
    <w:p>
      <w:r>
        <w:br/>
        <w:t>— Ні. ти перша скажи, куди ви!</w:t>
      </w:r>
    </w:p>
    <w:p>
      <w:r>
        <w:br/>
        <w:t>— Ми з мамою їдемо... — Шура зупинилася. — їдемо... От угадай!</w:t>
      </w:r>
    </w:p>
    <w:p>
      <w:r>
        <w:br/>
        <w:t>— Ну, куди? Ти ж уже почала говорити!</w:t>
      </w:r>
    </w:p>
    <w:p>
      <w:r>
        <w:br/>
        <w:t>— Ми з мамою їдемо... їдемо... У місто-герой!</w:t>
      </w:r>
    </w:p>
    <w:p>
      <w:r>
        <w:br/>
        <w:t>— Знаю,— підскочила Наталочка. — В Сталінград!</w:t>
      </w:r>
    </w:p>
    <w:p>
      <w:r>
        <w:br/>
        <w:t>— От і не вгадала!</w:t>
      </w:r>
    </w:p>
    <w:p>
      <w:r>
        <w:br/>
        <w:t>— В Ленінград!</w:t>
      </w:r>
    </w:p>
    <w:p>
      <w:r>
        <w:br/>
        <w:t>— От і не вгадала!</w:t>
      </w:r>
    </w:p>
    <w:p>
      <w:r>
        <w:br/>
        <w:t>— В Севастополь!</w:t>
      </w:r>
    </w:p>
    <w:p>
      <w:r>
        <w:br/>
        <w:t>— І не в Севастополь! Хоч і недалечко від Севастополя, а не в Севастополь!</w:t>
      </w:r>
    </w:p>
    <w:p>
      <w:r>
        <w:br/>
        <w:t>— На Чорнім морі?</w:t>
      </w:r>
    </w:p>
    <w:p>
      <w:r>
        <w:br/>
        <w:t>— На Чорнім морі.</w:t>
      </w:r>
    </w:p>
    <w:p>
      <w:r>
        <w:br/>
        <w:t>— Уже знаю! Уже знаю! В Одесу! — застрибала Наталочка.</w:t>
      </w:r>
    </w:p>
    <w:p>
      <w:r>
        <w:br/>
        <w:t>— Вгадала!.. А ви куди? —знов запитала Шура.</w:t>
      </w:r>
    </w:p>
    <w:p>
      <w:r>
        <w:br/>
        <w:t>— Ми з мамою їдемо в Євпаторію! Ось куди ми їдемо!</w:t>
      </w:r>
    </w:p>
    <w:p>
      <w:r>
        <w:br/>
        <w:t>— Так Євпаторія не герой! — скривилася Шура.</w:t>
      </w:r>
    </w:p>
    <w:p>
      <w:r>
        <w:br/>
        <w:t>— А в Одесі море глибоке. А в Євпаторії, мама казала, ідеш у морі, далеко-далеко йдеш, і все мілко-мілко...</w:t>
      </w:r>
    </w:p>
    <w:p>
      <w:r>
        <w:br/>
        <w:t>— А я,— сказала Шура,— як повернемося з Одеси, в школу ходитиму.</w:t>
      </w:r>
    </w:p>
    <w:p>
      <w:r>
        <w:br/>
        <w:t>— І я ходитиму! А ми попросимо, щоб нам в одну школу ходити. Добре?</w:t>
      </w:r>
    </w:p>
    <w:p>
      <w:r>
        <w:br/>
        <w:t>— Мама сказала, що вона в ту .школу мене запише, куди й тебе.</w:t>
      </w:r>
    </w:p>
    <w:p>
      <w:r>
        <w:br/>
        <w:t>— От здорово буде! Я тобі тоді розкажу, що треба робити, щоб учителька ніколи на нас не сердилася! Мені Алік розказав!</w:t>
      </w:r>
    </w:p>
    <w:p>
      <w:r>
        <w:br/>
        <w:t>— А що?</w:t>
      </w:r>
    </w:p>
    <w:p>
      <w:r>
        <w:br/>
        <w:t>— Хай потім. Тепер мені треба до Євпаторії збиратися.</w:t>
      </w:r>
    </w:p>
    <w:p>
      <w:r>
        <w:br/>
        <w:t>III</w:t>
      </w:r>
    </w:p>
    <w:p>
      <w:r>
        <w:br/>
        <w:t>Наталочка з мамою й Аліком поїхали в Євпаторію.</w:t>
      </w:r>
    </w:p>
    <w:p>
      <w:r>
        <w:br/>
        <w:t>Наталочка купалася, заходила в море далеко-далеко, а як припливав до Євпаторії пароплав, розпитувала в мами, звідки він пливе, куди. Наталочка дуже полюбила море...</w:t>
      </w:r>
    </w:p>
    <w:p>
      <w:r>
        <w:br/>
        <w:t>На пляжі мама познайомилася з жінкою-інженером, що приїхала відпочивати після будівництва Волго-Донського судноплавного каналу імені В. І. Леніна.</w:t>
      </w:r>
    </w:p>
    <w:p>
      <w:r>
        <w:br/>
        <w:t>Жінка та, її звали Віра Павлівна, розповідала про будівництво каналу, про те, як радянський народ здійснив давню-предавню мрію народу нашого — з'єднати дві великі російські річки Волгу й Дон.</w:t>
      </w:r>
    </w:p>
    <w:p>
      <w:r>
        <w:br/>
        <w:t>Віра Павлівна розповіла, що Волго-Донський канал тепер з'єднав аж п'ять морів.</w:t>
      </w:r>
    </w:p>
    <w:p>
      <w:r>
        <w:br/>
        <w:t>Віра Павлівна погладила Наталочку по голівці:</w:t>
      </w:r>
    </w:p>
    <w:p>
      <w:r>
        <w:br/>
        <w:t>— Тепер, Наталочко, з Євпаторії, з Чорного моря, ми з тобою можемо попливти пароплавом аж до Білого моря! Он як!</w:t>
      </w:r>
    </w:p>
    <w:p>
      <w:r>
        <w:br/>
        <w:t>— А хто водить пароплави й кораблі? — запитала Наталочка.</w:t>
      </w:r>
    </w:p>
    <w:p>
      <w:r>
        <w:br/>
        <w:t>— Капітани! Морські капітани!—відповіла Віра Павлівна.</w:t>
      </w:r>
    </w:p>
    <w:p>
      <w:r>
        <w:br/>
        <w:t>— Мамочко! Тьотю Віро! — твердо заявила Наталочка. — Я буду морським капітаном. Я водитиму пароплави й кораблі.</w:t>
      </w:r>
    </w:p>
    <w:p>
      <w:r>
        <w:br/>
        <w:t>IV</w:t>
      </w:r>
    </w:p>
    <w:p>
      <w:r>
        <w:br/>
        <w:t>Повернулася до Києва Наталочка з Євпаторії, а Шура — з Одеси.</w:t>
      </w:r>
    </w:p>
    <w:p>
      <w:r>
        <w:br/>
        <w:t>Наталочка розповідала Шурі про Євпаторію і про те, як проїхати з Євпаторії Волго-Донським каналом аж до Білого моря.</w:t>
      </w:r>
    </w:p>
    <w:p>
      <w:r>
        <w:br/>
        <w:t>А Шура розказувала Наталочці про місто-герой Одесу, про те, як вона бачила в Одесі китобійну флотилію "Слава", познайомилася з Людою, донькою гарпунника із "Слави", який гарпуном з гармати стріляє в Антарктиці величезних голубих китів. І як Людин татко зловив птиць-пінгвінів і подарував їх дресирувальникові Дурову, і тепер пінгвіни виступають у цирку як артисти.</w:t>
      </w:r>
    </w:p>
    <w:p>
      <w:r>
        <w:br/>
        <w:t>— Я буду гарпунником! — заявила Шура.</w:t>
      </w:r>
    </w:p>
    <w:p>
      <w:r>
        <w:br/>
        <w:t>— А я морським капітаном! — одповіла Наталочка.</w:t>
      </w:r>
    </w:p>
    <w:p>
      <w:r>
        <w:br/>
        <w:t>V</w:t>
      </w:r>
    </w:p>
    <w:p>
      <w:r>
        <w:br/>
        <w:t>Коли мами привели Наталочку й Шуру першого вересня до школи, Наталочка принесла до шкільного природничого кабінету багато камінців і черепашок, шо їх вона поназбирала на березі моря в Євпаторії, а Шура привезла з Одеси морську черепаху. Обидві вони піднесли вчительці Ганні Петрівні букети квітів.</w:t>
      </w:r>
    </w:p>
    <w:p>
      <w:r>
        <w:br/>
        <w:t>Ганна Петрівна, ласкаво посміхаючись, запитала:</w:t>
      </w:r>
    </w:p>
    <w:p>
      <w:r>
        <w:br/>
        <w:t>— Ким же ви, дітки, хочете бути?</w:t>
      </w:r>
    </w:p>
    <w:p>
      <w:r>
        <w:br/>
        <w:t>— Морським капітаном! — сказала Наталочка.</w:t>
      </w:r>
    </w:p>
    <w:p>
      <w:r>
        <w:br/>
        <w:t>— Гарпунником! — заявила Шура.</w:t>
      </w:r>
    </w:p>
    <w:p>
      <w:r>
        <w:br/>
        <w:t>— А ти не боїшся китів? Вони ж величезні! — засміялася Ганна Петрівна.</w:t>
      </w:r>
    </w:p>
    <w:p>
      <w:r>
        <w:br/>
        <w:t>— А я пінгвінів ловитиму! — одповіла Шура. — Вони менші!</w:t>
      </w:r>
    </w:p>
    <w:p>
      <w:r>
        <w:br/>
        <w:t>— Щоб стати капітаном або гарпунником, треба вчитися на відмінно! — сказала Ганна Петрівна.</w:t>
      </w:r>
    </w:p>
    <w:p>
      <w:r>
        <w:br/>
        <w:t>— Єсть учитися на відмінно! — відповіли Наталочка й Шура, ніби справжні моряки.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Капітан і гарпунник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