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 від зайця</w:t>
      </w:r>
    </w:p>
    <w:p>
      <w:r>
        <w:br/>
        <w:t xml:space="preserve"> &lt;p&gt;Влітку і восени бабуся приносила внучатам яблука чи грушки. Зимою ж був хліб від зайця. Вона добувала окраєць з хустинки чи з-за пазухи, і він пахнув свіжістю й морозом. Люда і Вітя мали від тих ласощів по половині, вони їли їх похапцем. Зовні хліб від зайця нічим не відрізнявся від того, що лежав у них на столі, але на смак він був незрівнянно кращий. Навіть передати не можна, який він був на смак. Це можна було тільки відчути. Люда і Вітя з жалістю дивились, як меншають шматки хліба в їхніх руках, але не могли втриматись, щоб не їсти, щоб зберегти бодай до вечора, — дуже було смачно.</w:t>
      </w:r>
    </w:p>
    <w:p>
      <w:r>
        <w:br/>
        <w:t>— А де ви на цей раз перестріли зайця? — питав бабусю білоголовий Вітя, який вірив у нього від усього свого щирого серця, бо був найменший.</w:t>
      </w:r>
    </w:p>
    <w:p>
      <w:r>
        <w:br/>
        <w:t>Люда також вірила, але вона була старша, а одного разу мама сказала бабусі, що ніякого зайця немає.</w:t>
      </w:r>
    </w:p>
    <w:p>
      <w:r>
        <w:br/>
        <w:t>Вітя тоді й слухати не хотів про це, а Люда — слухала. Вона навіть сказала якось, що заєць, можливо і є, але він свого хліба нізащо не віддасть.</w:t>
      </w:r>
    </w:p>
    <w:p>
      <w:r>
        <w:br/>
        <w:t>— А цього разу, дітки, — починала бабуся, — я його стріла в лісі.</w:t>
      </w:r>
    </w:p>
    <w:p>
      <w:r>
        <w:br/>
        <w:t>— Який же він був?</w:t>
      </w:r>
    </w:p>
    <w:p>
      <w:r>
        <w:br/>
        <w:t>— Сірий, сірий.</w:t>
      </w:r>
    </w:p>
    <w:p>
      <w:r>
        <w:br/>
        <w:t>— І він нічого вам не казав? — допитувався Вітя.</w:t>
      </w:r>
    </w:p>
    <w:p>
      <w:r>
        <w:br/>
        <w:t>Люда сказала:</w:t>
      </w:r>
    </w:p>
    <w:p>
      <w:r>
        <w:br/>
        <w:t>— Це ж він для зайченят ніс хліб, а ви взяли. Він більше ніколи не дасть.</w:t>
      </w:r>
    </w:p>
    <w:p>
      <w:r>
        <w:br/>
        <w:t>— Не дасть? — турбувався Вітя.</w:t>
      </w:r>
    </w:p>
    <w:p>
      <w:r>
        <w:br/>
        <w:t>— Ну, той самий, може, й не дасть, — згоджувалась баба, — але інший дасть. Бо в лісі багато зайців.</w:t>
      </w:r>
    </w:p>
    <w:p>
      <w:r>
        <w:br/>
        <w:t>— От добре! — радів Вітя.</w:t>
      </w:r>
    </w:p>
    <w:p>
      <w:r>
        <w:br/>
        <w:t>Бабуся гостювала в них, а потім поверталась додому, в сусіднє село…</w:t>
      </w:r>
    </w:p>
    <w:p>
      <w:r>
        <w:br/>
        <w:t>Якось видався погідний день. Люда з Вітею гралися на вулиці. Серед голубого неба котилося далеке, холодне, хоча й усміхнене, сонце.</w:t>
      </w:r>
    </w:p>
    <w:p>
      <w:r>
        <w:br/>
        <w:t>— А я зараз піду, — сказав Вітя. — В ліс.</w:t>
      </w:r>
    </w:p>
    <w:p>
      <w:r>
        <w:br/>
        <w:t>— Навіщо?</w:t>
      </w:r>
    </w:p>
    <w:p>
      <w:r>
        <w:br/>
        <w:t>— Здибаю зайця.</w:t>
      </w:r>
    </w:p>
    <w:p>
      <w:r>
        <w:br/>
        <w:t>— І віднімеш у нього хліб? — загорілись у неї очі.</w:t>
      </w:r>
    </w:p>
    <w:p>
      <w:r>
        <w:br/>
        <w:t>— Угу…</w:t>
      </w:r>
    </w:p>
    <w:p>
      <w:r>
        <w:br/>
        <w:t>Вони, таємниче озираючись, вибралися із свого, добре знайомого подвір’я на шлях. І на шляху також озирались: щоб не помітили батьки та не вернули назад. Ноги загрузали в снігу.</w:t>
      </w:r>
    </w:p>
    <w:p>
      <w:r>
        <w:br/>
        <w:t>— А ти знаєш, де ліс? — запитала Люда.</w:t>
      </w:r>
    </w:p>
    <w:p>
      <w:r>
        <w:br/>
        <w:t>— Там, за селом, — зробив Вітя непевний рух рукою.</w:t>
      </w:r>
    </w:p>
    <w:p>
      <w:r>
        <w:br/>
        <w:t>Тепер вона йшла неохоче, лінькувато. У неї розв’язався черевик, то вона довго длубалася біля нього, доки зав’язала.</w:t>
      </w:r>
    </w:p>
    <w:p>
      <w:r>
        <w:br/>
        <w:t>— А я не хочу йти, — сказала раптом.</w:t>
      </w:r>
    </w:p>
    <w:p>
      <w:r>
        <w:br/>
        <w:t>Вітя здивувався.</w:t>
      </w:r>
    </w:p>
    <w:p>
      <w:r>
        <w:br/>
        <w:t>— Чому? — запитав.</w:t>
      </w:r>
    </w:p>
    <w:p>
      <w:r>
        <w:br/>
        <w:t>— А мама казала, що ніякі зайці не дають хліба. То бабуся з дому приносить.</w:t>
      </w:r>
    </w:p>
    <w:p>
      <w:r>
        <w:br/>
        <w:t>І вона, повернувшись, побігла назад.</w:t>
      </w:r>
    </w:p>
    <w:p>
      <w:r>
        <w:br/>
        <w:t>Вітя почував себе скривдженим і трохи розгніваним. Не сподівався, що все може повернутись так. Хай би Люда сказала зразу, що не хоче йти, а то пішла, а тепер назад вертається. І невже бабуся обманює? Ні, бабуся завжди каже чисту правду. Та й не може такий смачний пахучий хліб бути не від зайця!</w:t>
      </w:r>
    </w:p>
    <w:p>
      <w:r>
        <w:br/>
        <w:t>Він повільно рушив з місця, подався уперед трохи неохоче, але далі — все рішучіше й швидше. Поминув величезний громадський сад, кілька хат під солом’яними стріхами, — і ось уже кінець їхнього села. Попереду слалась біла смуга поля, а за нею темнів ліс. Те хвилювання, яке трохи втихомирилось у Вітиних грудях, зараз знову затремтіло тривожно й ниюче, і ноги самі приростали до землі, не наважуючись зрушити, щоб нести його до лісу, де мав стрітися заєць.</w:t>
      </w:r>
    </w:p>
    <w:p>
      <w:r>
        <w:br/>
        <w:t>А Люда подалась на ставок. Вона ковзалась на черевиках, а то їздила з дівчатками на санчатах. Додому повернулась пізно, вже вечоріло.</w:t>
      </w:r>
    </w:p>
    <w:p>
      <w:r>
        <w:br/>
        <w:t>Мати накинулася на неї:</w:t>
      </w:r>
    </w:p>
    <w:p>
      <w:r>
        <w:br/>
        <w:t>— Ти де була? А Вітя де?</w:t>
      </w:r>
    </w:p>
    <w:p>
      <w:r>
        <w:br/>
        <w:t>— Я каталася на ставку. А Вітя пішов у ліс.</w:t>
      </w:r>
    </w:p>
    <w:p>
      <w:r>
        <w:br/>
        <w:t>— У ліс? — здивувалась мати.</w:t>
      </w:r>
    </w:p>
    <w:p>
      <w:r>
        <w:br/>
        <w:t>— Авжеж. Він хоче принести хліб від зайця.</w:t>
      </w:r>
    </w:p>
    <w:p>
      <w:r>
        <w:br/>
        <w:t>У цей час біля воріт почулось хропіння коней, завищали полози саней. Якийсь дядько зіскочив з саней і, несучи на оберемку Вітю, пішов до ґанку, де стояла Люда і мама.</w:t>
      </w:r>
    </w:p>
    <w:p>
      <w:r>
        <w:br/>
        <w:t>— А де ж ви надибали його? — спитала стурбовано мати.</w:t>
      </w:r>
    </w:p>
    <w:p>
      <w:r>
        <w:br/>
        <w:t>— Серед лісу.</w:t>
      </w:r>
    </w:p>
    <w:p>
      <w:r>
        <w:br/>
        <w:t>— Ви дивіться, — жахнулась мати. — Таке вперте дитя.</w:t>
      </w:r>
    </w:p>
    <w:p>
      <w:r>
        <w:br/>
        <w:t>— Авжеж, — погодився дядько. — Йшло хліб віднімати в зайця. Ха-ха!..</w:t>
      </w:r>
    </w:p>
    <w:p>
      <w:r>
        <w:br/>
        <w:t>— Ну, спасибі вам, — подякувала мати.</w:t>
      </w:r>
    </w:p>
    <w:p>
      <w:r>
        <w:br/>
        <w:t>Дядько не відповів і, риплячи чобітьми, подався геть. Скоро вйокнув на коней, поїхав.</w:t>
      </w:r>
    </w:p>
    <w:p>
      <w:r>
        <w:br/>
        <w:t>— Ах ти ж сякий-такий! — почала сваритись мати.</w:t>
      </w:r>
    </w:p>
    <w:p>
      <w:r>
        <w:br/>
        <w:t>Але Вітя не заплакав. Він тільки шкодував, що його піймали і привезли додому. Він хотів утекти, але дядько міцно притримував його рукою…</w:t>
      </w:r>
    </w:p>
    <w:p>
      <w:r>
        <w:br/>
        <w:t>Увечері повернувся з роботи батько, і вони з матір’ю довго розмовляли про Вітю.</w:t>
      </w:r>
    </w:p>
    <w:p>
      <w:r>
        <w:br/>
        <w:t>А Люда почувала себе осоромленою. Вона спершу навіть перед очі не хотіла показуватись малому братові, читала якусь книжку з малюнками. Але коли він улігся спати, вона не втерпіла й підійшла до нього.</w:t>
      </w:r>
    </w:p>
    <w:p>
      <w:r>
        <w:br/>
        <w:t>— Вітю, — тихенько покликала.</w:t>
      </w:r>
    </w:p>
    <w:p>
      <w:r>
        <w:br/>
        <w:t>Він подивився на неї свіжими, блискучими очима.</w:t>
      </w:r>
    </w:p>
    <w:p>
      <w:r>
        <w:br/>
        <w:t>— Що ти бачив?</w:t>
      </w:r>
    </w:p>
    <w:p>
      <w:r>
        <w:br/>
        <w:t>— Ліс. Великий такий… Там яр чорний… Хотів спуститись, але дядько не пустив…</w:t>
      </w:r>
    </w:p>
    <w:p>
      <w:r>
        <w:br/>
        <w:t>— Вітю, ти сердишся на мене?</w:t>
      </w:r>
    </w:p>
    <w:p>
      <w:r>
        <w:br/>
        <w:t>Він нічого не відповів. Їй стало гірко, і вона заплакала. На той плач прибігла мати.</w:t>
      </w:r>
    </w:p>
    <w:p>
      <w:r>
        <w:br/>
        <w:t>— Ой, ці діти, — бідкалася вона. — Вічно з ними клопоту наберешся. Вигадують щось, плачуть.</w:t>
      </w:r>
    </w:p>
    <w:p>
      <w:r>
        <w:br/>
        <w:t>Люда плакала, мати її заспокоювала, а Вітя дивився на них чистими, свіжими очима…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 від зайця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