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Хмарина в штанах</w:t>
      </w:r>
    </w:p>
    <w:p>
      <w:r>
        <w:br/>
        <w:t xml:space="preserve"> Володимир Маяковський&lt;br /&gt;</w:t>
        <w:br/>
        <w:t>Хмарина в штанах</w:t>
      </w:r>
    </w:p>
    <w:p>
      <w:r>
        <w:br/>
        <w:t>Перекладач: Микола Бажан</w:t>
      </w:r>
    </w:p>
    <w:p>
      <w:r>
        <w:br/>
        <w:t>Пролог</w:t>
      </w:r>
    </w:p>
    <w:p>
      <w:r>
        <w:br/>
        <w:t>Вашу мисль,&lt;br /&gt;</w:t>
        <w:br/>
        <w:t>що на мозку замріялась раптом,&lt;br /&gt;</w:t>
        <w:br/>
        <w:t>як вигодований лакей на канапці бридкій,&lt;br /&gt;</w:t>
        <w:br/>
        <w:t>дратуватиму серце скривавленим клаптем,&lt;br /&gt;</w:t>
        <w:br/>
        <w:t>донесхочу виглумлю, нахабний та їдкий.</w:t>
      </w:r>
    </w:p>
    <w:p>
      <w:r>
        <w:br/>
        <w:t>У мене в душі — жодного сивого волосу,&lt;br /&gt;</w:t>
        <w:br/>
        <w:t>немає ніжності старечих літ в ній!&lt;br /&gt;</w:t>
        <w:br/>
        <w:t>Світ огромивши міццю голосу,&lt;br /&gt;</w:t>
        <w:br/>
        <w:t>іду — вродливий,&lt;br /&gt;</w:t>
        <w:br/>
        <w:t>двадцятидвохлітній.</w:t>
      </w:r>
    </w:p>
    <w:p>
      <w:r>
        <w:br/>
        <w:t>Ніжні!&lt;br /&gt;</w:t>
        <w:br/>
        <w:t>Ви кохання на скрипки вкладаєте.&lt;br /&gt;</w:t>
        <w:br/>
        <w:t>Грубіяни кладуть його на литаври й труби.&lt;br /&gt;</w:t>
        <w:br/>
        <w:t>А себе, от як я, вивернути не здолаєте,&lt;br /&gt;</w:t>
        <w:br/>
        <w:t>щоб увесь був — самі лише губи!</w:t>
      </w:r>
    </w:p>
    <w:p>
      <w:r>
        <w:br/>
        <w:t>Ідіть-но учитись —&lt;br /&gt;</w:t>
        <w:br/>
        <w:t>В батисти віталень захована,&lt;br /&gt;</w:t>
        <w:br/>
        <w:t>поважна чиновнице ангельської ліги!&lt;br /&gt;</w:t>
        <w:br/>
        <w:t>І котра губи перегортає розмірковано,&lt;br /&gt;</w:t>
        <w:br/>
        <w:t>немов куховарка сторінки куховарської книги.</w:t>
      </w:r>
    </w:p>
    <w:p>
      <w:r>
        <w:br/>
        <w:t>Хочете —&lt;br /&gt;</w:t>
        <w:br/>
        <w:t>стану від м'яса скажений,&lt;br /&gt;</w:t>
        <w:br/>
        <w:t>— і, мов небо, міняючись в тонах,-&lt;br /&gt;</w:t>
        <w:br/>
        <w:t>хочете —&lt;br /&gt;</w:t>
        <w:br/>
        <w:t>стану ніжний достеменно,&lt;br /&gt;</w:t>
        <w:br/>
        <w:t>не чоловік, а — хмарина в штанах!</w:t>
      </w:r>
    </w:p>
    <w:p>
      <w:r>
        <w:br/>
        <w:t>Не вірю, що Ніцци існують прегарні!&lt;br /&gt;</w:t>
        <w:br/>
        <w:t>Славити знову схотів я&lt;br /&gt;</w:t>
        <w:br/>
        <w:t>чоловіків, залежаних, як лікарня,&lt;br /&gt;</w:t>
        <w:br/>
        <w:t>і жінок, заяложених, як прислів'я.</w:t>
      </w:r>
    </w:p>
    <w:p>
      <w:r>
        <w:br/>
        <w:t>1</w:t>
      </w:r>
    </w:p>
    <w:p>
      <w:r>
        <w:br/>
        <w:t>Ви гадаєте, це маячня малярії?&lt;br /&gt;</w:t>
        <w:br/>
        <w:t>Було це,&lt;br /&gt;</w:t>
        <w:br/>
        <w:t>Було в Одесі.</w:t>
      </w:r>
    </w:p>
    <w:p>
      <w:r>
        <w:br/>
        <w:t>"Прийду о четвертій",— сказала Марія.</w:t>
      </w:r>
    </w:p>
    <w:p>
      <w:r>
        <w:br/>
        <w:t>Вісім.&lt;br /&gt;</w:t>
        <w:br/>
        <w:t>Дев'ять.&lt;br /&gt;</w:t>
        <w:br/>
        <w:t>Десять.</w:t>
      </w:r>
    </w:p>
    <w:p>
      <w:r>
        <w:br/>
        <w:t>Ось і вечір&lt;br /&gt;</w:t>
        <w:br/>
        <w:t>в нічну каламуть&lt;br /&gt;</w:t>
        <w:br/>
        <w:t>пішов од вікон,-&lt;br /&gt;</w:t>
        <w:br/>
        <w:t>згрудневілий,&lt;br /&gt;</w:t>
        <w:br/>
        <w:t>насуплений.&lt;br /&gt;</w:t>
        <w:br/>
        <w:t>Всі канделябри регочуть та іржуть&lt;br /&gt;</w:t>
        <w:br/>
        <w:t>в спину щуплу.</w:t>
      </w:r>
    </w:p>
    <w:p>
      <w:r>
        <w:br/>
        <w:t>Зараз не впізнать мене, здоровила:&lt;br /&gt;</w:t>
        <w:br/>
        <w:t>жилаве громадище&lt;br /&gt;</w:t>
        <w:br/>
        <w:t>стогне,&lt;br /&gt;</w:t>
        <w:br/>
        <w:t>корчиться.&lt;br /&gt;</w:t>
        <w:br/>
        <w:t>Що може хотіти отакенна брила?&lt;br /&gt;</w:t>
        <w:br/>
        <w:t>А брилі багато хочеться!</w:t>
      </w:r>
    </w:p>
    <w:p>
      <w:r>
        <w:br/>
        <w:t>Адже здоровайлові байдуже&lt;br /&gt;</w:t>
        <w:br/>
        <w:t>і те, що з бронзи він,&lt;br /&gt;</w:t>
        <w:br/>
        <w:t>і те, що серце — залізко відточене.&lt;br /&gt;</w:t>
        <w:br/>
        <w:t>Вночі хочеться свій передзвін&lt;br /&gt;</w:t>
        <w:br/>
        <w:t>сховати в м'яке,&lt;br /&gt;</w:t>
        <w:br/>
        <w:t>в жіноче.</w:t>
      </w:r>
    </w:p>
    <w:p>
      <w:r>
        <w:br/>
        <w:t>І ось,&lt;br /&gt;</w:t>
        <w:br/>
        <w:t>велетенський,&lt;br /&gt;</w:t>
        <w:br/>
        <w:t>горблюсь у вікні,&lt;br /&gt;</w:t>
        <w:br/>
        <w:t>лобом до шибки розтопленої тулюся.&lt;br /&gt;</w:t>
        <w:br/>
        <w:t>Буде любов чи ні?&lt;br /&gt;</w:t>
        <w:br/>
        <w:t>Яка —&lt;br /&gt;</w:t>
        <w:br/>
        <w:t>велика чи малюсінька?</w:t>
      </w:r>
    </w:p>
    <w:p>
      <w:r>
        <w:br/>
        <w:t>Звідки велика в такого тіла?&lt;br /&gt;</w:t>
        <w:br/>
        <w:t>Мабуть, маленьке,&lt;br /&gt;</w:t>
        <w:br/>
        <w:t>сумирне любеня,&lt;br /&gt;</w:t>
        <w:br/>
        <w:t>Воно шарахає від автомобіля.&lt;br /&gt;</w:t>
        <w:br/>
        <w:t>Любить, коли коночки дзвенять.</w:t>
      </w:r>
    </w:p>
    <w:p>
      <w:r>
        <w:br/>
        <w:t>Іще й іще,&lt;br /&gt;</w:t>
        <w:br/>
        <w:t>припавши до дощу,&lt;br /&gt;</w:t>
        <w:br/>
        <w:t>лицем до лиця обоє,&lt;br /&gt;</w:t>
        <w:br/>
        <w:t>жду й тремчу,&lt;br /&gt;</w:t>
        <w:br/>
        <w:t>обризканий громом міського прибою.</w:t>
      </w:r>
    </w:p>
    <w:p>
      <w:r>
        <w:br/>
        <w:t>Північ, взявши ніж на скін,&lt;br /&gt;</w:t>
        <w:br/>
        <w:t>наздогнала,&lt;br /&gt;</w:t>
        <w:br/>
        <w:t>зарізала,-&lt;br /&gt;</w:t>
        <w:br/>
        <w:t>ото вам його!&lt;br /&gt;</w:t>
        <w:br/>
        <w:t>Упало дванадцять годин,&lt;br /&gt;</w:t>
        <w:br/>
        <w:t>як з плахи голова закатованого.</w:t>
      </w:r>
    </w:p>
    <w:p>
      <w:r>
        <w:br/>
        <w:t>На шибках дощовики сірі&lt;br /&gt;</w:t>
        <w:br/>
        <w:t>зіскавчались,&lt;br /&gt;</w:t>
        <w:br/>
        <w:t>плазують низкою,&lt;br /&gt;</w:t>
        <w:br/>
        <w:t>наче виють химерні звірі&lt;br /&gt;</w:t>
        <w:br/>
        <w:t>Собору богоматері Паризької.</w:t>
      </w:r>
    </w:p>
    <w:p>
      <w:r>
        <w:br/>
        <w:t>Проклята!&lt;br /&gt;</w:t>
        <w:br/>
        <w:t>Що ж, замале іще горе?&lt;br /&gt;</w:t>
        <w:br/>
        <w:t>Скоро криком перерветься рот.&lt;br /&gt;</w:t>
        <w:br/>
        <w:t>Чую:&lt;br /&gt;</w:t>
        <w:br/>
        <w:t>нишком,&lt;br /&gt;</w:t>
        <w:br/>
        <w:t>наче з ліжка хворий,&lt;br /&gt;</w:t>
        <w:br/>
        <w:t>сплигнув нерв.&lt;br /&gt;</w:t>
        <w:br/>
        <w:t>І от,-</w:t>
      </w:r>
    </w:p>
    <w:p>
      <w:r>
        <w:br/>
        <w:t>спершу почвалав&lt;br /&gt;</w:t>
        <w:br/>
        <w:t>трохи-трохи,&lt;br /&gt;</w:t>
        <w:br/>
        <w:t>згодом забігав&lt;br /&gt;</w:t>
        <w:br/>
        <w:t>стурбовано&lt;br /&gt;</w:t>
        <w:br/>
        <w:t>й чітко.&lt;br /&gt;</w:t>
        <w:br/>
        <w:t>Один, потім вдвох і втрьох&lt;br /&gt;</w:t>
        <w:br/>
        <w:t>вибивають одчайдушну чечітку.</w:t>
      </w:r>
    </w:p>
    <w:p>
      <w:r>
        <w:br/>
        <w:t>Звалилось на нижньому поверсі щось.</w:t>
      </w:r>
    </w:p>
    <w:p>
      <w:r>
        <w:br/>
        <w:t>Нерви&lt;br /&gt;</w:t>
        <w:br/>
        <w:t>великі,&lt;br /&gt;</w:t>
        <w:br/>
        <w:t>маленькі,&lt;br /&gt;</w:t>
        <w:br/>
        <w:t>всілякі! —&lt;br /&gt;</w:t>
        <w:br/>
        <w:t>стрибають скажені,&lt;br /&gt;</w:t>
        <w:br/>
        <w:t>і ось&lt;br /&gt;</w:t>
        <w:br/>
        <w:t>вже у нервів ноги заклякли!</w:t>
      </w:r>
    </w:p>
    <w:p>
      <w:r>
        <w:br/>
        <w:t>А ніч по кімнаті тванюку простеле,-&lt;br /&gt;</w:t>
        <w:br/>
        <w:t>із твані не витягтись обважнілому оку.</w:t>
      </w:r>
    </w:p>
    <w:p>
      <w:r>
        <w:br/>
        <w:t>Двері зраз залящали,&lt;br /&gt;</w:t>
        <w:br/>
        <w:t>неначе в готелі&lt;br /&gt;</w:t>
        <w:br/>
        <w:t>щелепів чути цокіт.</w:t>
      </w:r>
    </w:p>
    <w:p>
      <w:r>
        <w:br/>
        <w:t>Увійшла ти,&lt;br /&gt;</w:t>
        <w:br/>
        <w:t>різка, мов "нате!",&lt;br /&gt;</w:t>
        <w:br/>
        <w:t>мордуючи рукавичок замшу;&lt;br /&gt;</w:t>
        <w:br/>
        <w:t>промовила:&lt;br /&gt;</w:t>
        <w:br/>
        <w:t>"Знаєте —&lt;br /&gt;</w:t>
        <w:br/>
        <w:t>я виходжу заміж".</w:t>
      </w:r>
    </w:p>
    <w:p>
      <w:r>
        <w:br/>
        <w:t>Що ж, виходьте.&lt;br /&gt;</w:t>
        <w:br/>
        <w:t>Гаразд.&lt;br /&gt;</w:t>
        <w:br/>
        <w:t>Покріплюсь.&lt;br /&gt;</w:t>
        <w:br/>
        <w:t>Бачите — спокійний який!&lt;br /&gt;</w:t>
        <w:br/>
        <w:t>Наче пульс&lt;br /&gt;</w:t>
        <w:br/>
        <w:t>покійників.</w:t>
      </w:r>
    </w:p>
    <w:p>
      <w:r>
        <w:br/>
        <w:t>Пам'ятаєте?&lt;br /&gt;</w:t>
        <w:br/>
        <w:t>"Гроші,&lt;br /&gt;</w:t>
        <w:br/>
        <w:t>любов,&lt;br /&gt;</w:t>
        <w:br/>
        <w:t>Джек Лондон", —&lt;br /&gt;</w:t>
        <w:br/>
        <w:t>так ви казали часто,&lt;br /&gt;</w:t>
        <w:br/>
        <w:t>я ж тільки й бачив:&lt;br /&gt;</w:t>
        <w:br/>
        <w:t>ви — Джіоконда1,&lt;br /&gt;</w:t>
        <w:br/>
        <w:t>яку треба вкрасти!</w:t>
      </w:r>
    </w:p>
    <w:p>
      <w:r>
        <w:br/>
        <w:t>І вкрали.</w:t>
      </w:r>
    </w:p>
    <w:p>
      <w:r>
        <w:br/>
        <w:t>Знову іду стрівати закохання вихорі,&lt;br /&gt;</w:t>
        <w:br/>
        <w:t>брів осяваючи дуги.&lt;br /&gt;</w:t>
        <w:br/>
        <w:t>Що ж!&lt;br /&gt;</w:t>
        <w:br/>
        <w:t>І в домі, що геть увесь вигорів,&lt;br /&gt;</w:t>
        <w:br/>
        <w:t>часом живуть бездомні волоцюги!</w:t>
      </w:r>
    </w:p>
    <w:p>
      <w:r>
        <w:br/>
        <w:t>Дратуєте?&lt;br /&gt;</w:t>
        <w:br/>
        <w:t>"Менше, ніж у жебрака є срібла,&lt;br /&gt;</w:t>
        <w:br/>
        <w:t>у вас ізумрудів безуму сховано".&lt;br /&gt;</w:t>
        <w:br/>
        <w:t>Пам'ятайте ж!&lt;br /&gt;</w:t>
        <w:br/>
        <w:t>Помпея загибла,&lt;br /&gt;</w:t>
        <w:br/>
        <w:t>коли Везувій було роздратовано!</w:t>
      </w:r>
    </w:p>
    <w:p>
      <w:r>
        <w:br/>
        <w:t>Гей!&lt;br /&gt;</w:t>
        <w:br/>
        <w:t>Панове,&lt;br /&gt;</w:t>
        <w:br/>
        <w:t>яким до вподоби&lt;br /&gt;</w:t>
        <w:br/>
        <w:t>блюзнірства,&lt;br /&gt;</w:t>
        <w:br/>
        <w:t>злочини,&lt;br /&gt;</w:t>
        <w:br/>
        <w:t>бійні,-&lt;br /&gt;</w:t>
        <w:br/>
        <w:t>чи бачили&lt;br /&gt;</w:t>
        <w:br/>
        <w:t>найстрашнішу подобу —&lt;br /&gt;</w:t>
        <w:br/>
        <w:t>лице моє,&lt;br /&gt;</w:t>
        <w:br/>
        <w:t>коли&lt;br /&gt;</w:t>
        <w:br/>
        <w:t>я&lt;br /&gt;</w:t>
        <w:br/>
        <w:t>абсолютно спокійний?</w:t>
      </w:r>
    </w:p>
    <w:p>
      <w:r>
        <w:br/>
        <w:t>І почуваю —&lt;br /&gt;</w:t>
        <w:br/>
        <w:t>"я"&lt;br /&gt;</w:t>
        <w:br/>
        <w:t>малим би для мене було.&lt;br /&gt;</w:t>
        <w:br/>
        <w:t>Хтось із мене пнеться до нестями.</w:t>
      </w:r>
    </w:p>
    <w:p>
      <w:r>
        <w:br/>
        <w:t>Алло!&lt;br /&gt;</w:t>
        <w:br/>
        <w:t>Хто говорить?&lt;br /&gt;</w:t>
        <w:br/>
        <w:t>Мама?&lt;br /&gt;</w:t>
        <w:br/>
        <w:t>Мамо!&lt;br /&gt;</w:t>
        <w:br/>
        <w:t>Син ваш повен прекрасного болю!&lt;br /&gt;</w:t>
        <w:br/>
        <w:t>Мамо!&lt;br /&gt;</w:t>
        <w:br/>
        <w:t>В нього серце палає.</w:t>
      </w:r>
    </w:p>
    <w:p>
      <w:r>
        <w:br/>
        <w:t>Повідомте ж сестер, Люду та Олю,-&lt;br /&gt;</w:t>
        <w:br/>
        <w:t>він вже дійшов до краю.&lt;br /&gt;</w:t>
        <w:br/>
        <w:t>Кожне слово,&lt;br /&gt;</w:t>
        <w:br/>
        <w:t>і жарт, і мрія,&lt;br /&gt;</w:t>
        <w:br/>
        <w:t>що виригає він ротом крізь судому,&lt;br /&gt;</w:t>
        <w:br/>
        <w:t>викидається, наче гола повія&lt;br /&gt;</w:t>
        <w:br/>
        <w:t>з горящого публічного дому.</w:t>
      </w:r>
    </w:p>
    <w:p>
      <w:r>
        <w:br/>
        <w:t>Люди нюхають —&lt;br /&gt;</w:t>
        <w:br/>
        <w:t>печеня невже ж яка?&lt;br /&gt;</w:t>
        <w:br/>
        <w:t>Назганяли народу,&lt;br /&gt;</w:t>
        <w:br/>
        <w:t>Блискучі!&lt;br /&gt;</w:t>
        <w:br/>
        <w:t>З касками!&lt;br /&gt;</w:t>
        <w:br/>
        <w:t>Геть чоботища!.&lt;br /&gt;</w:t>
        <w:br/>
        <w:t>Гукніть пожежникам:&lt;br /&gt;</w:t>
        <w:br/>
        <w:t>на серце горяще лізуть з ласками.</w:t>
      </w:r>
    </w:p>
    <w:p>
      <w:r>
        <w:br/>
        <w:t>Я сам.&lt;br /&gt;</w:t>
        <w:br/>
        <w:t>Очі насльозені бочками витягну.&lt;br /&gt;</w:t>
        <w:br/>
        <w:t>Аби от об ребра зіперся.&lt;br /&gt;</w:t>
        <w:br/>
        <w:t>Виплигну! Виплигну! Виплигну! Виплигну!&lt;br /&gt;</w:t>
        <w:br/>
        <w:t>Звалилися.&lt;br /&gt;</w:t>
        <w:br/>
        <w:t>Не виплигнеш із серця!</w:t>
      </w:r>
    </w:p>
    <w:p>
      <w:r>
        <w:br/>
        <w:t>На лиці спопелілому&lt;br /&gt;</w:t>
        <w:br/>
        <w:t>із губ — із багать&lt;br /&gt;</w:t>
        <w:br/>
        <w:t>вироста поцілуйко — обвуглене и невеличке.&lt;br /&gt;</w:t>
        <w:br/>
        <w:t>Мамо!&lt;br /&gt;</w:t>
        <w:br/>
        <w:t>Не можу співать.&lt;br /&gt;</w:t>
        <w:br/>
        <w:t>Вогнем пойнялася серця капличка.</w:t>
      </w:r>
    </w:p>
    <w:p>
      <w:r>
        <w:br/>
        <w:t>Обгорілі постаті чисел і слів&lt;br /&gt;</w:t>
        <w:br/>
        <w:t>з черепа,&lt;br /&gt;</w:t>
        <w:br/>
        <w:t>мов діти із горящого горища.&lt;br /&gt;</w:t>
        <w:br/>
        <w:t>Так жах,&lt;br /&gt;</w:t>
        <w:br/>
        <w:t>щоб за небо вхопитися,&lt;br /&gt;</w:t>
        <w:br/>
        <w:t>звів&lt;br /&gt;</w:t>
        <w:br/>
        <w:t>"Лузітанії"2 руки зловіщі.</w:t>
      </w:r>
    </w:p>
    <w:p>
      <w:r>
        <w:br/>
        <w:t>Наляканим людям&lt;br /&gt;</w:t>
        <w:br/>
        <w:t>в кватирки лети,&lt;br /&gt;</w:t>
        <w:br/>
        <w:t>стоока заграво, рвися з пристані!&lt;br /&gt;</w:t>
        <w:br/>
        <w:t>Крик мій останній,-&lt;br /&gt;</w:t>
        <w:br/>
        <w:t>хоч ти&lt;br /&gt;</w:t>
        <w:br/>
        <w:t>про те, що палаю, в століття вистогни!</w:t>
      </w:r>
    </w:p>
    <w:p>
      <w:r>
        <w:br/>
        <w:t>2</w:t>
      </w:r>
    </w:p>
    <w:p>
      <w:r>
        <w:br/>
        <w:t>Славте мене!&lt;br /&gt;</w:t>
        <w:br/>
        <w:t>Я не пара великому і багатому.&lt;br /&gt;</w:t>
        <w:br/>
        <w:t>Над усім, що зроблено,&lt;br /&gt;</w:t>
        <w:br/>
        <w:t>ставлю "nihil".</w:t>
      </w:r>
    </w:p>
    <w:p>
      <w:r>
        <w:br/>
        <w:t>Ніколи&lt;br /&gt;</w:t>
        <w:br/>
        <w:t>нічого не читатиму.&lt;br /&gt;</w:t>
        <w:br/>
        <w:t>Книги?&lt;br /&gt;</w:t>
        <w:br/>
        <w:t>Що книги?</w:t>
      </w:r>
    </w:p>
    <w:p>
      <w:r>
        <w:br/>
        <w:t>Колись я думав —&lt;br /&gt;</w:t>
        <w:br/>
        <w:t>книги робляться так:&lt;br /&gt;</w:t>
        <w:br/>
        <w:t>прийшов поет,&lt;br /&gt;</w:t>
        <w:br/>
        <w:t>уста розтягнув у гримаску&lt;br /&gt;</w:t>
        <w:br/>
        <w:t>і зразу заспівав натхненний простак,-&lt;br /&gt;</w:t>
        <w:br/>
        <w:t>будь ласка!</w:t>
      </w:r>
    </w:p>
    <w:p>
      <w:r>
        <w:br/>
        <w:t>А насправді воно —&lt;br /&gt;</w:t>
        <w:br/>
        <w:t>доки взятися мають до пісні,&lt;br /&gt;</w:t>
        <w:br/>
        <w:t>довго ходять, щоб мисль, мовляв, не схибла,&lt;br /&gt;</w:t>
        <w:br/>
        <w:t>і в мулі серця вовтузиться та кисне&lt;br /&gt;</w:t>
        <w:br/>
        <w:t>уяви йолопувата вібла.</w:t>
      </w:r>
    </w:p>
    <w:p>
      <w:r>
        <w:br/>
        <w:t>Доки поет собі римами триндика,&lt;br /&gt;</w:t>
        <w:br/>
        <w:t>викип'ячує вариво з яложених клаптів,&lt;br /&gt;</w:t>
        <w:br/>
        <w:t>вулиця корчиться без'язика —&lt;br /&gt;</w:t>
        <w:br/>
        <w:t>їй нічим кричати й балакати.</w:t>
      </w:r>
    </w:p>
    <w:p>
      <w:r>
        <w:br/>
        <w:t>Міст вавілонські вежі,&lt;br /&gt;</w:t>
        <w:br/>
        <w:t>запишавшись, зводимо знову,&lt;br /&gt;</w:t>
        <w:br/>
        <w:t>а бог&lt;br /&gt;</w:t>
        <w:br/>
        <w:t>міста на поля та межі&lt;br /&gt;</w:t>
        <w:br/>
        <w:t>валить,&lt;br /&gt;</w:t>
        <w:br/>
        <w:t>змішуючи слово.</w:t>
      </w:r>
    </w:p>
    <w:p>
      <w:r>
        <w:br/>
        <w:t>Вулиця мукою мовчки запихалася.&lt;br /&gt;</w:t>
        <w:br/>
        <w:t>Крик сторчма вперся в пролиг.&lt;br /&gt;</w:t>
        <w:br/>
        <w:t>Стовбурчились, в горлі застрягши з галасом,&lt;br /&gt;</w:t>
        <w:br/>
        <w:t>тулуби таксі та візників кволих.</w:t>
      </w:r>
    </w:p>
    <w:p>
      <w:r>
        <w:br/>
        <w:t>Груди спішоходили.&lt;br /&gt;</w:t>
        <w:br/>
        <w:t>Гірш за сухоти.&lt;br /&gt;</w:t>
        <w:br/>
        <w:t>Місто дорогу тьмою замкнуло.</w:t>
      </w:r>
    </w:p>
    <w:p>
      <w:r>
        <w:br/>
        <w:t>І коли —&lt;br /&gt;</w:t>
        <w:br/>
        <w:t>нарешті! —&lt;br /&gt;</w:t>
        <w:br/>
        <w:t>в майданів прольоти&lt;br /&gt;</w:t>
        <w:br/>
        <w:t>тисняву паперті з горла зіпхнула,</w:t>
      </w:r>
    </w:p>
    <w:p>
      <w:r>
        <w:br/>
        <w:t>гадалося:&lt;br /&gt;</w:t>
        <w:br/>
        <w:t>в хорах архангелового хоралу&lt;br /&gt;</w:t>
        <w:br/>
        <w:t>бог іде й прирікає до смерті!</w:t>
      </w:r>
    </w:p>
    <w:p>
      <w:r>
        <w:br/>
        <w:t>А вулиця присіла і загорлала:&lt;br /&gt;</w:t>
        <w:br/>
        <w:t>"Ходімо жерти!"</w:t>
      </w:r>
    </w:p>
    <w:p>
      <w:r>
        <w:br/>
        <w:t>Гримірують місту Круппи і Круппики&lt;br /&gt;</w:t>
        <w:br/>
        <w:t>брови, наставлені сторч,&lt;br /&gt;</w:t>
        <w:br/>
        <w:t>а в устах&lt;br /&gt;</w:t>
        <w:br/>
        <w:t>померлих слів розкладаються трупики,&lt;br /&gt;</w:t>
        <w:br/>
        <w:t>тільки два живуть і гладшають:&lt;br /&gt;</w:t>
        <w:br/>
        <w:t>"наволоч"&lt;br /&gt;</w:t>
        <w:br/>
        <w:t>та ще якесь,&lt;br /&gt;</w:t>
        <w:br/>
        <w:t>здається — "борщ".</w:t>
      </w:r>
    </w:p>
    <w:p>
      <w:r>
        <w:br/>
        <w:t>Поети, розм'якнувши в тисняві,&lt;br /&gt;</w:t>
        <w:br/>
        <w:t>кинулись од вулиці з розпатланим чубом:&lt;br /&gt;</w:t>
        <w:br/>
        <w:t>"Як двома такими виспівать&lt;br /&gt;</w:t>
        <w:br/>
        <w:t>і панну,&lt;br /&gt;</w:t>
        <w:br/>
        <w:t>й кохання,&lt;br /&gt;</w:t>
        <w:br/>
        <w:t>і квітку під дубом?"</w:t>
      </w:r>
    </w:p>
    <w:p>
      <w:r>
        <w:br/>
        <w:t>А за поетами —&lt;br /&gt;</w:t>
        <w:br/>
        <w:t>цілі зливи:&lt;br /&gt;</w:t>
        <w:br/>
        <w:t>студенти,&lt;br /&gt;</w:t>
        <w:br/>
        <w:t>повії,&lt;br /&gt;</w:t>
        <w:br/>
        <w:t>підрядчики.&lt;br /&gt;</w:t>
        <w:br/>
        <w:t>Панове!&lt;br /&gt;</w:t>
        <w:br/>
        <w:t>Спиніться!&lt;br /&gt;</w:t>
        <w:br/>
        <w:t>Не жебраки ви,&lt;br /&gt;</w:t>
        <w:br/>
        <w:t>ви не смієте жебрачити!</w:t>
      </w:r>
    </w:p>
    <w:p>
      <w:r>
        <w:br/>
        <w:t>Нам, здоровезним,&lt;br /&gt;</w:t>
        <w:br/>
        <w:t>з дужою хваткою,&lt;br /&gt;</w:t>
        <w:br/>
        <w:t>їх чавити треба, не слухати нишком,-&lt;br /&gt;</w:t>
        <w:br/>
        <w:t>їх,&lt;br /&gt;</w:t>
        <w:br/>
        <w:t>що присмоктались безплатним додатком&lt;br /&gt;</w:t>
        <w:br/>
        <w:t>до кожного двоспального ліжка!</w:t>
      </w:r>
    </w:p>
    <w:p>
      <w:r>
        <w:br/>
        <w:t>Чи їх нам уклінно просити:&lt;br /&gt;</w:t>
        <w:br/>
        <w:t>"Дай снаги мені!"&lt;br /&gt;</w:t>
        <w:br/>
        <w:t>Благати про гімни,&lt;br /&gt;</w:t>
        <w:br/>
        <w:t>про ораторії!&lt;br /&gt;</w:t>
        <w:br/>
        <w:t>Ми самі творці у полум'янім гімні —&lt;br /&gt;</w:t>
        <w:br/>
        <w:t>в шумі фабрики та лабораторії.</w:t>
      </w:r>
    </w:p>
    <w:p>
      <w:r>
        <w:br/>
        <w:t>Чого шукатиму в Фаусті,&lt;br /&gt;</w:t>
        <w:br/>
        <w:t>що в феєричній ракетці&lt;br /&gt;</w:t>
        <w:br/>
        <w:t>шугає з Мефістофелем небесним паркетом!&lt;br /&gt;</w:t>
        <w:br/>
        <w:t>Я знаю —&lt;br /&gt;</w:t>
        <w:br/>
        <w:t>цвях у моїй підметці&lt;br /&gt;</w:t>
        <w:br/>
        <w:t>жахливіший за фантазію Гете!</w:t>
      </w:r>
    </w:p>
    <w:p>
      <w:r>
        <w:br/>
        <w:t>Я,&lt;br /&gt;</w:t>
        <w:br/>
        <w:t>найзлатоустіший,&lt;br /&gt;</w:t>
        <w:br/>
        <w:t>що з слова одного&lt;br /&gt;</w:t>
        <w:br/>
        <w:t>голод тамую неситому,&lt;br /&gt;</w:t>
        <w:br/>
        <w:t>кажу вам:&lt;br /&gt;</w:t>
        <w:br/>
        <w:t>найменша крихтинка живого&lt;br /&gt;</w:t>
        <w:br/>
        <w:t>коштовніша за те, що робив й робитиму!</w:t>
      </w:r>
    </w:p>
    <w:p>
      <w:r>
        <w:br/>
        <w:t>Слухайте!&lt;br /&gt;</w:t>
        <w:br/>
        <w:t>Мовить,&lt;br /&gt;</w:t>
        <w:br/>
        <w:t>стогнучи й кричачи,&lt;br /&gt;</w:t>
        <w:br/>
        <w:t>сьогоднішнього дня зойкогубий Заратустра!</w:t>
      </w:r>
    </w:p>
    <w:p>
      <w:r>
        <w:br/>
        <w:t>Ми&lt;br /&gt;</w:t>
        <w:br/>
        <w:t>з лицем-простирадлом, заспаним уночі,&lt;br /&gt;</w:t>
        <w:br/>
        <w:t>з губами, обвислими, мов люстра,&lt;br /&gt;</w:t>
        <w:br/>
        <w:t>ми,&lt;br /&gt;</w:t>
        <w:br/>
        <w:t>каторжники міста-лепрозорія,&lt;br /&gt;</w:t>
        <w:br/>
        <w:t>де золото й бруд роз'ятрили проказу,-&lt;br /&gt;</w:t>
        <w:br/>
        <w:t>ми — як блакиття Венецій прозоре,&lt;br /&gt;</w:t>
        <w:br/>
        <w:t>вмите морями й сонцями відразу!</w:t>
      </w:r>
    </w:p>
    <w:p>
      <w:r>
        <w:br/>
        <w:t>Плювать, що в Гомера&lt;br /&gt;</w:t>
        <w:br/>
        <w:t>й Овідія інші&lt;br /&gt;</w:t>
        <w:br/>
        <w:t>люди за нас,&lt;br /&gt;</w:t>
        <w:br/>
        <w:t>і що ми — не ті.</w:t>
      </w:r>
    </w:p>
    <w:p>
      <w:r>
        <w:br/>
        <w:t>Я знаю —&lt;br /&gt;</w:t>
        <w:br/>
        <w:t>сонце померкло б, уздрівши&lt;br /&gt;</w:t>
        <w:br/>
        <w:t>наших душ поклади золоті!</w:t>
      </w:r>
    </w:p>
    <w:p>
      <w:r>
        <w:br/>
        <w:t>Жили й м'язи — певніш за молебні.&lt;br /&gt;</w:t>
        <w:br/>
        <w:t>Нам не личить благати час!&lt;br /&gt;</w:t>
        <w:br/>
        <w:t>Ми —&lt;br /&gt;</w:t>
        <w:br/>
        <w:t>кожен —&lt;br /&gt;</w:t>
        <w:br/>
        <w:t>стискаєм в руці велебно&lt;br /&gt;</w:t>
        <w:br/>
        <w:t>світів рушальний пас!</w:t>
      </w:r>
    </w:p>
    <w:p>
      <w:r>
        <w:br/>
        <w:t>Оце повело на Голгофи естради&lt;br /&gt;</w:t>
        <w:br/>
        <w:t>Петрограда, Одеси, Києва, Москви,&lt;br /&gt;</w:t>
        <w:br/>
        <w:t>і кожен кричав&lt;br /&gt;</w:t>
        <w:br/>
        <w:t>аж до надсади:&lt;br /&gt;</w:t>
        <w:br/>
        <w:t>"Розіпніть його!&lt;br /&gt;</w:t>
        <w:br/>
        <w:t>Ви!"</w:t>
      </w:r>
    </w:p>
    <w:p>
      <w:r>
        <w:br/>
        <w:t>Але мені —&lt;br /&gt;</w:t>
        <w:br/>
        <w:t>люди&lt;br /&gt;</w:t>
        <w:br/>
        <w:t>й ті, що завдали муки,-&lt;br /&gt;</w:t>
        <w:br/>
        <w:t>ви мені над усе дорожчі й ближчі.</w:t>
      </w:r>
    </w:p>
    <w:p>
      <w:r>
        <w:br/>
        <w:t>Бачили,&lt;br /&gt;</w:t>
        <w:br/>
        <w:t>як собака лиже руку,&lt;br /&gt;</w:t>
        <w:br/>
        <w:t>руку, що його періщить?!&lt;br /&gt;</w:t>
        <w:br/>
        <w:t>Я,&lt;br /&gt;</w:t>
        <w:br/>
        <w:t>заглумлений від сьогоднішніх людей,&lt;br /&gt;</w:t>
        <w:br/>
        <w:t>наче довгий,&lt;br /&gt;</w:t>
        <w:br/>
        <w:t>скабрезний анекдот,&lt;br /&gt;</w:t>
        <w:br/>
        <w:t>бачу того, хто горами часу гряде&lt;br /&gt;</w:t>
        <w:br/>
        <w:t>і кого не бачить ніхто,</w:t>
      </w:r>
    </w:p>
    <w:p>
      <w:r>
        <w:br/>
        <w:t>Де око в людини вривається куце,&lt;br /&gt;</w:t>
        <w:br/>
        <w:t>як орд голодних потік,&lt;br /&gt;</w:t>
        <w:br/>
        <w:t>в терновім вінку революцій&lt;br /&gt;</w:t>
        <w:br/>
        <w:t>гряде шістнадцятий рік.</w:t>
      </w:r>
    </w:p>
    <w:p>
      <w:r>
        <w:br/>
        <w:t>А я вам — його предтеча,&lt;br /&gt;</w:t>
        <w:br/>
        <w:t>я — скрізь, де болі оті;&lt;br /&gt;</w:t>
        <w:br/>
        <w:t>на кожній краплині слізної течі&lt;br /&gt;</w:t>
        <w:br/>
        <w:t>себе розіп'яв на хресті.</w:t>
      </w:r>
    </w:p>
    <w:p>
      <w:r>
        <w:br/>
        <w:t>Вже годі прощати юрбу образ.&lt;br /&gt;</w:t>
        <w:br/>
        <w:t>Я випалив душі, де ніжність ростили.&lt;br /&gt;</w:t>
        <w:br/>
        <w:t>Це важче, аніж подолати враз&lt;br /&gt;</w:t>
        <w:br/>
        <w:t>тисячу тисяч Бастілій!</w:t>
      </w:r>
    </w:p>
    <w:p>
      <w:r>
        <w:br/>
        <w:t>І коли,&lt;br /&gt;</w:t>
        <w:br/>
        <w:t>прихід його&lt;br /&gt;</w:t>
        <w:br/>
        <w:t>розголошуючи криком,&lt;br /&gt;</w:t>
        <w:br/>
        <w:t>вийдете до визволителя,&lt;br /&gt;</w:t>
        <w:br/>
        <w:t>я вам&lt;br /&gt;</w:t>
        <w:br/>
        <w:t>душу витягну,&lt;br /&gt;</w:t>
        <w:br/>
        <w:t>розчавлю,&lt;br /&gt;</w:t>
        <w:br/>
        <w:t>щоб велика! —&lt;br /&gt;</w:t>
        <w:br/>
        <w:t>і скривавлену, як прапора, дам.</w:t>
      </w:r>
    </w:p>
    <w:p>
      <w:r>
        <w:br/>
        <w:t>3</w:t>
      </w:r>
    </w:p>
    <w:p>
      <w:r>
        <w:br/>
        <w:t>Ах, навіщо це,&lt;br /&gt;</w:t>
        <w:br/>
        <w:t>звідки це&lt;br /&gt;</w:t>
        <w:br/>
        <w:t>на свята весільні&lt;br /&gt;</w:t>
        <w:br/>
        <w:t>заміривсь брудний кулай!&lt;br /&gt;</w:t>
        <w:br/>
        <w:t>Думка надбігла&lt;br /&gt;</w:t>
        <w:br/>
        <w:t>про божевільні,&lt;br /&gt;</w:t>
        <w:br/>
        <w:t>і чоло заслонив одчай.</w:t>
      </w:r>
    </w:p>
    <w:p>
      <w:r>
        <w:br/>
        <w:t>I —&lt;br /&gt;</w:t>
        <w:br/>
        <w:t>як під час загибелі дредноута&lt;br /&gt;</w:t>
        <w:br/>
        <w:t>з останніх сил&lt;br /&gt;</w:t>
        <w:br/>
        <w:t>шугають в роззявлений люк —&lt;br /&gt;</w:t>
        <w:br/>
        <w:t>крізь своє&lt;br /&gt;</w:t>
        <w:br/>
        <w:t>око, роздерте навпіл,&lt;br /&gt;</w:t>
        <w:br/>
        <w:t>збожеволівши, ліз Бурлюк3.</w:t>
      </w:r>
    </w:p>
    <w:p>
      <w:r>
        <w:br/>
        <w:t>Мало не затопивши кров'ю повіки,&lt;br /&gt;</w:t>
        <w:br/>
        <w:t>виліз,&lt;br /&gt;</w:t>
        <w:br/>
        <w:t>пішов&lt;br /&gt;</w:t>
        <w:br/>
        <w:t>ураз,&lt;br /&gt;</w:t>
        <w:br/>
        <w:t>і з ніжністю, дивною для гладкого чоловіка,&lt;br /&gt;</w:t>
        <w:br/>
        <w:t>взяв та й промовив:&lt;br /&gt;</w:t>
        <w:br/>
        <w:t>"Гаразд!"</w:t>
      </w:r>
    </w:p>
    <w:p>
      <w:r>
        <w:br/>
        <w:t>Гаразд, коли у жовту кофту&lt;br /&gt;</w:t>
        <w:br/>
        <w:t>душу від оглядин закутано!&lt;br /&gt;</w:t>
        <w:br/>
        <w:t>Гаразд,&lt;br /&gt;</w:t>
        <w:br/>
        <w:t>коли кинутий в зуби ешафоту,&lt;br /&gt;</w:t>
        <w:br/>
        <w:t>крикнуть:&lt;br /&gt;</w:t>
        <w:br/>
        <w:t>"Пийте какао Ван-Гуттена!"4</w:t>
      </w:r>
    </w:p>
    <w:p>
      <w:r>
        <w:br/>
        <w:t>Миті цієї&lt;br /&gt;</w:t>
        <w:br/>
        <w:t>бенгальської,&lt;br /&gt;</w:t>
        <w:br/>
        <w:t>химерної,&lt;br /&gt;</w:t>
        <w:br/>
        <w:t>я ні на що не зміняв би,&lt;br /&gt;</w:t>
        <w:br/>
        <w:t>я ні на...</w:t>
      </w:r>
    </w:p>
    <w:p>
      <w:r>
        <w:br/>
        <w:t>А з сигарного диму&lt;br /&gt;</w:t>
        <w:br/>
        <w:t>чаркою лікерною&lt;br /&gt;</w:t>
        <w:br/>
        <w:t>вистромлялось пропите лице Сєверяніна.</w:t>
      </w:r>
    </w:p>
    <w:p>
      <w:r>
        <w:br/>
        <w:t>Як ви смієте зватись поетом&lt;br /&gt;</w:t>
        <w:br/>
        <w:t>і, сіренький, цвірінькати, мов перепел!&lt;br /&gt;</w:t>
        <w:br/>
        <w:t>Сьогодні&lt;br /&gt;</w:t>
        <w:br/>
        <w:t>треба&lt;br /&gt;</w:t>
        <w:br/>
        <w:t>кастетом&lt;br /&gt;</w:t>
        <w:br/>
        <w:t>краятись світові в черепі!</w:t>
      </w:r>
    </w:p>
    <w:p>
      <w:r>
        <w:br/>
        <w:t>Ви,&lt;br /&gt;</w:t>
        <w:br/>
        <w:t>що тільки й маєте мрій —&lt;br /&gt;</w:t>
        <w:br/>
        <w:t>почути,&lt;br /&gt;</w:t>
        <w:br/>
        <w:t>"які в нього жарти",&lt;br /&gt;</w:t>
        <w:br/>
        <w:t>дивіться, як розважаюсь&lt;br /&gt;</w:t>
        <w:br/>
        <w:t>я —&lt;br /&gt;</w:t>
        <w:br/>
        <w:t>міський&lt;br /&gt;</w:t>
        <w:br/>
        <w:t>сутенер та махляр на карти!</w:t>
      </w:r>
    </w:p>
    <w:p>
      <w:r>
        <w:br/>
        <w:t>Од вас,&lt;br /&gt;</w:t>
        <w:br/>
        <w:t>що в закоханості мокли,&lt;br /&gt;</w:t>
        <w:br/>
        <w:t>що з вас кожен&lt;br /&gt;</w:t>
        <w:br/>
        <w:t>сльозину в століття ллє,&lt;br /&gt;</w:t>
        <w:br/>
        <w:t>геть піду я,&lt;br /&gt;</w:t>
        <w:br/>
        <w:t>сонце моноклем&lt;br /&gt;</w:t>
        <w:br/>
        <w:t>встромивши в розчепірене око своє.</w:t>
      </w:r>
    </w:p>
    <w:p>
      <w:r>
        <w:br/>
        <w:t>Неймовірно вдягнувшися весь,&lt;br /&gt;</w:t>
        <w:br/>
        <w:t>я землею піду,&lt;br /&gt;</w:t>
        <w:br/>
        <w:t>захоплено зустрінутий юрбою,&lt;br /&gt;</w:t>
        <w:br/>
        <w:t>і, наче пес,&lt;br /&gt;</w:t>
        <w:br/>
        <w:t>Наполеон потягнеться на шворці переді мною.</w:t>
      </w:r>
    </w:p>
    <w:p>
      <w:r>
        <w:br/>
        <w:t>Ляже жінкою земля від дотику —&lt;br /&gt;</w:t>
        <w:br/>
        <w:t>буде хтива човганина м'ясця ця;&lt;br /&gt;</w:t>
        <w:br/>
        <w:t>речі оживуть —&lt;br /&gt;</w:t>
        <w:br/>
        <w:t>їхні ротики&lt;br /&gt;</w:t>
        <w:br/>
        <w:t>засюсюкають:&lt;br /&gt;</w:t>
        <w:br/>
        <w:t>"цяця, цяця, цяця!"</w:t>
      </w:r>
    </w:p>
    <w:p>
      <w:r>
        <w:br/>
        <w:t>Раптом&lt;br /&gt;</w:t>
        <w:br/>
        <w:t>і хмари,&lt;br /&gt;</w:t>
        <w:br/>
        <w:t>й таке інше хмаряче&lt;br /&gt;</w:t>
        <w:br/>
        <w:t>порозгойдувалось на небі украй,&lt;br /&gt;</w:t>
        <w:br/>
        <w:t>мов натовпи білих робітників згарячу&lt;br /&gt;</w:t>
        <w:br/>
        <w:t>рушили, небу оголосивши страйк.</w:t>
      </w:r>
    </w:p>
    <w:p>
      <w:r>
        <w:br/>
        <w:t>Грім із-за хмар, скаженіючи, виліз&lt;br /&gt;</w:t>
        <w:br/>
        <w:t>і ніздрі здорові задирливо висякав.&lt;br /&gt;</w:t>
        <w:br/>
        <w:t>Гримасою хмурого Бісмарка вкрилось&lt;br /&gt;</w:t>
        <w:br/>
        <w:t>небесне обличчя на мить одну високо.</w:t>
      </w:r>
    </w:p>
    <w:p>
      <w:r>
        <w:br/>
        <w:t>І хтось-то,&lt;br /&gt;</w:t>
        <w:br/>
        <w:t>вчепившись за хмарну штибу,&lt;br /&gt;</w:t>
        <w:br/>
        <w:t>руки простяг до кафе —&lt;br /&gt;</w:t>
        <w:br/>
        <w:t>і жінка нібито&lt;br /&gt;</w:t>
        <w:br/>
        <w:t>і ніжний ніби,&lt;br /&gt;</w:t>
        <w:br/>
        <w:t>і ніби гарматний лафет.</w:t>
      </w:r>
    </w:p>
    <w:p>
      <w:r>
        <w:br/>
        <w:t>Ви гадаєте —&lt;br /&gt;</w:t>
        <w:br/>
        <w:t>це сонце уранці&lt;br /&gt;</w:t>
        <w:br/>
        <w:t>пестить щічки кафе?&lt;br /&gt;</w:t>
        <w:br/>
        <w:t>Це знову розстрілювати повстанців&lt;br /&gt;</w:t>
        <w:br/>
        <w:t>гряде генерал Галіфе!</w:t>
      </w:r>
    </w:p>
    <w:p>
      <w:r>
        <w:br/>
        <w:t>Вийміть, гулящі, руки із брюк,&lt;br /&gt;</w:t>
        <w:br/>
        <w:t>хапайте каміння, ножі чи бомби,&lt;br /&gt;</w:t>
        <w:br/>
        <w:t>коли ж у кого немає рук —&lt;br /&gt;</w:t>
        <w:br/>
        <w:t>прийшов щоб і бився чолом би!</w:t>
      </w:r>
    </w:p>
    <w:p>
      <w:r>
        <w:br/>
        <w:t>Ідіть, голодненькі,&lt;br /&gt;</w:t>
        <w:br/>
        <w:t>спітніленькі&lt;br /&gt;</w:t>
        <w:br/>
        <w:t>потворки,&lt;br /&gt;</w:t>
        <w:br/>
        <w:t>закислі в баюрках блохатих!&lt;br /&gt;</w:t>
        <w:br/>
        <w:t>Ідіть!&lt;br /&gt;</w:t>
        <w:br/>
        <w:t>Понеділки і вівторки&lt;br /&gt;</w:t>
        <w:br/>
        <w:t>перефарбуємо кров'ю на свята!</w:t>
      </w:r>
    </w:p>
    <w:p>
      <w:r>
        <w:br/>
        <w:t>Хай земля пригадає наостанку,&lt;br /&gt;</w:t>
        <w:br/>
        <w:t>кого хотіла зганьбити!&lt;br /&gt;</w:t>
        <w:br/>
        <w:t>Земля,&lt;br /&gt;</w:t>
        <w:br/>
        <w:t>що розгладшала, мов коханка,&lt;br /&gt;</w:t>
        <w:br/>
        <w:t>яку Ротшільд покинув любити!</w:t>
      </w:r>
    </w:p>
    <w:p>
      <w:r>
        <w:br/>
        <w:t>Щоб стяг у вогні стрілянини стримів,&lt;br /&gt;</w:t>
        <w:br/>
        <w:t>як на кожному порядному святі,-&lt;br /&gt;</w:t>
        <w:br/>
        <w:t>підносьте угору, стовпи ліхтарів,&lt;br /&gt;</w:t>
        <w:br/>
        <w:t>туші гендлярів розтяті!</w:t>
      </w:r>
    </w:p>
    <w:p>
      <w:r>
        <w:br/>
        <w:t>Вилаювавсь,&lt;br /&gt;</w:t>
        <w:br/>
        <w:t>вимолювавсь,&lt;br /&gt;</w:t>
        <w:br/>
        <w:t>вигострював леза,&lt;br /&gt;</w:t>
        <w:br/>
        <w:t>перся за кимось,&lt;br /&gt;</w:t>
        <w:br/>
        <w:t>боки розтинав.</w:t>
      </w:r>
    </w:p>
    <w:p>
      <w:r>
        <w:br/>
        <w:t>На небі, червоний, немов марсельєза,&lt;br /&gt;</w:t>
        <w:br/>
        <w:t>стенаючись, захід конав.</w:t>
      </w:r>
    </w:p>
    <w:p>
      <w:r>
        <w:br/>
        <w:t>Вже божевілля.</w:t>
      </w:r>
    </w:p>
    <w:p>
      <w:r>
        <w:br/>
        <w:t>Нічого не буде.</w:t>
      </w:r>
    </w:p>
    <w:p>
      <w:r>
        <w:br/>
        <w:t>Ніч прийде&lt;br /&gt;</w:t>
        <w:br/>
        <w:t>і з'їсть&lt;br /&gt;</w:t>
        <w:br/>
        <w:t>шматок.&lt;br /&gt;</w:t>
        <w:br/>
        <w:t>Бачите —&lt;br /&gt;</w:t>
        <w:br/>
        <w:t>небо ось знову іудить&lt;br /&gt;</w:t>
        <w:br/>
        <w:t>жменею оббризканих зрадою зірок?</w:t>
      </w:r>
    </w:p>
    <w:p>
      <w:r>
        <w:br/>
        <w:t>Прийшла.&lt;br /&gt;</w:t>
        <w:br/>
        <w:t>Бенкетує Мамаєм,&lt;br /&gt;</w:t>
        <w:br/>
        <w:t>задом по місту повзе.&lt;br /&gt;</w:t>
        <w:br/>
        <w:t>Цю ніч очима не проламаєм,&lt;br /&gt;</w:t>
        <w:br/>
        <w:t>чорну, немов Азеф!</w:t>
      </w:r>
    </w:p>
    <w:p>
      <w:r>
        <w:br/>
        <w:t>Щулюсь, зажбурнувшись в корчму бридку&lt;br /&gt;</w:t>
        <w:br/>
        <w:t>вино на скатерку й на душу ллю негожу,&lt;br /&gt;</w:t>
        <w:br/>
        <w:t>і бачу:&lt;br /&gt;</w:t>
        <w:br/>
        <w:t>очі круглі у кутку,&lt;br /&gt;</w:t>
        <w:br/>
        <w:t>очима в'їлась в серце матір божа.</w:t>
      </w:r>
    </w:p>
    <w:p>
      <w:r>
        <w:br/>
        <w:t>Чого дарувати з шаблону намальованого&lt;br /&gt;</w:t>
        <w:br/>
        <w:t>те сяєво п'яницям на забаву!&lt;br /&gt;</w:t>
        <w:br/>
        <w:t>Бачиш — знов&lt;br /&gt;</w:t>
        <w:br/>
        <w:t>голгофника запльованого&lt;br /&gt;</w:t>
        <w:br/>
        <w:t>шанують менш за Варавву?</w:t>
      </w:r>
    </w:p>
    <w:p>
      <w:r>
        <w:br/>
        <w:t>Може, оце навмисне я&lt;br /&gt;</w:t>
        <w:br/>
        <w:t>в людському кишлі&lt;br /&gt;</w:t>
        <w:br/>
        <w:t>лиця свого не схоронив.&lt;br /&gt;</w:t>
        <w:br/>
        <w:t>я,&lt;br /&gt;</w:t>
        <w:br/>
        <w:t>можливо,&lt;br /&gt;</w:t>
        <w:br/>
        <w:t>найгарніший&lt;br /&gt;</w:t>
        <w:br/>
        <w:t>з-поміж усіх твоїх синів.</w:t>
      </w:r>
    </w:p>
    <w:p>
      <w:r>
        <w:br/>
        <w:t>Дай їм,&lt;br /&gt;</w:t>
        <w:br/>
        <w:t>загрузлим у плісняву радості,&lt;br /&gt;</w:t>
        <w:br/>
        <w:t>смерті час непохитний,&lt;br /&gt;</w:t>
        <w:br/>
        <w:t>щоб стали діти, що мають підрости,&lt;br /&gt;</w:t>
        <w:br/>
        <w:t>хлопчики — батьки,&lt;br /&gt;</w:t>
        <w:br/>
        <w:t>дівчата — вагітні.&lt;br /&gt;</w:t>
        <w:br/>
        <w:t>І новим народженим дай обрости&lt;br /&gt;</w:t>
        <w:br/>
        <w:t>сивизною волхвів метких,&lt;br /&gt;</w:t>
        <w:br/>
        <w:t>і прийдуть вони —&lt;br /&gt;</w:t>
        <w:br/>
        <w:t>і будуть дітей хрестить&lt;br /&gt;</w:t>
        <w:br/>
        <w:t>іменами віршів моїх.</w:t>
      </w:r>
    </w:p>
    <w:p>
      <w:r>
        <w:br/>
        <w:t>Я, що оспівую машину і Англію,&lt;br /&gt;</w:t>
        <w:br/>
        <w:t>може, просто,&lt;br /&gt;</w:t>
        <w:br/>
        <w:t>в найзвичайнісінькому євангелії&lt;br /&gt;</w:t>
        <w:br/>
        <w:t>тринадцятий апостол.</w:t>
      </w:r>
    </w:p>
    <w:p>
      <w:r>
        <w:br/>
        <w:t>І коли мій голос&lt;br /&gt;</w:t>
        <w:br/>
        <w:t>брутально бухає&lt;br /&gt;</w:t>
        <w:br/>
        <w:t>раз у раз,&lt;br /&gt;</w:t>
        <w:br/>
        <w:t>цілу добу,&lt;br /&gt;</w:t>
        <w:br/>
        <w:t>може, Ісус Христос нюхає&lt;br /&gt;</w:t>
        <w:br/>
        <w:t>душі моєї квітку голубу.</w:t>
      </w:r>
    </w:p>
    <w:p>
      <w:r>
        <w:br/>
        <w:t>4</w:t>
      </w:r>
    </w:p>
    <w:p>
      <w:r>
        <w:br/>
        <w:t>Маріє! Маріє! Маріє!</w:t>
      </w:r>
    </w:p>
    <w:p>
      <w:r>
        <w:br/>
        <w:t>Пусти, Маріє!&lt;br /&gt;</w:t>
        <w:br/>
        <w:t>Я не можу на вулицях!&lt;br /&gt;</w:t>
        <w:br/>
        <w:t>Не хочеш?&lt;br /&gt;</w:t>
        <w:br/>
        <w:t>Ждеш,&lt;br /&gt;</w:t>
        <w:br/>
        <w:t>доки щоки проваляться ямкою,&lt;br /&gt;</w:t>
        <w:br/>
        <w:t>випробуваний всіма,&lt;br /&gt;</w:t>
        <w:br/>
        <w:t>всіма взятий,&lt;br /&gt;</w:t>
        <w:br/>
        <w:t>я прийду&lt;br /&gt;</w:t>
        <w:br/>
        <w:t>й беззубо проплямкаю,&lt;br /&gt;</w:t>
        <w:br/>
        <w:t>що сьогодні я&lt;br /&gt;</w:t>
        <w:br/>
        <w:t>"чесний і завзятий".</w:t>
      </w:r>
    </w:p>
    <w:p>
      <w:r>
        <w:br/>
        <w:t>Маріє,&lt;br /&gt;</w:t>
        <w:br/>
        <w:t>бачиш —&lt;br /&gt;</w:t>
        <w:br/>
        <w:t>плечі мої уже щуляться.</w:t>
      </w:r>
    </w:p>
    <w:p>
      <w:r>
        <w:br/>
        <w:t>На вулицях&lt;br /&gt;</w:t>
        <w:br/>
        <w:t>люди сало простромлять в чотириповерховому волі,&lt;br /&gt;</w:t>
        <w:br/>
        <w:t>вистромлять очиці,&lt;br /&gt;</w:t>
        <w:br/>
        <w:t>заяложені в сорокалітній блудні,-&lt;br /&gt;</w:t>
        <w:br/>
        <w:t>перехихикуватись,&lt;br /&gt;</w:t>
        <w:br/>
        <w:t>що шкуринку вчорашньої ласки&lt;br /&gt;</w:t>
        <w:br/>
        <w:t>— доволі! —&lt;br /&gt;</w:t>
        <w:br/>
        <w:t>впхали в зуби мені.</w:t>
      </w:r>
    </w:p>
    <w:p>
      <w:r>
        <w:br/>
        <w:t>Обплакав дощ тротуари,&lt;br /&gt;</w:t>
        <w:br/>
        <w:t>жене по калюжах журкіт&lt;br /&gt;</w:t>
        <w:br/>
        <w:t>і над трупом улиць вив'язує зашморги линв,&lt;br /&gt;</w:t>
        <w:br/>
        <w:t>а на посивілих віях —&lt;br /&gt;</w:t>
        <w:br/>
        <w:t>так! —&lt;br /&gt;</w:t>
        <w:br/>
        <w:t>на віях морозної бурульки&lt;br /&gt;</w:t>
        <w:br/>
        <w:t>сльози з очей —&lt;br /&gt;</w:t>
        <w:br/>
        <w:t>так! —&lt;br /&gt;</w:t>
        <w:br/>
        <w:t>з похилих очей перехняблених ринв.</w:t>
      </w:r>
    </w:p>
    <w:p>
      <w:r>
        <w:br/>
        <w:t>Всіх перехожих морда дощу обсмоктала,&lt;br /&gt;</w:t>
        <w:br/>
        <w:t>а в екіпажах вилискував за ситим атлетом атлет:&lt;br /&gt;</w:t>
        <w:br/>
        <w:t>лопались люди,&lt;br /&gt;</w:t>
        <w:br/>
        <w:t>проївшись наскрізь,&lt;br /&gt;</w:t>
        <w:br/>
        <w:t>і точилось крізь шпарини сало,&lt;br /&gt;</w:t>
        <w:br/>
        <w:t>каламутною річкою з екіпажів спливала&lt;br /&gt;</w:t>
        <w:br/>
        <w:t>вкупі з висмоктаною булкою&lt;br /&gt;</w:t>
        <w:br/>
        <w:t>жваканина старих котлет.</w:t>
      </w:r>
    </w:p>
    <w:p>
      <w:r>
        <w:br/>
        <w:t>Маріє!</w:t>
      </w:r>
    </w:p>
    <w:p>
      <w:r>
        <w:br/>
        <w:t>Як в зажиріле вухо впихнути їм лагідне слово?&lt;br /&gt;</w:t>
        <w:br/>
        <w:t>Птиця&lt;br /&gt;</w:t>
        <w:br/>
        <w:t>має пісні чудесні,&lt;br /&gt;</w:t>
        <w:br/>
        <w:t>співає,&lt;br /&gt;</w:t>
        <w:br/>
        <w:t>голодна й дзвінка,&lt;br /&gt;</w:t>
        <w:br/>
        <w:t>а я ж людина, Маріє,&lt;br /&gt;</w:t>
        <w:br/>
        <w:t>звичайна,&lt;br /&gt;</w:t>
        <w:br/>
        <w:t>вихрякнута сухотною ніччю в руку закаляну Прєсні.</w:t>
      </w:r>
    </w:p>
    <w:p>
      <w:r>
        <w:br/>
        <w:t>Маріє, хочеш такого?&lt;br /&gt;</w:t>
        <w:br/>
        <w:t>Пусти, Маріє!&lt;br /&gt;</w:t>
        <w:br/>
        <w:t>Корчами пальців затисну я горло залізне дзвінка!</w:t>
      </w:r>
    </w:p>
    <w:p>
      <w:r>
        <w:br/>
        <w:t>Маріє!</w:t>
      </w:r>
    </w:p>
    <w:p>
      <w:r>
        <w:br/>
        <w:t>Скаженіють вулиці зсудомлені.&lt;br /&gt;</w:t>
        <w:br/>
        <w:t>На шиї пошмугляній пальців дряпки.</w:t>
      </w:r>
    </w:p>
    <w:p>
      <w:r>
        <w:br/>
        <w:t>Відчини!</w:t>
      </w:r>
    </w:p>
    <w:p>
      <w:r>
        <w:br/>
        <w:t>Боляче!</w:t>
      </w:r>
    </w:p>
    <w:p>
      <w:r>
        <w:br/>
        <w:t>Бачиш — застромлені&lt;br /&gt;</w:t>
        <w:br/>
        <w:t>у вічі з дамських шляпок шпильки!</w:t>
      </w:r>
    </w:p>
    <w:p>
      <w:r>
        <w:br/>
        <w:t>Пустила,&lt;br /&gt;</w:t>
        <w:br/>
        <w:t>Дитинко!&lt;br /&gt;</w:t>
        <w:br/>
        <w:t>Не лякайсь,&lt;br /&gt;</w:t>
        <w:br/>
        <w:t>що в мене на карку волов'ячім&lt;br /&gt;</w:t>
        <w:br/>
        <w:t>пітпочереві жінки мокрим горбом сидять,-&lt;br /&gt;</w:t>
        <w:br/>
        <w:t>це крізь життя я тягну&lt;br /&gt;</w:t>
        <w:br/>
        <w:t>мільйони чистих любовей, славословлячи,&lt;br /&gt;</w:t>
        <w:br/>
        <w:t>та мільйон мільйонів маленьких брудних любенят.</w:t>
      </w:r>
    </w:p>
    <w:p>
      <w:r>
        <w:br/>
        <w:t>Не лякайсь,&lt;br /&gt;</w:t>
        <w:br/>
        <w:t>що знову&lt;br /&gt;</w:t>
        <w:br/>
        <w:t>зневірений в щасті, я&lt;br /&gt;</w:t>
        <w:br/>
        <w:t>припаду до тисяч гарненьких лиць,-&lt;br /&gt;</w:t>
        <w:br/>
        <w:t>"закохані в Маяковського!" —&lt;br /&gt;</w:t>
        <w:br/>
        <w:t>та це ж династія&lt;br /&gt;</w:t>
        <w:br/>
        <w:t>у серці божевільного запанувалих цариць.</w:t>
      </w:r>
    </w:p>
    <w:p>
      <w:r>
        <w:br/>
        <w:t>Маріє, ближче!</w:t>
      </w:r>
    </w:p>
    <w:p>
      <w:r>
        <w:br/>
        <w:t>Чи в роздягнутім безстидстві,&lt;br /&gt;</w:t>
        <w:br/>
        <w:t>чи в тремтінні невгавнім,&lt;br /&gt;</w:t>
        <w:br/>
        <w:t>але дай мені губи твої нерозквітлі:&lt;br /&gt;</w:t>
        <w:br/>
        <w:t>ніколи я з серцем не жив іше в травні,-&lt;br /&gt;</w:t>
        <w:br/>
        <w:t>а в минулім житті&lt;br /&gt;</w:t>
        <w:br/>
        <w:t>є сотні лиш квітнів.</w:t>
      </w:r>
    </w:p>
    <w:p>
      <w:r>
        <w:br/>
        <w:t>Маріє!&lt;br /&gt;</w:t>
        <w:br/>
        <w:t>Поет сонети співа до Тіани,&lt;br /&gt;</w:t>
        <w:br/>
        <w:t>а я —&lt;br /&gt;</w:t>
        <w:br/>
        <w:t>весь із м'яса,&lt;br /&gt;</w:t>
        <w:br/>
        <w:t>чоловік увесь —&lt;br /&gt;</w:t>
        <w:br/>
        <w:t>тіла твого просто благаю,&lt;br /&gt;</w:t>
        <w:br/>
        <w:t>як благають християни&lt;br /&gt;</w:t>
        <w:br/>
        <w:t>"хліба повсякденного&lt;br /&gt;</w:t>
        <w:br/>
        <w:t>дай нам днесь".</w:t>
      </w:r>
    </w:p>
    <w:p>
      <w:r>
        <w:br/>
        <w:t>Маріє — дай!</w:t>
      </w:r>
    </w:p>
    <w:p>
      <w:r>
        <w:br/>
        <w:t>Маріє!&lt;br /&gt;</w:t>
        <w:br/>
        <w:t>Я боюсь забути твоє ім'я,&lt;br /&gt;</w:t>
        <w:br/>
        <w:t>як боїться забути поет&lt;br /&gt;</w:t>
        <w:br/>
        <w:t>якесь-то&lt;br /&gt;</w:t>
        <w:br/>
        <w:t>в муках ночей народжене слово,&lt;br /&gt;</w:t>
        <w:br/>
        <w:t>рівне величчю богу.&lt;br /&gt;</w:t>
        <w:br/>
        <w:t>Тіло твоє&lt;br /&gt;</w:t>
        <w:br/>
        <w:t>берегтиму й любитиму я,&lt;br /&gt;</w:t>
        <w:br/>
        <w:t>як солдат,&lt;br /&gt;</w:t>
        <w:br/>
        <w:t>обрубаний війною,&lt;br /&gt;</w:t>
        <w:br/>
        <w:t>нікчемний,&lt;br /&gt;</w:t>
        <w:br/>
        <w:t>нічий,&lt;br /&gt;</w:t>
        <w:br/>
        <w:t>береже свою єдину ногу.</w:t>
      </w:r>
    </w:p>
    <w:p>
      <w:r>
        <w:br/>
        <w:t>Маріє —&lt;br /&gt;</w:t>
        <w:br/>
        <w:t>не хочеш?&lt;br /&gt;</w:t>
        <w:br/>
        <w:t>Не хочеш!</w:t>
      </w:r>
    </w:p>
    <w:p>
      <w:r>
        <w:br/>
        <w:t>Ха!</w:t>
      </w:r>
    </w:p>
    <w:p>
      <w:r>
        <w:br/>
        <w:t>Значить — ізнов&lt;br /&gt;</w:t>
        <w:br/>
        <w:t>темно й похмуро&lt;br /&gt;</w:t>
        <w:br/>
        <w:t>серце візьму,&lt;br /&gt;</w:t>
        <w:br/>
        <w:t>щоб сльозами обляпать,&lt;br /&gt;</w:t>
        <w:br/>
        <w:t>щоб нести,&lt;br /&gt;</w:t>
        <w:br/>
        <w:t>наче пес,&lt;br /&gt;</w:t>
        <w:br/>
        <w:t>що несе у конуру&lt;br /&gt;</w:t>
        <w:br/>
        <w:t>розчавлену поїздом лапу.</w:t>
      </w:r>
    </w:p>
    <w:p>
      <w:r>
        <w:br/>
        <w:t>Кров із серця дорозі розрадою,&lt;br /&gt;</w:t>
        <w:br/>
        <w:t>квітами липне на поросі кітеля.&lt;br /&gt;</w:t>
        <w:br/>
        <w:t>Тисячу разів обтанцює Іродіадою&lt;br /&gt;</w:t>
        <w:br/>
        <w:t>сонце землю —&lt;br /&gt;</w:t>
        <w:br/>
        <w:t>голову Хрестителя.</w:t>
      </w:r>
    </w:p>
    <w:p>
      <w:r>
        <w:br/>
        <w:t>І коли мою кількість літ&lt;br /&gt;</w:t>
        <w:br/>
        <w:t>витанцює до кінця —&lt;br /&gt;</w:t>
        <w:br/>
        <w:t>мільйоном кровинок простелеться слід&lt;br /&gt;</w:t>
        <w:br/>
        <w:t>до дому мого вітця.</w:t>
      </w:r>
    </w:p>
    <w:p>
      <w:r>
        <w:br/>
        <w:t>Вилізу&lt;br /&gt;</w:t>
        <w:br/>
        <w:t>брудний (по канавах ночував),&lt;br /&gt;</w:t>
        <w:br/>
        <w:t>на людину не схожий,&lt;br /&gt;</w:t>
        <w:br/>
        <w:t>схилюсь&lt;br /&gt;</w:t>
        <w:br/>
        <w:t>і скажу йому тихі слова:</w:t>
      </w:r>
    </w:p>
    <w:p>
      <w:r>
        <w:br/>
        <w:t>— Послухайте, пане боже!</w:t>
      </w:r>
    </w:p>
    <w:p>
      <w:r>
        <w:br/>
        <w:t>Хіба вам не обридло&lt;br /&gt;</w:t>
        <w:br/>
        <w:t>очі дебелі&lt;br /&gt;</w:t>
        <w:br/>
        <w:t>щоденно вимочувать в хмаринних драглях?&lt;br /&gt;</w:t>
        <w:br/>
        <w:t>Нумо — знаєте —&lt;br /&gt;</w:t>
        <w:br/>
        <w:t>влаштуймо релі&lt;br /&gt;</w:t>
        <w:br/>
        <w:t>на дереві вивчення добра та зла!&lt;br /&gt;</w:t>
        <w:br/>
        <w:t>Всюдисущий, страв відвідаєш кожну копу,&lt;br /&gt;</w:t>
        <w:br/>
        <w:t>а вина виставимо такі чудові,&lt;br /&gt;</w:t>
        <w:br/>
        <w:t>що захочеться вдарити кі-ка-пу&lt;br /&gt;</w:t>
        <w:br/>
        <w:t>похмурому апостолу Петрові.&lt;br /&gt;</w:t>
        <w:br/>
        <w:t>А в раю знову оселимо Євеняток:&lt;br /&gt;</w:t>
        <w:br/>
        <w:t>накажи —&lt;br /&gt;</w:t>
        <w:br/>
        <w:t>сьогодні, цієї ночі ж&lt;br /&gt;</w:t>
        <w:br/>
        <w:t>з усіх бульварів найліпших дівчаток&lt;br /&gt;</w:t>
        <w:br/>
        <w:t>я притягну тобі.&lt;br /&gt;</w:t>
        <w:br/>
        <w:t>Хочеш?</w:t>
      </w:r>
    </w:p>
    <w:p>
      <w:r>
        <w:br/>
        <w:t>Не хочеш?&lt;br /&gt;</w:t>
        <w:br/>
        <w:t>Хитаєш головою, патлатий?&lt;br /&gt;</w:t>
        <w:br/>
        <w:t>Брови нахмурюєш знов?&lt;br /&gt;</w:t>
        <w:br/>
        <w:t>Ти думаєш,&lt;br /&gt;</w:t>
        <w:br/>
        <w:t>цей,&lt;br /&gt;</w:t>
        <w:br/>
        <w:t>за тобою, крилатий,&lt;br /&gt;</w:t>
        <w:br/>
        <w:t>знає, що таке любов?</w:t>
      </w:r>
    </w:p>
    <w:p>
      <w:r>
        <w:br/>
        <w:t>Я теж ангел; я був ним не раз —&lt;br /&gt;</w:t>
        <w:br/>
        <w:t>визирав ув око баранчиком білим,&lt;br /&gt;</w:t>
        <w:br/>
        <w:t>та зліплених з севрської муки ваз&lt;br /&gt;</w:t>
        <w:br/>
        <w:t>більш не хочу дарувати кобилам.</w:t>
      </w:r>
    </w:p>
    <w:p>
      <w:r>
        <w:br/>
        <w:t>Всемогутній, ти вигадав пару рук,&lt;br /&gt;</w:t>
        <w:br/>
        <w:t>зробив,&lt;br /&gt;</w:t>
        <w:br/>
        <w:t>що в кожного є голова,-&lt;br /&gt;</w:t>
        <w:br/>
        <w:t>чому ж ти не вигадав,&lt;br /&gt;</w:t>
        <w:br/>
        <w:t>щоб було без мук&lt;br /&gt;</w:t>
        <w:br/>
        <w:t>цілувать, цілувать, цілувать?!</w:t>
      </w:r>
    </w:p>
    <w:p>
      <w:r>
        <w:br/>
        <w:t>Я думав — ти божище всемогутньої слави,&lt;br /&gt;</w:t>
        <w:br/>
        <w:t>а ти — боженятко маленьке з раю.&lt;br /&gt;</w:t>
        <w:br/>
        <w:t>Бачиш, я нахиляюсь,&lt;br /&gt;</w:t>
        <w:br/>
        <w:t>з-за халяви&lt;br /&gt;</w:t>
        <w:br/>
        <w:t>захалявного ножика добуваю.&lt;br /&gt;</w:t>
        <w:br/>
        <w:t>Шахраї крилаті,&lt;br /&gt;</w:t>
        <w:br/>
        <w:t>туліться в юрбу смутну!&lt;br /&gt;</w:t>
        <w:br/>
        <w:t>Тремтіть з переляканої тряски!&lt;br /&gt;</w:t>
        <w:br/>
        <w:t>Я тебе, пропахченого ладаном, розітну&lt;br /&gt;</w:t>
        <w:br/>
        <w:t>звідси аж до Аляски!</w:t>
      </w:r>
    </w:p>
    <w:p>
      <w:r>
        <w:br/>
        <w:t>Пустіть!&lt;br /&gt;</w:t>
        <w:br/>
        <w:t>Мене не зупините.&lt;br /&gt;</w:t>
        <w:br/>
        <w:t>Чи брешу,&lt;br /&gt;</w:t>
        <w:br/>
        <w:t>чи маю право,&lt;br /&gt;</w:t>
        <w:br/>
        <w:t>але не можу бути більш спокійний.</w:t>
      </w:r>
    </w:p>
    <w:p>
      <w:r>
        <w:br/>
        <w:t>Дивіться —&lt;br /&gt;</w:t>
        <w:br/>
        <w:t>зорі знов люто й криваво&lt;br /&gt;</w:t>
        <w:br/>
        <w:t>мордують небо у бійні!</w:t>
      </w:r>
    </w:p>
    <w:p>
      <w:r>
        <w:br/>
        <w:t>Гей, ви!&lt;br /&gt;</w:t>
        <w:br/>
        <w:t>Небо!&lt;br /&gt;</w:t>
        <w:br/>
        <w:t>Скиньте шляпу!&lt;br /&gt;</w:t>
        <w:br/>
        <w:t>Я йду!</w:t>
      </w:r>
    </w:p>
    <w:p>
      <w:r>
        <w:br/>
        <w:t>Глухо.&lt;br /&gt;</w:t>
        <w:br/>
        <w:t>Всесвіт спить,&lt;br /&gt;</w:t>
        <w:br/>
        <w:t>поклавши на лапу&lt;br /&gt;</w:t>
        <w:br/>
        <w:t>з кліщами зір величезне вухо.</w:t>
      </w:r>
    </w:p>
    <w:p>
      <w:r>
        <w:br/>
        <w:t>1915</w:t>
      </w:r>
    </w:p>
    <w:p>
      <w:r>
        <w:br/>
        <w:t>1 Джіоконда — славетна картина Леонардо да Вінчі.&lt;br /&gt;</w:t>
        <w:br/>
        <w:t>1913 року її були вкрали з Лувру, потім знайшли.&lt;br /&gt;</w:t>
        <w:br/>
        <w:t>2 "Лузітанія" — англійський пароплав, потоплений&lt;br /&gt;</w:t>
        <w:br/>
        <w:t>німецьким підводним човном у 1915 році.&lt;br /&gt;</w:t>
        <w:br/>
        <w:t>3 Бурлюк Давид — художник, приятель Маяковського.&lt;br /&gt;</w:t>
        <w:br/>
        <w:t>4 Цю фразу погодився вигукнути на ешафоті&lt;br /&gt;</w:t>
        <w:br/>
        <w:t>засуджений на страту, як рекламу фірми Ван-Гуттен.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Хмарина в штанах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