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Хмільницька пісня</w:t>
      </w:r>
    </w:p>
    <w:p>
      <w:r>
        <w:br/>
        <w:t xml:space="preserve"> Гей, браття-козаки, сідлайте-но коні!&lt;br /&gt;</w:t>
        <w:br/>
        <w:t>Черкніть для охоти вина!&lt;br /&gt;</w:t>
        <w:br/>
        <w:t>До боку шабельку, на руки повіддя,&lt;br /&gt;</w:t>
        <w:br/>
        <w:t>На ноги стальні стремена!</w:t>
      </w:r>
    </w:p>
    <w:p>
      <w:r>
        <w:br/>
        <w:t>Не гнути нам шиї, козацької шиї,&lt;br /&gt;</w:t>
        <w:br/>
        <w:t>Під тяжким залізним ярмом,&lt;br /&gt;</w:t>
        <w:br/>
        <w:t>Не нюхати диму нещасного краю,&lt;br /&gt;</w:t>
        <w:br/>
        <w:t>Що в'ється над нами кругом!</w:t>
      </w:r>
    </w:p>
    <w:p>
      <w:r>
        <w:br/>
        <w:t>Чи в нас не та сила, що у батьків була?&lt;br /&gt;</w:t>
        <w:br/>
        <w:t>Не тая шабелька у нас?&lt;br /&gt;</w:t>
        <w:br/>
        <w:t>Чи в нас нема коней на степах широких,&lt;br /&gt;</w:t>
        <w:br/>
        <w:t>Чи вуголь на люльці погас?</w:t>
      </w:r>
    </w:p>
    <w:p>
      <w:r>
        <w:br/>
        <w:t>Нехай наші коні на чистому полі&lt;br /&gt;</w:t>
        <w:br/>
        <w:t>Тріпнуться і враз заіржать!&lt;br /&gt;</w:t>
        <w:br/>
        <w:t>Нехай наші браття, молоді козаки,&lt;br /&gt;</w:t>
        <w:br/>
        <w:t>На чистеє поле біжать!</w:t>
      </w:r>
    </w:p>
    <w:p>
      <w:r>
        <w:br/>
        <w:t>Нехай знову брязне шабелька стальная&lt;br /&gt;</w:t>
        <w:br/>
        <w:t>В козацьких залізних руках!&lt;br /&gt;</w:t>
        <w:br/>
        <w:t>Нехай знову ляжуть ворогові кості&lt;br /&gt;</w:t>
        <w:br/>
        <w:t>Могилами в наших степах!</w:t>
      </w:r>
    </w:p>
    <w:p>
      <w:r>
        <w:br/>
        <w:t>А люлька-голубка нехай не вгасає,&lt;br /&gt;</w:t>
        <w:br/>
        <w:t>Паліть вражі села кругом!&lt;br /&gt;</w:t>
        <w:br/>
        <w:t>Нехай ворог знає, повік не гадає&lt;br /&gt;</w:t>
        <w:br/>
        <w:t>Знущатися над козаком!..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Хмільницька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