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Ходи, біда, стороною</w:t>
      </w:r>
    </w:p>
    <w:p>
      <w:r>
        <w:br/>
        <w:t xml:space="preserve"> &lt;p&gt;...І ніхто з Куреневих помешканців, а також сам Курінь, не сподівався, яка то біда ждала їх уранці. А сталося от що.</w:t>
      </w:r>
    </w:p>
    <w:p>
      <w:r>
        <w:br/>
        <w:t>Як тільки сонце виринуло з-за перелогів і степ усміхнувся до нього рум'яними росами, почули куренівці далекий грізний гуркіт, що все наближався і наближався. Двигтіла від нього земля, дрижало Їжакове кубло та Кротова й Мурашині нори, і Павукова сіть дрижала дрібненько.</w:t>
      </w:r>
    </w:p>
    <w:p>
      <w:r>
        <w:br/>
        <w:t>Прокинувся Їжак, заблищав з кубла нажаханими очима, забігали мурахи коло мурашника, розпачливо заметався по своїй павутині Павук. Тільки Крота не видно було; він кидався глибоко в норі з поверху на поверх свого житла і не тямив, що воно там коїться нагорі. Ні, вчорашній гуркіт був не такий. Вчорашній гуркіт схожий був на один грім, а цей, що наближався,— на сто!</w:t>
      </w:r>
    </w:p>
    <w:p>
      <w:r>
        <w:br/>
        <w:t>Потім ці сто громів підкотилися до самісінького Куреня і знишкли, наче їх і не було. Тільки дим огорнув Курінь густою хмарою, такий ядучий, що й не продихнеш.</w:t>
      </w:r>
    </w:p>
    <w:p>
      <w:r>
        <w:br/>
        <w:t>— А що, хлопці,— сказав хтось дуже голосно,— приорем старого Демидовича а чи пожаліємо?</w:t>
      </w:r>
    </w:p>
    <w:p>
      <w:r>
        <w:br/>
        <w:t>Зачувши ці слова, Їжак, що скрутився був у колючу кулю, хутко випростався і забігав по Курені, шепочучи усім своїм побратимам:</w:t>
      </w:r>
    </w:p>
    <w:p>
      <w:r>
        <w:br/>
        <w:t>— Кажіть мерщій отако: "Ходи, біда, стороною! Ходи, біда, стороною!" Тоді вона піде. Кажіть!</w:t>
      </w:r>
    </w:p>
    <w:p>
      <w:r>
        <w:br/>
        <w:t>І загуло все товариство разом.</w:t>
      </w:r>
    </w:p>
    <w:p>
      <w:r>
        <w:br/>
        <w:t>— Ходи, біда, стороною! — сказало дев'ять тисяч чотириста мурах.</w:t>
      </w:r>
    </w:p>
    <w:p>
      <w:r>
        <w:br/>
        <w:t>— Ходи, біда, стороною, зек-хек... — вихекував Павук, бігаючи кружками по своїй сіті.</w:t>
      </w:r>
    </w:p>
    <w:p>
      <w:r>
        <w:br/>
        <w:t>— Ходи, біда, стороною! — гукнув з нори Кріт.</w:t>
      </w:r>
    </w:p>
    <w:p>
      <w:r>
        <w:br/>
        <w:t>А Їжак знову скрутився (про всяк випадок) і шепотів собі в груди:</w:t>
      </w:r>
    </w:p>
    <w:p>
      <w:r>
        <w:br/>
        <w:t>— Ходи, біда, стороною! Ходи, біда, стороною!</w:t>
      </w:r>
    </w:p>
    <w:p>
      <w:r>
        <w:br/>
        <w:t>— А навіщо нам його приорювати,— сказав другий, лагідніший і тихіший голос. Дивіться, скільки тут всякої степової братії оселилося! Оно Їжак зіщулився, он Павучисько гасає з переляку, нора оно свіжа кротяча, мурах ціла туча... Хай вони собі живуть! А Курінь давайте однесемо за пагорбок на солонці. Хай стоїть там, може, комусь іще в пригоді стане.</w:t>
      </w:r>
    </w:p>
    <w:p>
      <w:r>
        <w:br/>
        <w:t>І тут Курінь уперше за багато-багато років сказав раптом:</w:t>
      </w:r>
    </w:p>
    <w:p>
      <w:r>
        <w:br/>
        <w:t>— О-о-ох!</w:t>
      </w:r>
    </w:p>
    <w:p>
      <w:r>
        <w:br/>
        <w:t>І піднявся вгору, і повільно поплив над землею, даленіючи. А Їжак з мурахами та Кротовою норою зосталися просто неба і чули, як Курінь усе тихіше й тихіше казав:</w:t>
      </w:r>
    </w:p>
    <w:p>
      <w:r>
        <w:br/>
        <w:t>— Ох-ох... Ох-ох... Доки й затих.</w:t>
      </w:r>
    </w:p>
    <w:p>
      <w:r>
        <w:br/>
        <w:t>І тут немовби з-під землі вродився Ховрашок, став стовпчиком на задні лапки і засвистів, і загукав до Куреневого товариства оддалеки:</w:t>
      </w:r>
    </w:p>
    <w:p>
      <w:r>
        <w:br/>
        <w:t>— Сюди, сюди! Курінь ваш тут!</w:t>
      </w:r>
    </w:p>
    <w:p>
      <w:r>
        <w:br/>
        <w:t>І тополеня з-за пагорба махало тоненькими гілочками, наче кликало: "Сюди, сюди!"</w:t>
      </w:r>
    </w:p>
    <w:p>
      <w:r>
        <w:br/>
        <w:t>— Ходімо! — вигукнув Їжак і перший рушив бур'янами вперед, до Куреня.</w:t>
      </w:r>
    </w:p>
    <w:p>
      <w:r>
        <w:br/>
        <w:t>Слідом за ним подався й Кріт, мружачись од сонця. А за Кротом потяглася й довжелезна чорна нитка Мурах з ватажком попереду.</w:t>
      </w:r>
    </w:p>
    <w:p>
      <w:r>
        <w:br/>
        <w:t>Тільки Павука не було. Його понесли, бачся, разом з павутиною і Куренем.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Ходи, біда, стороною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