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Хвала навчанню</w:t>
      </w:r>
    </w:p>
    <w:p>
      <w:r>
        <w:br/>
        <w:t xml:space="preserve"> Вивчай найпростіше! Для тих,&lt;br /&gt;</w:t>
        <w:br/>
        <w:t>Час яких надійшов,&lt;br /&gt;</w:t>
        <w:br/>
        <w:t>Це анітрохи не пізно!&lt;br /&gt;</w:t>
        <w:br/>
        <w:t>Вивчай абетку, цього не досить, проте&lt;br /&gt;</w:t>
        <w:br/>
        <w:t>Вивчай її! Не шкодуй на неї зусиль!&lt;br /&gt;</w:t>
        <w:br/>
        <w:t>Розпочинай! Ти маєш розумітись на всьому!&lt;br /&gt;</w:t>
        <w:br/>
        <w:t>Ти мусиш урядування перехопити!</w:t>
      </w:r>
    </w:p>
    <w:p>
      <w:r>
        <w:br/>
        <w:t>Вчись, чоловіче в тюрмі!&lt;br /&gt;</w:t>
        <w:br/>
        <w:t>Вчись, чоловіче в притулку!&lt;br /&gt;</w:t>
        <w:br/>
        <w:t>Вчись, куховарко!&lt;br /&gt;</w:t>
        <w:br/>
        <w:t>Вчись, шістдесятирічний!&lt;br /&gt;</w:t>
        <w:br/>
        <w:t>Ти мусиш урядування перехопити!&lt;br /&gt;</w:t>
        <w:br/>
        <w:t>Відшукай собі школу, бездомний!&lt;br /&gt;</w:t>
        <w:br/>
        <w:t>Набувай собі знань, холодний!&lt;br /&gt;</w:t>
        <w:br/>
        <w:t>Борися, голодний, за книгу: це зброя.&lt;br /&gt;</w:t>
        <w:br/>
        <w:t>Ти мусиш урядування перехопити!</w:t>
      </w:r>
    </w:p>
    <w:p>
      <w:r>
        <w:br/>
        <w:t>Не бійся розпитувати, товаришу!&lt;br /&gt;</w:t>
        <w:br/>
        <w:t>Нехай не одурять тебе умовляння,&lt;br /&gt;</w:t>
        <w:br/>
        <w:t>Сам пересвідчись!&lt;br /&gt;</w:t>
        <w:br/>
        <w:t>Про що не сам дізнався,&lt;br /&gt;</w:t>
        <w:br/>
        <w:t>Того ти не знаєш.&lt;br /&gt;</w:t>
        <w:br/>
        <w:t>Перевір-но рахунки:&lt;br /&gt;</w:t>
        <w:br/>
        <w:t>Ти маєш їх оплатити.&lt;br /&gt;</w:t>
        <w:br/>
        <w:t>Промацай кожну посаду,&lt;br /&gt;</w:t>
        <w:br/>
        <w:t>Спитайся: як вона виникла?&lt;br /&gt;</w:t>
        <w:br/>
        <w:t>Ти мусиш урядування перехопити!</w:t>
      </w:r>
    </w:p>
    <w:p>
      <w:r>
        <w:br/>
        <w:t>1932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Хвала навчанню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