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навесні ввечері</w:t>
      </w:r>
    </w:p>
    <w:p>
      <w:r>
        <w:br/>
        <w:t xml:space="preserve"> Хоч як звели тебе гермокопіди&lt;br /&gt;</w:t>
        <w:br/>
        <w:t>І несмак архітекторів-нездар,&lt;br /&gt;</w:t>
        <w:br/>
        <w:t>І всюди прослід залишив пожар,—&lt;br /&gt;</w:t>
        <w:br/>
        <w:t>Ти все стоїш, веселий, ясновидий</w:t>
      </w:r>
    </w:p>
    <w:p>
      <w:r>
        <w:br/>
        <w:t>І недаремно вихваляють гіди&lt;br /&gt;</w:t>
        <w:br/>
        <w:t>Красу твою, твій найдорожчий дар&lt;br /&gt;</w:t>
        <w:br/>
        <w:t>Синіють води, зеленіє яр,&lt;br /&gt;</w:t>
        <w:br/>
        <w:t>І стелються сліпучі краєвиди.</w:t>
      </w:r>
    </w:p>
    <w:p>
      <w:r>
        <w:br/>
        <w:t>А вулиці твої виводить зір&lt;br /&gt;</w:t>
        <w:br/>
        <w:t>В повітря чисте. В запашний простір,&lt;br /&gt;</w:t>
        <w:br/>
        <w:t>Де ходить вітер горовий і п’яний,</w:t>
      </w:r>
    </w:p>
    <w:p>
      <w:r>
        <w:br/>
        <w:t>І в тихий час, як западає ніч,&lt;br /&gt;</w:t>
        <w:br/>
        <w:t>Поважно гомонять старі каштани&lt;br /&gt;</w:t>
        <w:br/>
        <w:t>І в небо зносять міріади свіч.</w:t>
      </w:r>
    </w:p>
    <w:p>
      <w:r>
        <w:br/>
        <w:t>9.06.1928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навесні 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