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Колискова</w:t>
      </w:r>
    </w:p>
    <w:p>
      <w:r>
        <w:br/>
        <w:t xml:space="preserve"> Ближче головоньку... Любий мій, спи...&lt;br /&gt;</w:t>
        <w:br/>
        <w:t>Завтра ми підемо вдвох у степи.&lt;br /&gt;</w:t>
        <w:br/>
        <w:t>Пташка співає там, бджілка гуде,&lt;br /&gt;</w:t>
        <w:br/>
        <w:t>Батечко рідний, далекий нас жде.</w:t>
      </w:r>
    </w:p>
    <w:p>
      <w:r>
        <w:br/>
        <w:t>Сядемо в полі ми втрьох на межі...&lt;br /&gt;</w:t>
        <w:br/>
        <w:t>"Батечку рідний, нам все розкажи:&lt;br /&gt;</w:t>
        <w:br/>
        <w:t>Де ти в дорозі так довго барився,&lt;br /&gt;</w:t>
        <w:br/>
        <w:t>Де ти так в чистім степу закурився?"</w:t>
      </w:r>
    </w:p>
    <w:p>
      <w:r>
        <w:br/>
        <w:t>Спи, моя біла пушинко легка,&lt;br /&gt;</w:t>
        <w:br/>
        <w:t>Дам я сьогодні тобі молока.&lt;br /&gt;</w:t>
        <w:br/>
        <w:t>нову тече воно в грудях моїх.&lt;br /&gt;</w:t>
        <w:br/>
        <w:t>Пий, моя пташко, бо пити не гріх.</w:t>
      </w:r>
    </w:p>
    <w:p>
      <w:r>
        <w:br/>
        <w:t>І полилось, потекло по щоці...&lt;br /&gt;</w:t>
        <w:br/>
        <w:t>Пий, це малина в моїм молоці.&lt;br /&gt;</w:t>
        <w:br/>
        <w:t>Це я вишневого соку влила,&lt;br /&gt;</w:t>
        <w:br/>
        <w:t>Щоб моя зірка рожева була.</w:t>
      </w:r>
    </w:p>
    <w:p>
      <w:r>
        <w:br/>
        <w:t>Сил не стає... Ось де лихо-біда.&lt;br /&gt;</w:t>
        <w:br/>
        <w:t>З ким же лишишся ти, квітко бліда?&lt;br /&gt;</w:t>
        <w:br/>
        <w:t>Як же без мене ти будеш рости,&lt;br /&gt;</w:t>
        <w:br/>
        <w:t>Хто тебе стане у люди вести?</w:t>
      </w:r>
    </w:p>
    <w:p>
      <w:r>
        <w:br/>
        <w:t>В кого заснеш ти на теплім плечі.&lt;br /&gt;</w:t>
        <w:br/>
        <w:t>Хто тебе вкриє рядном уночі?&lt;br /&gt;</w:t>
        <w:br/>
        <w:t>Ні, я на муки тебе не віддам,&lt;br /&gt;</w:t>
        <w:br/>
        <w:t>В лісі не кину голодним вовкам!</w:t>
      </w:r>
    </w:p>
    <w:p>
      <w:r>
        <w:br/>
        <w:t>Мій ти! Не бійсь! Притулися і спи.&lt;br /&gt;</w:t>
        <w:br/>
        <w:t>Вранці ми підем туди, у степи...&lt;br /&gt;</w:t>
        <w:br/>
        <w:t>Пташка співає там, бджілка гуде,&lt;br /&gt;</w:t>
        <w:br/>
        <w:t>Батечко рідний на конику жде.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