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 для Оксаночки</w:t>
      </w:r>
    </w:p>
    <w:p>
      <w:r>
        <w:br/>
        <w:t xml:space="preserve"> Вітер вже нахмурив чорні брови,&lt;br /&gt;</w:t>
        <w:br/>
        <w:t>Сад затих до ранку, присмирнів.&lt;br /&gt;</w:t>
        <w:br/>
        <w:t>Під крилом блакитної любові&lt;br /&gt;</w:t>
        <w:br/>
        <w:t>Спи, дитя, в діброві снів.</w:t>
      </w:r>
    </w:p>
    <w:p>
      <w:r>
        <w:br/>
        <w:t>Приспів:&lt;br /&gt;</w:t>
        <w:br/>
        <w:t>Люлі, ластівко, люлі, радосте,&lt;br /&gt;</w:t>
        <w:br/>
        <w:t>Срібний мій дзвіночку.&lt;br /&gt;</w:t>
        <w:br/>
        <w:t>Хай твоя весна і в житті, і в снах&lt;br /&gt;</w:t>
        <w:br/>
        <w:t>Продзвенить струмочком.</w:t>
      </w:r>
    </w:p>
    <w:p>
      <w:r>
        <w:br/>
        <w:t>Всюди спокій, радіо замовкло,&lt;br /&gt;</w:t>
        <w:br/>
        <w:t>Птиці снять про небо у гнізді.&lt;br /&gt;</w:t>
        <w:br/>
        <w:t>Зорі вкрили сяйвом, наче шовком,&lt;br /&gt;</w:t>
        <w:br/>
        <w:t>Золоту твою постіль.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 для Оксаночки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