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Кортеж</w:t>
      </w:r>
    </w:p>
    <w:p>
      <w:r>
        <w:br/>
        <w:t xml:space="preserve"> Пташе сумирний зворотного льоту пташе&lt;br /&gt;</w:t>
        <w:br/>
        <w:t>Ти звив гніздо в повітрі&lt;br /&gt;</w:t>
        <w:br/>
        <w:t>На тій межі де сонце наше світить&lt;br /&gt;</w:t>
        <w:br/>
        <w:t>Спусти другу повіку земля тебе засліпить&lt;br /&gt;</w:t>
        <w:br/>
        <w:t>Як голову зведеш</w:t>
      </w:r>
    </w:p>
    <w:p>
      <w:r>
        <w:br/>
        <w:t>I я собі зблизькa такий хмурний та хмарний&lt;br /&gt;</w:t>
        <w:br/>
        <w:t>Туман що повива розсвічені ліхтарні&lt;br /&gt;</w:t>
        <w:br/>
        <w:t>Рука що застує зненацька світ очам&lt;br /&gt;</w:t>
        <w:br/>
        <w:t>Подоба непрозорої куртини&lt;br /&gt;</w:t>
        <w:br/>
        <w:t>Піду осяяний між сумовитих тіней&lt;br /&gt;</w:t>
        <w:br/>
        <w:t>Світил улюблених вберу у себе чар</w:t>
      </w:r>
    </w:p>
    <w:p>
      <w:r>
        <w:br/>
        <w:t>Пташе сумирний зворотного льоту пташе&lt;br /&gt;</w:t>
        <w:br/>
        <w:t>Ти звив гніздо в повітрі&lt;br /&gt;</w:t>
        <w:br/>
        <w:t>На тій межі де світить моя пам'ять&lt;br /&gt;</w:t>
        <w:br/>
        <w:t>Спусти другу повіку&lt;br /&gt;</w:t>
        <w:br/>
        <w:t>Не через сонце і не через землю&lt;br /&gt;</w:t>
        <w:br/>
        <w:t>А через той огонь крутий що потужніє ненастанно&lt;br /&gt;</w:t>
        <w:br/>
        <w:t>Побачиш він колись єдиним світлом стане</w:t>
      </w:r>
    </w:p>
    <w:p>
      <w:r>
        <w:br/>
        <w:t>Колись&lt;br /&gt;</w:t>
        <w:br/>
        <w:t>Колись я ждав себе самого&lt;br /&gt;</w:t>
        <w:br/>
        <w:t>Казав Гійоме час тобі прийти&lt;br /&gt;</w:t>
        <w:br/>
        <w:t>Щоб я спізнав нарешті що я за один&lt;br /&gt;</w:t>
        <w:br/>
        <w:t>Адже я знаю інших&lt;br /&gt;</w:t>
        <w:br/>
        <w:t>Я знаю їх п'ятьма й ще кількома чуттями&lt;br /&gt;</w:t>
        <w:br/>
        <w:t>На ноги їм погляну і вже можу тисячу таких людців відтвори&lt;br /&gt;</w:t>
        <w:br/>
        <w:t>На ті панічні ноги чи на одну лиш волосинку&lt;br /&gt;</w:t>
        <w:br/>
        <w:t>Чи на язик якби мені забаглось бути лікарем&lt;br /&gt;</w:t>
        <w:br/>
        <w:t>Чи на дітей якби мені забаглось бути пророком&lt;br /&gt;</w:t>
        <w:br/>
        <w:t>На кораблі хазяйські на пера моїх колег&lt;br /&gt;</w:t>
        <w:br/>
        <w:t>На мідяки сліпців на руки німтурів&lt;br /&gt;</w:t>
        <w:br/>
        <w:t>Або на лист по словах а не за письмом&lt;br /&gt;</w:t>
        <w:br/>
        <w:t>Вгадаю зараз скільки років тому хто його писав&lt;br /&gt;</w:t>
        <w:br/>
        <w:t>Зачую тільки дух їхніх церков&lt;br /&gt;</w:t>
        <w:br/>
        <w:t>Чи дух річок що через їхні міста течуть&lt;br /&gt;</w:t>
        <w:br/>
        <w:t>Чи пахощі квіток у парку&lt;br /&gt;</w:t>
        <w:br/>
        <w:t>Чи навіть дух собачки о Корнелію Агріппо&lt;br /&gt;</w:t>
        <w:br/>
        <w:t>I я вже опишу докладно твоїх співгородян по Кельну&lt;br /&gt;</w:t>
        <w:br/>
        <w:t>Царів їх звіздарів і тлуми урсулінок&lt;br /&gt;</w:t>
        <w:br/>
        <w:t>Що ти по них судив так зле про всіх жінок&lt;br /&gt;</w:t>
        <w:br/>
        <w:t>Попробую на смак який де лавр викохують&lt;br /&gt;</w:t>
        <w:br/>
        <w:t>I знаю вже любить чи глузувать&lt;br /&gt;</w:t>
        <w:br/>
        <w:t>Торкнусь одежі і вгадаю чи ти мерзляк чи не мерзляк&lt;br /&gt;</w:t>
        <w:br/>
        <w:t>О люди я вас знаю&lt;br /&gt;</w:t>
        <w:br/>
        <w:t>Почую тільки кроки&lt;br /&gt;</w:t>
        <w:br/>
        <w:t>І непохибно визначу куди вони прямують&lt;br /&gt;</w:t>
        <w:br/>
        <w:t>Я стільки вас пізнав&lt;br /&gt;</w:t>
        <w:br/>
        <w:t>Що будь-кого завиграшки реконструюю</w:t>
      </w:r>
    </w:p>
    <w:p>
      <w:r>
        <w:br/>
        <w:t>Колись я ждав себе самого&lt;br /&gt;</w:t>
        <w:br/>
        <w:t>Казав Гійоме час тобі прийти&lt;br /&gt;</w:t>
        <w:br/>
        <w:t>Все любе ринуло ліричною юрбою&lt;br /&gt;</w:t>
        <w:br/>
        <w:t>Мене лиш не було серед тієї многоти&lt;br /&gt;</w:t>
        <w:br/>
        <w:t>Ішли там велетні в зеленім жабуринні&lt;br /&gt;</w:t>
        <w:br/>
        <w:t>Як вежі острови пливли на субмарині&lt;br /&gt;</w:t>
        <w:br/>
        <w:t>З ясних морських глибин я враз на кров добувсь&lt;br /&gt;</w:t>
        <w:br/>
        <w:t>Забилось серце вже затріпотався пульс&lt;br /&gt;</w:t>
        <w:br/>
        <w:t>Втім по землі пройшли якісь племена білі&lt;br /&gt;</w:t>
        <w:br/>
        <w:t>В руках у всіх були троянди не мечі&lt;br /&gt;</w:t>
        <w:br/>
        <w:t>I мову люди ті творили ідучи&lt;br /&gt;</w:t>
        <w:br/>
        <w:t>Я перейняв її бо говорить кортіло&lt;br /&gt;</w:t>
        <w:br/>
        <w:t>Ішов кортеж а де ж моє у ньому тіло&lt;br /&gt;</w:t>
        <w:br/>
        <w:t>О скільки їх пройшло і всі оті не-я&lt;br /&gt;</w:t>
        <w:br/>
        <w:t>По дрібці скинулись мені на повне я&lt;br /&gt;</w:t>
        <w:br/>
        <w:t>Мене як вежу ту потроху будували&lt;br /&gt;</w:t>
        <w:br/>
        <w:t>І завдяки всім тим тілам речам вікам&lt;br /&gt;</w:t>
        <w:br/>
        <w:t>Нарешті я постав з'явивсь нарешті сам</w:t>
      </w:r>
    </w:p>
    <w:p>
      <w:r>
        <w:br/>
        <w:t>Віки старі віки творці мої знебулі&lt;br /&gt;</w:t>
        <w:br/>
        <w:t>Дочасно я живу мину як ви минули&lt;br /&gt;</w:t>
        <w:br/>
        <w:t>Та не вдивляюсь я у майбуття пусте&lt;br /&gt;</w:t>
        <w:br/>
        <w:t>В мені минувшина до безміру росте</w:t>
      </w:r>
    </w:p>
    <w:p>
      <w:r>
        <w:br/>
        <w:t>Бо ж мертве тільки те чого ще не існує&lt;br /&gt;</w:t>
        <w:br/>
        <w:t>Було над може буть незмінно тріумфує&lt;br /&gt;</w:t>
        <w:br/>
        <w:t>Являючи стрункий живий яскравий лад&lt;br /&gt;</w:t>
        <w:br/>
        <w:t>Творіння й твориво процес і результ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Кортеж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