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Кошмар</w:t>
      </w:r>
    </w:p>
    <w:p>
      <w:r>
        <w:br/>
        <w:t xml:space="preserve"> Снивсь мені баладний рицар&lt;br /&gt;</w:t>
        <w:br/>
        <w:t>У одній руці іскриться&lt;br /&gt;</w:t>
        <w:br/>
        <w:t>Голий меч, убивча криця,&lt;br /&gt;</w:t>
        <w:br/>
        <w:t>А в другій руці блищить&lt;br /&gt;</w:t>
        <w:br/>
        <w:t>Сталевий щит.</w:t>
      </w:r>
    </w:p>
    <w:p>
      <w:r>
        <w:br/>
        <w:t>Чорний вершник буйно лине&lt;br /&gt;</w:t>
        <w:br/>
        <w:t>Через гори і долини,&lt;br /&gt;</w:t>
        <w:br/>
        <w:t>Через ріки бистроплинні&lt;br /&gt;</w:t>
        <w:br/>
        <w:t>На червонім скакуні,&lt;br /&gt;</w:t>
        <w:br/>
        <w:t>Баскім коні.</w:t>
      </w:r>
    </w:p>
    <w:p>
      <w:r>
        <w:br/>
        <w:t>То не кінь, а чорт безрогий,&lt;br /&gt;</w:t>
        <w:br/>
        <w:t>Добре знає всі дороги,&lt;br /&gt;</w:t>
        <w:br/>
        <w:t>Без удила, без остроги&lt;br /&gt;</w:t>
        <w:br/>
        <w:t>Мчить за вітром удогонь,&lt;br /&gt;</w:t>
        <w:br/>
        <w:t>Немов огонь!</w:t>
      </w:r>
    </w:p>
    <w:p>
      <w:r>
        <w:br/>
        <w:t>А з-під каски в поторочі&lt;br /&gt;</w:t>
        <w:br/>
        <w:t>То заблиснуть ярі очі,&lt;br /&gt;</w:t>
        <w:br/>
        <w:t>То погаснуть... Серед ночі&lt;br /&gt;</w:t>
        <w:br/>
        <w:t>Так спалахує-згаса&lt;br /&gt;</w:t>
        <w:br/>
        <w:t>Рушниць яса.</w:t>
      </w:r>
    </w:p>
    <w:p>
      <w:r>
        <w:br/>
        <w:t>Мов боривітрові крила,&lt;br /&gt;</w:t>
        <w:br/>
        <w:t>Мов розіп'яті вітрила,&lt;br /&gt;</w:t>
        <w:br/>
        <w:t>Що негода завихрила,&lt;br /&gt;</w:t>
        <w:br/>
        <w:t>Плащ на вітрі лопотить&lt;br /&gt;</w:t>
        <w:br/>
        <w:t>I тріпотить,</w:t>
      </w:r>
    </w:p>
    <w:p>
      <w:r>
        <w:br/>
        <w:t>Торс показуючи грубий&lt;br /&gt;</w:t>
        <w:br/>
        <w:t>I чобіт чудні розтруби,&lt;br /&gt;</w:t>
        <w:br/>
        <w:t>А у тьмі блискочуть зуби —&lt;br /&gt;</w:t>
        <w:br/>
        <w:t>Мов грімниця виграва —&lt;br /&gt;</w:t>
        <w:br/>
        <w:t>Всі тридцять два.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Кошмар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