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дійка книжо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дійка кни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