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Кримські сонети</w:t>
      </w:r>
    </w:p>
    <w:p>
      <w:r>
        <w:br/>
        <w:t xml:space="preserve"> &lt;blockquote&gt;Товаришам по кримській подорожі&lt;/blockquote&gt;</w:t>
      </w:r>
    </w:p>
    <w:p>
      <w:r>
        <w:br/>
        <w:t>Акерманські степи</w:t>
      </w:r>
    </w:p>
    <w:p>
      <w:r>
        <w:br/>
        <w:t>Пливу на обшири сухого океану.&lt;br /&gt;</w:t>
        <w:br/>
        <w:t>Як човен, мій візок в зеленій гущині&lt;br /&gt;</w:t>
        <w:br/>
        <w:t>Минає острови у хвилях запашні,&lt;br /&gt;</w:t>
        <w:br/>
        <w:t>Що ними бур'яни підносяться багряно.</w:t>
      </w:r>
    </w:p>
    <w:p>
      <w:r>
        <w:br/>
        <w:t>Вже морок падає. Ні шляху, ні кургана...&lt;br /&gt;</w:t>
        <w:br/>
        <w:t>Шукаю провідних зірок у вишині.&lt;br /&gt;</w:t>
        <w:br/>
        <w:t>Он хмарка блиснула, он золоті вогні:&lt;br /&gt;</w:t>
        <w:br/>
        <w:t>То світиться Дністро, то лампа Акермана.</w:t>
      </w:r>
    </w:p>
    <w:p>
      <w:r>
        <w:br/>
        <w:t>Спинімось! Тихо як!.. Десь линуть журавлі,&lt;br /&gt;</w:t>
        <w:br/>
        <w:t>Що й сокіл би не взрів,— лиш чути, де курличе.&lt;br /&gt;</w:t>
        <w:br/>
        <w:t>Чутно й метелика, що тріпається в млі,</w:t>
      </w:r>
    </w:p>
    <w:p>
      <w:r>
        <w:br/>
        <w:t>I вужа, що повзе зіллями таємниче...&lt;br /&gt;</w:t>
        <w:br/>
        <w:t>Я так напружив слух, що вчув би в цій землі&lt;br /&gt;</w:t>
        <w:br/>
        <w:t>I голос із Литви. Вперед! Ніхто не кличе.</w:t>
      </w:r>
    </w:p>
    <w:p>
      <w:r>
        <w:br/>
        <w:t>Морська тиша</w:t>
      </w:r>
    </w:p>
    <w:p>
      <w:r>
        <w:br/>
        <w:t>На верховині Тарханкутській</w:t>
      </w:r>
    </w:p>
    <w:p>
      <w:r>
        <w:br/>
        <w:t>Ясною стрічкою наш вимпел ледве має,&lt;br /&gt;</w:t>
        <w:br/>
        <w:t>I грає лагідно прояснена вода,&lt;br /&gt;</w:t>
        <w:br/>
        <w:t>Немов замріяна про щастя молода:&lt;br /&gt;</w:t>
        <w:br/>
        <w:t>Прокинеться, зітхне — і знову засинає.</w:t>
      </w:r>
    </w:p>
    <w:p>
      <w:r>
        <w:br/>
        <w:t>Неначе прапори, як грізний бій затих,&lt;br /&gt;</w:t>
        <w:br/>
        <w:t>Дрімають паруси; мов ланцюгом прикуте,&lt;br /&gt;</w:t>
        <w:br/>
        <w:t>Судно гойдається, ладне й собі заснути.&lt;br /&gt;</w:t>
        <w:br/>
        <w:t>Зітхнув моряк. В гурті дзвінкий лунає сміх.</w:t>
      </w:r>
    </w:p>
    <w:p>
      <w:r>
        <w:br/>
        <w:t>О море! Є поліп, що у хвилини бурі&lt;br /&gt;</w:t>
        <w:br/>
        <w:t>На дні ховається, у темряві похмурій,&lt;br /&gt;</w:t>
        <w:br/>
        <w:t>А в тишу догори хвилясто вирина.</w:t>
      </w:r>
    </w:p>
    <w:p>
      <w:r>
        <w:br/>
        <w:t>О мисле! Спогадів є гідра мовчазна,&lt;br /&gt;</w:t>
        <w:br/>
        <w:t>Що спить на дні твоїм під бурями й громами,&lt;br /&gt;</w:t>
        <w:br/>
        <w:t>А в супокійну мить все серце пазурами!</w:t>
      </w:r>
    </w:p>
    <w:p>
      <w:r>
        <w:br/>
        <w:t>Плавба</w:t>
      </w:r>
    </w:p>
    <w:p>
      <w:r>
        <w:br/>
        <w:t>Зростає шум, густіш морські снують потвори,&lt;br /&gt;</w:t>
        <w:br/>
        <w:t>Драбиною моряк поп'явся, ніби тінь,&lt;br /&gt;</w:t>
        <w:br/>
        <w:t>I висне в плетиві ледь зримих павутинь:&lt;br /&gt;</w:t>
        <w:br/>
        <w:t>Так огляда павук сильце своє прозоре.</w:t>
      </w:r>
    </w:p>
    <w:p>
      <w:r>
        <w:br/>
        <w:t>А вітер — вітер дме! Помчавсь між хвилі-гори&lt;br /&gt;</w:t>
        <w:br/>
        <w:t>Свавільний корабель, немов шалений кінь;&lt;br /&gt;</w:t>
        <w:br/>
        <w:t>Б'є піняві вали, у хмарну височінь&lt;br /&gt;</w:t>
        <w:br/>
        <w:t>Чолом підноситься, крилатий вітер боре.</w:t>
      </w:r>
    </w:p>
    <w:p>
      <w:r>
        <w:br/>
        <w:t>I мій буяє дух у розгулі стихій,&lt;br /&gt;</w:t>
        <w:br/>
        <w:t>Уява розпина свій парус огняний,&lt;br /&gt;</w:t>
        <w:br/>
        <w:t>I лине крик з грудей, піднісшися над прахом,</w:t>
      </w:r>
    </w:p>
    <w:p>
      <w:r>
        <w:br/>
        <w:t>До лона корабля припав я, ніби жду,&lt;br /&gt;</w:t>
        <w:br/>
        <w:t>Що від зусиль моїх прискорить він ходу...&lt;br /&gt;</w:t>
        <w:br/>
        <w:t>Як любо! Знаю я, що значить бути птахом!</w:t>
      </w:r>
    </w:p>
    <w:p>
      <w:r>
        <w:br/>
        <w:t>Буря</w:t>
      </w:r>
    </w:p>
    <w:p>
      <w:r>
        <w:br/>
        <w:t>Вітрила зірвано, ревіння, шум завії,&lt;br /&gt;</w:t>
        <w:br/>
        <w:t>Тривожні голоси і помп зловісний рик,&lt;br /&gt;</w:t>
        <w:br/>
        <w:t>Із рук матросових останок линви зник,&lt;br /&gt;</w:t>
        <w:br/>
        <w:t>Згасає сонця диск — і гаснуть з ним надії.</w:t>
      </w:r>
    </w:p>
    <w:p>
      <w:r>
        <w:br/>
        <w:t>В тріумфі бурянім, серед шумливих стін,&lt;br /&gt;</w:t>
        <w:br/>
        <w:t>Що вгору зносяться в безумній круговерті,&lt;br /&gt;</w:t>
        <w:br/>
        <w:t>Ступив на корабель жорстокий геній смерті,&lt;br /&gt;</w:t>
        <w:br/>
        <w:t>Як воїн, що іде на приступ між руїн.</w:t>
      </w:r>
    </w:p>
    <w:p>
      <w:r>
        <w:br/>
        <w:t>Півмертві там лежать; той руки он ламає,&lt;br /&gt;</w:t>
        <w:br/>
        <w:t>А той товаришам прощання посилає,&lt;br /&gt;</w:t>
        <w:br/>
        <w:t>Той ревно молиться, щоб гибелі втекти.</w:t>
      </w:r>
    </w:p>
    <w:p>
      <w:r>
        <w:br/>
        <w:t>Один лиш із гурта — самотній чужаниця —&lt;br /&gt;</w:t>
        <w:br/>
        <w:t>Гадає: щастя той у світі міг найти,&lt;br /&gt;</w:t>
        <w:br/>
        <w:t>Хто друзів має ще, хто може ще молиться.</w:t>
      </w:r>
    </w:p>
    <w:p>
      <w:r>
        <w:br/>
        <w:t>Вигляд гір із степів Козлова</w:t>
      </w:r>
    </w:p>
    <w:p>
      <w:r>
        <w:br/>
        <w:t>М а н д р і в н и к</w:t>
      </w:r>
    </w:p>
    <w:p>
      <w:r>
        <w:br/>
        <w:t>Там! Чи то звів аллах стіною море льоду,&lt;br /&gt;</w:t>
        <w:br/>
        <w:t>Чи трон для ангелів з холодних туч воздвиг?&lt;br /&gt;</w:t>
        <w:br/>
        <w:t>Чи диви ряд фортець наставили міцних,&lt;br /&gt;</w:t>
        <w:br/>
        <w:t>Щоб каравани зір не пропускать зі сходу?</w:t>
      </w:r>
    </w:p>
    <w:p>
      <w:r>
        <w:br/>
        <w:t>Чи Цареград горить на грані небозводу,&lt;br /&gt;</w:t>
        <w:br/>
        <w:t>Чи, може, то аллах між темних шат нічних&lt;br /&gt;</w:t>
        <w:br/>
        <w:t>Повісив свій ліхтар у небесах німих,&lt;br /&gt;</w:t>
        <w:br/>
        <w:t>Щоб мандрівним світам осяяти природу?</w:t>
      </w:r>
    </w:p>
    <w:p>
      <w:r>
        <w:br/>
        <w:t>М і р з а</w:t>
      </w:r>
    </w:p>
    <w:p>
      <w:r>
        <w:br/>
        <w:t>Там?.. Був я. Там зима. Гортані рік прудких&lt;br /&gt;</w:t>
        <w:br/>
        <w:t>I дзьоби ручаїв там п'ють холодну воду.&lt;br /&gt;</w:t>
        <w:br/>
        <w:t>Дихнув я — білий сніг пішов із уст моїх.</w:t>
      </w:r>
    </w:p>
    <w:p>
      <w:r>
        <w:br/>
        <w:t>Там, де гірські орли не залітали зроду,&lt;br /&gt;</w:t>
        <w:br/>
        <w:t>Спить грім в колисці з хмар, повитий у туман.&lt;br /&gt;</w:t>
        <w:br/>
        <w:t>Там зірка лиш над мій підносилась тюрбан.&lt;br /&gt;</w:t>
        <w:br/>
        <w:t>То Чатирдаг!"</w:t>
      </w:r>
    </w:p>
    <w:p>
      <w:r>
        <w:br/>
        <w:t>М а н д р і в н и к</w:t>
      </w:r>
    </w:p>
    <w:p>
      <w:r>
        <w:br/>
        <w:t>А-а!</w:t>
      </w:r>
    </w:p>
    <w:p>
      <w:r>
        <w:br/>
        <w:t>Бахчисарай</w:t>
      </w:r>
    </w:p>
    <w:p>
      <w:r>
        <w:br/>
        <w:t>Великі та німі Гіреїв двір і сад!&lt;br /&gt;</w:t>
        <w:br/>
        <w:t>По ганках, що мели покірних баш тюрбани,&lt;br /&gt;</w:t>
        <w:br/>
        <w:t>Через потуги трон і любощів дивани&lt;br /&gt;</w:t>
        <w:br/>
        <w:t>Літає сарана, повзе холодний гад.</w:t>
      </w:r>
    </w:p>
    <w:p>
      <w:r>
        <w:br/>
        <w:t>Повився темний плющ і дикий виноград&lt;br /&gt;</w:t>
        <w:br/>
        <w:t>По вікнах, по стіні подобою альтани.&lt;br /&gt;</w:t>
        <w:br/>
        <w:t>Руїна — пише тут на мурах гість незнаний,&lt;br /&gt;</w:t>
        <w:br/>
        <w:t>Як Валтасарові, на віковічний згад.</w:t>
      </w:r>
    </w:p>
    <w:p>
      <w:r>
        <w:br/>
        <w:t>А в залі ще стоїть окраса мармурова:&lt;br /&gt;</w:t>
        <w:br/>
        <w:t>Гарему то фонтан. Сльоза його перлова&lt;br /&gt;</w:t>
        <w:br/>
        <w:t>Спадає по сльозі і промовля щомить:</w:t>
      </w:r>
    </w:p>
    <w:p>
      <w:r>
        <w:br/>
        <w:t>"О де ви, де тепер, любов, могуття й славо,&lt;br /&gt;</w:t>
        <w:br/>
        <w:t>Що мали у віках сіяти величаво?&lt;br /&gt;</w:t>
        <w:br/>
        <w:t>Ганьба! Немає вас, а джерело дзвенить".</w:t>
      </w:r>
    </w:p>
    <w:p>
      <w:r>
        <w:br/>
        <w:t>Бахчисарай уночі</w:t>
      </w:r>
    </w:p>
    <w:p>
      <w:r>
        <w:br/>
        <w:t>З мечетей тихо йдуть побожні мусульмани,&lt;br /&gt;</w:t>
        <w:br/>
        <w:t>Ізану відголос німіє вдалині,&lt;br /&gt;</w:t>
        <w:br/>
        <w:t>I срібний ночі цар пливе в височині,&lt;br /&gt;</w:t>
        <w:br/>
        <w:t>Здаля побачивши зорі лице рум'яне.</w:t>
      </w:r>
    </w:p>
    <w:p>
      <w:r>
        <w:br/>
        <w:t>В гаремі зорянім світило полум'яне&lt;br /&gt;</w:t>
        <w:br/>
        <w:t>Одно по одному засвічує вогні,&lt;br /&gt;</w:t>
        <w:br/>
        <w:t>I хмарка лебедем пливе по синизні,&lt;br /&gt;</w:t>
        <w:br/>
        <w:t>Вся біла, наче сніг, лямована в багряне.</w:t>
      </w:r>
    </w:p>
    <w:p>
      <w:r>
        <w:br/>
        <w:t>Там темний кипарис одкинув довгу тінь,&lt;br /&gt;</w:t>
        <w:br/>
        <w:t>Там мінарет стрункий. А ген, лиш оком кинь,-&lt;br /&gt;</w:t>
        <w:br/>
        <w:t>Гранітні велетні, немовби до Евліса</w:t>
      </w:r>
    </w:p>
    <w:p>
      <w:r>
        <w:br/>
        <w:t>Зійшлись дияволи на раду потайну.&lt;br /&gt;</w:t>
        <w:br/>
        <w:t>З них часом блискавка зринає вдалину&lt;br /&gt;</w:t>
        <w:br/>
        <w:t>I лине в темряві, як бистрий кінь фариса.</w:t>
      </w:r>
    </w:p>
    <w:p>
      <w:r>
        <w:br/>
        <w:t>Гробниця Потоцької</w:t>
      </w:r>
    </w:p>
    <w:p>
      <w:r>
        <w:br/>
        <w:t>Зїв'яла ти в краю, заквітчанім весною,&lt;br /&gt;</w:t>
        <w:br/>
        <w:t>Трояндо молода, бо линули в імлі&lt;br /&gt;</w:t>
        <w:br/>
        <w:t>Від тебе юні дні, злотисті мотилі,&lt;br /&gt;</w:t>
        <w:br/>
        <w:t>I спогадів черву лишали за собою.</w:t>
      </w:r>
    </w:p>
    <w:p>
      <w:r>
        <w:br/>
        <w:t>Чому так світяться громадою ясною&lt;br /&gt;</w:t>
        <w:br/>
        <w:t>Зірки, до польської обернені землі?&lt;br /&gt;</w:t>
        <w:br/>
        <w:t>Чи то не погляд твій, в печалі, у жалі,&lt;br /&gt;</w:t>
        <w:br/>
        <w:t>Сліди повипікав огненною сльозою?</w:t>
      </w:r>
    </w:p>
    <w:p>
      <w:r>
        <w:br/>
        <w:t>О полько! Як і ти, я вмру на чужині.&lt;br /&gt;</w:t>
        <w:br/>
        <w:t>Хай приязна рука мене хоч поховає!&lt;br /&gt;</w:t>
        <w:br/>
        <w:t>Тут мандрівці ведуть розмови негучні,</w:t>
      </w:r>
    </w:p>
    <w:p>
      <w:r>
        <w:br/>
        <w:t>І вчую я слова, що чув у ріднім краї,&lt;br /&gt;</w:t>
        <w:br/>
        <w:t>Поет, складаючи тобі на честь пісні,&lt;br /&gt;</w:t>
        <w:br/>
        <w:t>Побачить гроб і мій — для мене заспіває.</w:t>
      </w:r>
    </w:p>
    <w:p>
      <w:r>
        <w:br/>
        <w:t>Могили гарему</w:t>
      </w:r>
    </w:p>
    <w:p>
      <w:r>
        <w:br/>
        <w:t>Мірза до мандрівника</w:t>
      </w:r>
    </w:p>
    <w:p>
      <w:r>
        <w:br/>
        <w:t>На стіл аллахові любові перші грона&lt;br /&gt;</w:t>
        <w:br/>
        <w:t>Узято тут колись; перлини осяйні&lt;br /&gt;</w:t>
        <w:br/>
        <w:t>Із моря ніжності та розкоші — труні&lt;br /&gt;</w:t>
        <w:br/>
        <w:t>Були тут віддані, на смерті темне лоно.</w:t>
      </w:r>
    </w:p>
    <w:p>
      <w:r>
        <w:br/>
        <w:t>Окрила забуття і часу їх заслона,&lt;br /&gt;</w:t>
        <w:br/>
        <w:t>Над ними зносяться тюрбани кам'яні,&lt;br /&gt;</w:t>
        <w:br/>
        <w:t>Неначе бунчуки у демонській війні;&lt;br /&gt;</w:t>
        <w:br/>
        <w:t>Гяур їх імена тут креслить беззаконно.</w:t>
      </w:r>
    </w:p>
    <w:p>
      <w:r>
        <w:br/>
        <w:t>О рози райські! Вам на схилі чистоти&lt;br /&gt;</w:t>
        <w:br/>
        <w:t>Під листям сорому судилось одцвісти,&lt;br /&gt;</w:t>
        <w:br/>
        <w:t>Не осквернили вас лихі невірні очі.</w:t>
      </w:r>
    </w:p>
    <w:p>
      <w:r>
        <w:br/>
        <w:t>Чужинець молодий тепер сюди ступив,-&lt;br /&gt;</w:t>
        <w:br/>
        <w:t>Дозволив я йому, прости мене, пророче! —&lt;br /&gt;</w:t>
        <w:br/>
        <w:t>З чужинців перший він сльозу отут зронив.</w:t>
      </w:r>
    </w:p>
    <w:p>
      <w:r>
        <w:br/>
        <w:t>Байдари</w:t>
      </w:r>
    </w:p>
    <w:p>
      <w:r>
        <w:br/>
        <w:t>Жену вперед коня, щоб линув, ніби птах;&lt;br /&gt;</w:t>
        <w:br/>
        <w:t>Ліси, яри, шпилі біжать назустріч оку,&lt;br /&gt;</w:t>
        <w:br/>
        <w:t>Подоба бистрого хвилястого потоку,-&lt;br /&gt;</w:t>
        <w:br/>
        <w:t>Сп'яніння прагну я найти у цих дивах.</w:t>
      </w:r>
    </w:p>
    <w:p>
      <w:r>
        <w:br/>
        <w:t>Але зморився кінь. Тоді в моїх очах,&lt;br /&gt;</w:t>
        <w:br/>
        <w:t>Неначе в дзеркалі, розбитім зненароку,&lt;br /&gt;</w:t>
        <w:br/>
        <w:t>У час, коли туман долину вкрив широку,&lt;br /&gt;</w:t>
        <w:br/>
        <w:t>Примарою встає той весь казковий шлях.</w:t>
      </w:r>
    </w:p>
    <w:p>
      <w:r>
        <w:br/>
        <w:t>Все спить, лиш я не сплю. Вода мене студена&lt;br /&gt;</w:t>
        <w:br/>
        <w:t>В обійми прийняла. Ось чорний вал шумить,-&lt;br /&gt;</w:t>
        <w:br/>
        <w:t>Його стрічаю я, вперед простяг рамена,-</w:t>
      </w:r>
    </w:p>
    <w:p>
      <w:r>
        <w:br/>
        <w:t>I хвиля над чолом розбилась, клекотить...&lt;br /&gt;</w:t>
        <w:br/>
        <w:t>Я жду, щоб мисль моя, як човен без причала,&lt;br /&gt;</w:t>
        <w:br/>
        <w:t>Збудилась серед вод і в забуття запала.</w:t>
      </w:r>
    </w:p>
    <w:p>
      <w:r>
        <w:br/>
        <w:t>Алушта вдень</w:t>
      </w:r>
    </w:p>
    <w:p>
      <w:r>
        <w:br/>
        <w:t>Скидає вже гора туманні з себе шати,&lt;br /&gt;</w:t>
        <w:br/>
        <w:t>Намазом ранішнім росистий лан бринить,&lt;br /&gt;</w:t>
        <w:br/>
        <w:t>Ліси колишуться і ронять з верховіть,&lt;br /&gt;</w:t>
        <w:br/>
        <w:t>Як з чоток дорогих, рубіни і гранати.</w:t>
      </w:r>
    </w:p>
    <w:p>
      <w:r>
        <w:br/>
        <w:t>Мов квіти, що дала природа їм літати,&lt;br /&gt;</w:t>
        <w:br/>
        <w:t>Знялись метелики веселкою в блакить,&lt;br /&gt;</w:t>
        <w:br/>
        <w:t>I діамантами вся далеч майорить;&lt;br /&gt;</w:t>
        <w:br/>
        <w:t>Там, далі, сарани потягся рій крилатий.</w:t>
      </w:r>
    </w:p>
    <w:p>
      <w:r>
        <w:br/>
        <w:t>Де скеля серед хвиль гранітна вигляда,&lt;br /&gt;</w:t>
        <w:br/>
        <w:t>Нуртує й піниться розгнівана вода,&lt;br /&gt;</w:t>
        <w:br/>
        <w:t>В ній іскри миготять, як тигрові зіниці.</w:t>
      </w:r>
    </w:p>
    <w:p>
      <w:r>
        <w:br/>
        <w:t>То бурі-вісниці для берегів земних,&lt;br /&gt;</w:t>
        <w:br/>
        <w:t>Ген — хвилі лагідні у вічній хитавиці,&lt;br /&gt;</w:t>
        <w:br/>
        <w:t>Човни і лебеді гойдаються на них.</w:t>
      </w:r>
    </w:p>
    <w:p>
      <w:r>
        <w:br/>
        <w:t>Алушта вночі</w:t>
      </w:r>
    </w:p>
    <w:p>
      <w:r>
        <w:br/>
        <w:t>Свіжішає вітрець, жарота відлягає,&lt;br /&gt;</w:t>
        <w:br/>
        <w:t>Світильник золотий спада на Чатирдаг,&lt;br /&gt;</w:t>
        <w:br/>
        <w:t>Розбився на скалки у нього на плечах&lt;br /&gt;</w:t>
        <w:br/>
        <w:t>I гасне. Мандрівник спинився, поглядає.</w:t>
      </w:r>
    </w:p>
    <w:p>
      <w:r>
        <w:br/>
        <w:t>Чорніє пасмо гір, дрімотна ніч у гаї,&lt;br /&gt;</w:t>
        <w:br/>
        <w:t>Шепочуть, мов крізь сон, потоки у садах,&lt;br /&gt;</w:t>
        <w:br/>
        <w:t>I квітів музика — солодкий ллється пах,&lt;br /&gt;</w:t>
        <w:br/>
        <w:t>Що для ушей мовчить, до серця промовляє.</w:t>
      </w:r>
    </w:p>
    <w:p>
      <w:r>
        <w:br/>
        <w:t>Мене вколисують пітьма і тишина,-&lt;br /&gt;</w:t>
        <w:br/>
        <w:t>Аж от немовби вся гойднулася колиска:&lt;br /&gt;</w:t>
        <w:br/>
        <w:t>То світлий метеор блакить перетина.</w:t>
      </w:r>
    </w:p>
    <w:p>
      <w:r>
        <w:br/>
        <w:t>О ноче східна! Ти — неначе одаліска,&lt;br /&gt;</w:t>
        <w:br/>
        <w:t>Що поцілунками зчаровує до сну&lt;br /&gt;</w:t>
        <w:br/>
        <w:t>І раптом будить знов жадобу вогняну.</w:t>
      </w:r>
    </w:p>
    <w:p>
      <w:r>
        <w:br/>
        <w:t>Чатирдаг</w:t>
      </w:r>
    </w:p>
    <w:p>
      <w:r>
        <w:br/>
        <w:t>М і р з а</w:t>
      </w:r>
    </w:p>
    <w:p>
      <w:r>
        <w:br/>
        <w:t>Побожно тінь твою цілують мусульмани,&lt;br /&gt;</w:t>
        <w:br/>
        <w:t>О щогло Кримських гір, великий Чатирдаг!&lt;br /&gt;</w:t>
        <w:br/>
        <w:t>Ти світу мінарет, ти Криму падишах!&lt;br /&gt;</w:t>
        <w:br/>
        <w:t>Верхів'ям знісшися у хмари і тумани,</w:t>
      </w:r>
    </w:p>
    <w:p>
      <w:r>
        <w:br/>
        <w:t>Під брамою небес сидиш ти, нездоланний,&lt;br /&gt;</w:t>
        <w:br/>
        <w:t>Мов ангел Гавриїл, усім лихим на страх;&lt;br /&gt;</w:t>
        <w:br/>
        <w:t>Ліси — твій темний плащ, сіяє в блискавках&lt;br /&gt;</w:t>
        <w:br/>
        <w:t>Тюрбан шовковий твій, гарячим злотом тканий,</w:t>
      </w:r>
    </w:p>
    <w:p>
      <w:r>
        <w:br/>
        <w:t>Чи сонце нас пече, чи отіняє мла,&lt;br /&gt;</w:t>
        <w:br/>
        <w:t>Чи сарана летить, чи вража рать найшла —&lt;br /&gt;</w:t>
        <w:br/>
        <w:t>Спокійний, мовчазний, з холодною душею,</w:t>
      </w:r>
    </w:p>
    <w:p>
      <w:r>
        <w:br/>
        <w:t>Ти, ніби драгоман між небом і землею,&lt;br /&gt;</w:t>
        <w:br/>
        <w:t>Уважно слухаєш, в ногах прославши грім,&lt;br /&gt;</w:t>
        <w:br/>
        <w:t>Як розмовляє бог із творивом своїм.</w:t>
      </w:r>
    </w:p>
    <w:p>
      <w:r>
        <w:br/>
        <w:t>Пілігрим</w:t>
      </w:r>
    </w:p>
    <w:p>
      <w:r>
        <w:br/>
        <w:t>Країна розкоші прослалась підо мною,&lt;br /&gt;</w:t>
        <w:br/>
        <w:t>Вгорі — блакить ясна, тут — лиця чарівні.&lt;br /&gt;</w:t>
        <w:br/>
        <w:t>Чому ж у дальній край так хочеться мені,&lt;br /&gt;</w:t>
        <w:br/>
        <w:t>Чом ще за дальшою я плачу давниною?</w:t>
      </w:r>
    </w:p>
    <w:p>
      <w:r>
        <w:br/>
        <w:t>О Литво! Шум лісів, породжених тобою,&lt;br /&gt;</w:t>
        <w:br/>
        <w:t>Миліший, ніж Байдар всі солов'ї гучні,&lt;br /&gt;</w:t>
        <w:br/>
        <w:t>І більше я радів твоїй трясовині,&lt;br /&gt;</w:t>
        <w:br/>
        <w:t>Як цим шовковицям з їх ніжною красою!</w:t>
      </w:r>
    </w:p>
    <w:p>
      <w:r>
        <w:br/>
        <w:t>На лоні красоти, серед казкових див,&lt;br /&gt;</w:t>
        <w:br/>
        <w:t>Чом лину серцем я до молодого ранку,&lt;br /&gt;</w:t>
        <w:br/>
        <w:t>До тої, що колись так ніжно полюбив?</w:t>
      </w:r>
    </w:p>
    <w:p>
      <w:r>
        <w:br/>
        <w:t>В краю, заказанім для мене, ти, коханко,&lt;br /&gt;</w:t>
        <w:br/>
        <w:t>Як ходиш по моїх недавніх ще слідах,&lt;br /&gt;</w:t>
        <w:br/>
        <w:t>Чи згадуєш мене хоч іноді в думках?</w:t>
      </w:r>
    </w:p>
    <w:p>
      <w:r>
        <w:br/>
        <w:t>Дорога над прірвою в Чуфут-Кале</w:t>
      </w:r>
    </w:p>
    <w:p>
      <w:r>
        <w:br/>
        <w:t>М і р з а і м а н д р і в н и к</w:t>
      </w:r>
    </w:p>
    <w:p>
      <w:r>
        <w:br/>
        <w:t>М і р з а</w:t>
      </w:r>
    </w:p>
    <w:p>
      <w:r>
        <w:br/>
        <w:t>Молися, попусти повіддя, одвернися,&lt;br /&gt;</w:t>
        <w:br/>
        <w:t>Тут кінським маєш ти довіритись ногам:&lt;br /&gt;</w:t>
        <w:br/>
        <w:t>Це кінь-розумниця! Він обирає сам&lt;br /&gt;</w:t>
        <w:br/>
        <w:t>Безпечнішу тропу; поглянь — укляк, піднісся,</w:t>
      </w:r>
    </w:p>
    <w:p>
      <w:r>
        <w:br/>
        <w:t>Завис над скелею! Додолу не дивися,&lt;br /&gt;</w:t>
        <w:br/>
        <w:t>Бо оком дна ніяк не досягнеш ти там,&lt;br /&gt;</w:t>
        <w:br/>
        <w:t>Рукою не махай — не дано крил рукам! —&lt;br /&gt;</w:t>
        <w:br/>
        <w:t>I навіть думку ти пускати бережися,</w:t>
      </w:r>
    </w:p>
    <w:p>
      <w:r>
        <w:br/>
        <w:t>Мов бідний якорець в незнану глибину:&lt;br /&gt;</w:t>
        <w:br/>
        <w:t>Не зачепившися, у водоверть жахну&lt;br /&gt;</w:t>
        <w:br/>
        <w:t>Потягне човника той якорець до страти.</w:t>
      </w:r>
    </w:p>
    <w:p>
      <w:r>
        <w:br/>
        <w:t>М а н д р і в н и к</w:t>
      </w:r>
    </w:p>
    <w:p>
      <w:r>
        <w:br/>
        <w:t>Я, мірзо, подививсь! В отворі тім земнім&lt;br /&gt;</w:t>
        <w:br/>
        <w:t>Я бачив... що таке — по смерті розповім,&lt;br /&gt;</w:t>
        <w:br/>
        <w:t>Бо мовою живих того не розказати.</w:t>
      </w:r>
    </w:p>
    <w:p>
      <w:r>
        <w:br/>
        <w:t>Гора Кікінеїс</w:t>
      </w:r>
    </w:p>
    <w:p>
      <w:r>
        <w:br/>
        <w:t>М і р з а</w:t>
      </w:r>
    </w:p>
    <w:p>
      <w:r>
        <w:br/>
        <w:t>У прірву подивись — простерлось небо долі.&lt;br /&gt;</w:t>
        <w:br/>
        <w:t>То море; серед хвиль, немовби Птах-гора,&lt;br /&gt;</w:t>
        <w:br/>
        <w:t>Що грім убив його, перо біля пера&lt;br /&gt;</w:t>
        <w:br/>
        <w:t>Розкинув снігове в широкому півколі</w:t>
      </w:r>
    </w:p>
    <w:p>
      <w:r>
        <w:br/>
        <w:t>I білим островом розлігсь по синім полі.&lt;br /&gt;</w:t>
        <w:br/>
        <w:t>Той острів — хмара то, її не прозира,&lt;br /&gt;</w:t>
        <w:br/>
        <w:t>Як ночі, зір людський; а то зміяста гра&lt;br /&gt;</w:t>
        <w:br/>
        <w:t>Стяги вогненної на хмари темнім чолі —</w:t>
      </w:r>
    </w:p>
    <w:p>
      <w:r>
        <w:br/>
        <w:t>То блискавка. Стривай! Безодня у ногах,&lt;br /&gt;</w:t>
        <w:br/>
        <w:t>Що має кінь її перелетіть, мов птах!&lt;br /&gt;</w:t>
        <w:br/>
        <w:t>Скачу! Напохваті держи коня й остроги.</w:t>
      </w:r>
    </w:p>
    <w:p>
      <w:r>
        <w:br/>
        <w:t>Як зникну — пильно стеж, чи серед скель отих&lt;br /&gt;</w:t>
        <w:br/>
        <w:t>Ковпак мій промайне пучком пір'їн легких,&lt;br /&gt;</w:t>
        <w:br/>
        <w:t>Дні — людині вже не знать ції дороги!</w:t>
      </w:r>
    </w:p>
    <w:p>
      <w:r>
        <w:br/>
        <w:t>Руїни замку в Балаклаві</w:t>
      </w:r>
    </w:p>
    <w:p>
      <w:r>
        <w:br/>
        <w:t>Ці замки, що лежать у безладі руїн,-&lt;br /&gt;</w:t>
        <w:br/>
        <w:t>Сторожа і краса твоя, невдячний Криме!&lt;br /&gt;</w:t>
        <w:br/>
        <w:t>Тепер уламки це, що гад живе між ними,&lt;br /&gt;</w:t>
        <w:br/>
        <w:t>Чи гірший, аніж гад, людського роду син,</w:t>
      </w:r>
    </w:p>
    <w:p>
      <w:r>
        <w:br/>
        <w:t>На вежу сходимо, тут напис є один.&lt;br /&gt;</w:t>
        <w:br/>
        <w:t>Можливо, це ім'я, що вчинками гучними&lt;br /&gt;</w:t>
        <w:br/>
        <w:t>Було прославлене. Та час неумолимий&lt;br /&gt;</w:t>
        <w:br/>
        <w:t>Покрив зелом його серед замшілих стін.</w:t>
      </w:r>
    </w:p>
    <w:p>
      <w:r>
        <w:br/>
        <w:t>Тут грек на камені різьбив тонкі оздоби,&lt;br /&gt;</w:t>
        <w:br/>
        <w:t>Монголів Генуя обертала в рабів,&lt;br /&gt;</w:t>
        <w:br/>
        <w:t>Намаз побожний свій отут хаджі творив.</w:t>
      </w:r>
    </w:p>
    <w:p>
      <w:r>
        <w:br/>
        <w:t>Тепер тут чорний гриф літа при темнім гробі;&lt;br /&gt;</w:t>
        <w:br/>
        <w:t>Так в місті, де нема нікого, крім мерців,&lt;br /&gt;</w:t>
        <w:br/>
        <w:t>Чорніють прапори погребної жалоби.</w:t>
      </w:r>
    </w:p>
    <w:p>
      <w:r>
        <w:br/>
        <w:t>Аюдаг</w:t>
      </w:r>
    </w:p>
    <w:p>
      <w:r>
        <w:br/>
        <w:t>Люблю дивитись я із Аюдагу скелі,&lt;br /&gt;</w:t>
        <w:br/>
        <w:t>Як спінені вали біжать йому до ніг&lt;br /&gt;</w:t>
        <w:br/>
        <w:t>Рядами чорними — чи, ніби срібний сніг,&lt;br /&gt;</w:t>
        <w:br/>
        <w:t>На сонці виграють, мов райдуги веселі.</w:t>
      </w:r>
    </w:p>
    <w:p>
      <w:r>
        <w:br/>
        <w:t>Штурмують мілину вони у буйнім хмелі,&lt;br /&gt;</w:t>
        <w:br/>
        <w:t>Немов морських потвор іде страшний набіг;&lt;br /&gt;</w:t>
        <w:br/>
        <w:t>Здобудуть — і назад одходить військо їх,&lt;br /&gt;</w:t>
        <w:br/>
        <w:t>Корали й перли нам лишивши на тарелі.</w:t>
      </w:r>
    </w:p>
    <w:p>
      <w:r>
        <w:br/>
        <w:t>Твоя подоба це, поете молодий!&lt;br /&gt;</w:t>
        <w:br/>
        <w:t>Так грізних пристрастей бушує буревій;&lt;br /&gt;</w:t>
        <w:br/>
        <w:t>Та ліру ти підняв — і в серці супокій.</w:t>
      </w:r>
    </w:p>
    <w:p>
      <w:r>
        <w:br/>
        <w:t>Навала відійшла по довгій обороні,&lt;br /&gt;</w:t>
        <w:br/>
        <w:t>Безсмертні лиш пісні зронивши в час погоні.&lt;br /&gt;</w:t>
        <w:br/>
        <w:t>За них віки тобі вінком прикрасять скроні.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Кримські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