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Кривда</w:t>
      </w:r>
    </w:p>
    <w:p>
      <w:r>
        <w:br/>
        <w:t xml:space="preserve"> Новела</w:t>
      </w:r>
    </w:p>
    <w:p>
      <w:r>
        <w:br/>
        <w:t>У Івася немає тата.&lt;br /&gt;</w:t>
        <w:br/>
        <w:t>Не питайте тільки чому.&lt;br /&gt;</w:t>
        <w:br/>
        <w:t>Лиш від матері ласку знати&lt;br /&gt;</w:t>
        <w:br/>
        <w:t>Довелося хлопчині цьому.</w:t>
      </w:r>
    </w:p>
    <w:p>
      <w:r>
        <w:br/>
        <w:t>Він росте, як і інші діти,&lt;br /&gt;</w:t>
        <w:br/>
        <w:t>І вистрибує, як усі.&lt;br /&gt;</w:t>
        <w:br/>
        <w:t>Любить босим прогоготіти&lt;br /&gt;</w:t>
        <w:br/>
        <w:t>По ранковій колючій росі.</w:t>
      </w:r>
    </w:p>
    <w:p>
      <w:r>
        <w:br/>
        <w:t>Любить квіти на луках рвати,&lt;br /&gt;</w:t>
        <w:br/>
        <w:t>Майструвати лука в лозі,&lt;br /&gt;</w:t>
        <w:br/>
        <w:t>По городу галопом промчати&lt;br /&gt;</w:t>
        <w:br/>
        <w:t>На обуреній, гнівній козі.</w:t>
      </w:r>
    </w:p>
    <w:p>
      <w:r>
        <w:br/>
        <w:t>Але в грудях жаринка стука,&lt;br /&gt;</w:t>
        <w:br/>
        <w:t>Є завітне в Івася одно —&lt;br /&gt;</w:t>
        <w:br/>
        <w:t>Хоче він, щоб узяв за руку&lt;br /&gt;</w:t>
        <w:br/>
        <w:t>І повів його тато в кіно.</w:t>
      </w:r>
    </w:p>
    <w:p>
      <w:r>
        <w:br/>
        <w:t>Ну, нехай би смикнув за вухо,&lt;br /&gt;</w:t>
        <w:br/>
        <w:t>Хай нагримав би раз чи два,-&lt;br /&gt;</w:t>
        <w:br/>
        <w:t>Все одно він би тата слухав&lt;br /&gt;</w:t>
        <w:br/>
        <w:t>І ловив би його слова...</w:t>
      </w:r>
    </w:p>
    <w:p>
      <w:r>
        <w:br/>
        <w:t>Раз Івась на толоці грався,&lt;br /&gt;</w:t>
        <w:br/>
        <w:t>Раптом глянув — сусіда йде.&lt;br /&gt;</w:t>
        <w:br/>
        <w:t>— Ти пустуєш тута,— озвався,-&lt;br /&gt;</w:t>
        <w:br/>
        <w:t>А тебе дома батько жде-</w:t>
      </w:r>
    </w:p>
    <w:p>
      <w:r>
        <w:br/>
        <w:t>Біг Івасик, немов на свято,&lt;br /&gt;</w:t>
        <w:br/>
        <w:t>І вибрикував, як лоша,&lt;br /&gt;</w:t>
        <w:br/>
        <w:t>І, напевне, була у п'ятах&lt;br /&gt;</w:t>
        <w:br/>
        <w:t>Пелюсткова його душа.</w:t>
      </w:r>
    </w:p>
    <w:p>
      <w:r>
        <w:br/>
        <w:t>На порозі закляк винувато,&lt;br /&gt;</w:t>
        <w:br/>
        <w:t>Але в хаті — мама сама.&lt;br /&gt;</w:t>
        <w:br/>
        <w:t>— Дядько кажуть, приїхав тато,&lt;br /&gt;</w:t>
        <w:br/>
        <w:t>Тільки чому ж його нема?..</w:t>
      </w:r>
    </w:p>
    <w:p>
      <w:r>
        <w:br/>
        <w:t>Раптом стало Івасю стидно,&lt;br /&gt;</w:t>
        <w:br/>
        <w:t>Раптом хлопець увесь поблід —&lt;br /&gt;</w:t>
        <w:br/>
        <w:t>Догадався, чому єхидно&lt;br /&gt;</w:t>
        <w:br/>
        <w:t>Захихикав сусіда вслід.</w:t>
      </w:r>
    </w:p>
    <w:p>
      <w:r>
        <w:br/>
        <w:t>Він допізна сидів у коноплях,&lt;br /&gt;</w:t>
        <w:br/>
        <w:t>Мов уперше вступив у гидь,&lt;br /&gt;</w:t>
        <w:br/>
        <w:t>З оченят, від плачу промоклих,&lt;br /&gt;</w:t>
        <w:br/>
        <w:t>Рукавом витирав блакить.</w:t>
      </w:r>
    </w:p>
    <w:p>
      <w:r>
        <w:br/>
        <w:t>А вночі шугнув через грядку,&lt;br /&gt;</w:t>
        <w:br/>
        <w:t>Де сусідів паркан стирчав,&lt;br /&gt;</w:t>
        <w:br/>
        <w:t>Вибив шибку одну з рогатки&lt;br /&gt;</w:t>
        <w:br/>
        <w:t>І додому спати помчав...</w:t>
      </w:r>
    </w:p>
    <w:p>
      <w:r>
        <w:br/>
        <w:t>Бо ж немає тим іншої кари,&lt;br /&gt;</w:t>
        <w:br/>
        <w:t>Хто дотепи свої в іржі&lt;br /&gt;</w:t>
        <w:br/>
        <w:t>Заганяє буздумно в рани,&lt;br /&gt;</w:t>
        <w:br/>
        <w:t>У болючі рани чужі...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