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Круговерть (збірка)</w:t>
      </w:r>
    </w:p>
    <w:p>
      <w:r>
        <w:br/>
        <w:t xml:space="preserve"> 1. Рожеве півколо</w:t>
      </w:r>
    </w:p>
    <w:p>
      <w:r>
        <w:br/>
        <w:t>РАДІСТЬ&lt;br /&gt;</w:t>
        <w:br/>
        <w:t>ГОМОНИ! ГОМОНИ!</w:t>
      </w:r>
    </w:p>
    <w:p>
      <w:r>
        <w:br/>
        <w:t>Із струмком, із промінням ранковим,&lt;br /&gt;</w:t>
        <w:br/>
        <w:t>В вітровім шелестінні, у хмар миготінні яснім,&lt;br /&gt;</w:t>
        <w:br/>
        <w:t>З тихим плюскотом хвиль, із прибоєм ланів колосковим —&lt;br /&gt;</w:t>
        <w:br/>
        <w:t>Гомони! Гомони! Так, як вітер, як промінь, як грім.&lt;br /&gt;</w:t>
        <w:br/>
        <w:t>Гомони! Гомони!</w:t>
      </w:r>
    </w:p>
    <w:p>
      <w:r>
        <w:br/>
        <w:t>Не вщухай ані миті, ні хвилі.&lt;br /&gt;</w:t>
        <w:br/>
        <w:t>Бийся крильцями в небі, поглядом голубій.&lt;br /&gt;</w:t>
        <w:br/>
        <w:t>Хай над нами в нестямі вітрила пливуть зволожнілі,&lt;br /&gt;</w:t>
        <w:br/>
        <w:t>Хай над нами в нестямі гойдається дзвін голубий.&lt;br /&gt;</w:t>
        <w:br/>
        <w:t>Гомони! Гомони!</w:t>
      </w:r>
    </w:p>
    <w:p>
      <w:r>
        <w:br/>
        <w:t>Із струмком, із промінням ранковим,&lt;br /&gt;</w:t>
        <w:br/>
        <w:t>У сталевім безхмар'ї, де жайворон сипле сріблом,&lt;br /&gt;</w:t>
        <w:br/>
        <w:t>У трункім надвечір'ї, в настояній днині, підкованій,&lt;br /&gt;</w:t>
        <w:br/>
        <w:t>Дзвоном крапель рясних, що дощем гомонять над селом.&lt;br /&gt;</w:t>
        <w:br/>
        <w:t>Гомони! Гомони!</w:t>
      </w:r>
    </w:p>
    <w:p>
      <w:r>
        <w:br/>
        <w:t>Там, де бджіл золоте колихання,&lt;br /&gt;</w:t>
        <w:br/>
        <w:t>Зупинись і замрійся. Та кроки свої не спини.&lt;br /&gt;</w:t>
        <w:br/>
        <w:t>Добра радість буття! Добра щедрість людського кохання.&lt;br /&gt;</w:t>
        <w:br/>
        <w:t>Добрі пристрасті. Тож — Гомони! Гомони! Гомони!</w:t>
      </w:r>
    </w:p>
    <w:p>
      <w:r>
        <w:br/>
        <w:t>РАННІЙ БЕРЕЗЕНЬ</w:t>
      </w:r>
    </w:p>
    <w:p>
      <w:r>
        <w:br/>
        <w:t>День напина тугі вітрила обважнілі,&lt;br /&gt;</w:t>
        <w:br/>
        <w:t>Шикує дерева, немов останній бій&lt;br /&gt;</w:t>
        <w:br/>
        <w:t>Спішить зустріти на передовій,&lt;br /&gt;</w:t>
        <w:br/>
        <w:t>Коли бійці вже стомлені й спітнілі.</w:t>
      </w:r>
    </w:p>
    <w:p>
      <w:r>
        <w:br/>
        <w:t>Останній день зими! Він ще в грайливій силі&lt;br /&gt;</w:t>
        <w:br/>
        <w:t>Скубне за бороди ряди зчорнілих стріх,&lt;br /&gt;</w:t>
        <w:br/>
        <w:t>Ще ллється долами іскристий добрий сміх,&lt;br /&gt;</w:t>
        <w:br/>
        <w:t>Та березневий сніг уже тривожно-білий.</w:t>
      </w:r>
    </w:p>
    <w:p>
      <w:r>
        <w:br/>
        <w:t>Не кличу. Не зову. Весна-бо знає пору.&lt;br /&gt;</w:t>
        <w:br/>
        <w:t>Та бачиться — стежками сніг прокляк,&lt;br /&gt;</w:t>
        <w:br/>
        <w:t>Й тополі вибігають аж на гору&lt;br /&gt;</w:t>
        <w:br/>
        <w:t>Побачити, чи не замаяв шлях.</w:t>
      </w:r>
    </w:p>
    <w:p>
      <w:r>
        <w:br/>
        <w:t>* * *</w:t>
      </w:r>
    </w:p>
    <w:p>
      <w:r>
        <w:br/>
        <w:t>Тане гомін, мов туман ранковий.&lt;br /&gt;</w:t>
        <w:br/>
        <w:t>Гасне захід. Вкруг — анітелень.&lt;br /&gt;</w:t>
        <w:br/>
        <w:t>Над ланами висне спокій —&lt;br /&gt;</w:t>
        <w:br/>
        <w:t>Голубливо-фіалковий —&lt;br /&gt;</w:t>
        <w:br/>
        <w:t>і бадьорий супить брови день.</w:t>
      </w:r>
    </w:p>
    <w:p>
      <w:r>
        <w:br/>
        <w:t>Пінна хмарка проплива — старою згадкою.&lt;br /&gt;</w:t>
        <w:br/>
        <w:t>Казкою, що дійсністю жива.&lt;br /&gt;</w:t>
        <w:br/>
        <w:t>Ми з товаришем накрились&lt;br /&gt;</w:t>
        <w:br/>
        <w:t>Однією плащ-палаткою.&lt;br /&gt;</w:t>
        <w:br/>
        <w:t>Надобраніч. Для солдата&lt;br /&gt;</w:t>
        <w:br/>
        <w:t>Рано сонце устава.</w:t>
      </w:r>
    </w:p>
    <w:p>
      <w:r>
        <w:br/>
        <w:t>Нахилившись над незвіданою тишею&lt;br /&gt;</w:t>
        <w:br/>
        <w:t>Серця юного, забудь тривожний струм&lt;br /&gt;</w:t>
        <w:br/>
        <w:t>Неспокою. Вже розмови рідшають,&lt;br /&gt;</w:t>
        <w:br/>
        <w:t>Сплять однополчани. Мовкне друг.</w:t>
      </w:r>
    </w:p>
    <w:p>
      <w:r>
        <w:br/>
        <w:t>Поки ранок нам на сурмі виграють,&lt;br /&gt;</w:t>
        <w:br/>
        <w:t>Поки день днювальні прокричать.&lt;br /&gt;</w:t>
        <w:br/>
        <w:t>Навіть в мріях для солдата міра є.&lt;br /&gt;</w:t>
        <w:br/>
        <w:t>Час. Ховайтесь, зорі. Треба спать.</w:t>
      </w:r>
    </w:p>
    <w:p>
      <w:r>
        <w:br/>
        <w:t>ДОБРОГО РАНКУ</w:t>
      </w:r>
    </w:p>
    <w:p>
      <w:r>
        <w:br/>
        <w:t>Замріяно пливе ранкова каламуть.&lt;br /&gt;</w:t>
        <w:br/>
        <w:t>Спокійні дерева у маренні глибокім&lt;br /&gt;</w:t>
        <w:br/>
        <w:t>Горять, немов свічки. І часу вічні кроки&lt;br /&gt;</w:t>
        <w:br/>
        <w:t>Нікому не дано пізнати і збагнуть.</w:t>
      </w:r>
    </w:p>
    <w:p>
      <w:r>
        <w:br/>
        <w:t>Долина тихо спить. Та неба сиза ртуть&lt;br /&gt;</w:t>
        <w:br/>
        <w:t>Уже розгойдана. Під парусом високим&lt;br /&gt;</w:t>
        <w:br/>
        <w:t>Поранок виплива — довічного уроки&lt;br /&gt;</w:t>
        <w:br/>
        <w:t>Дано пізнати і дано забуть.</w:t>
      </w:r>
    </w:p>
    <w:p>
      <w:r>
        <w:br/>
        <w:t>Тож стелься знов, дорого невідома!&lt;br /&gt;</w:t>
        <w:br/>
        <w:t>Хай будуть радощі, і зради, біль і втома —&lt;br /&gt;</w:t>
        <w:br/>
        <w:t>Усе, як од віків. І втіха голуба...&lt;br /&gt;</w:t>
        <w:br/>
        <w:t>Хай усміхаються нам обрії незнані,&lt;br /&gt;</w:t>
        <w:br/>
        <w:t>Хай люблять, зраджують, і люблять знов кохані.&lt;br /&gt;</w:t>
        <w:br/>
        <w:t>Хай буде бій, хай буде боротьба.</w:t>
      </w:r>
    </w:p>
    <w:p>
      <w:r>
        <w:br/>
        <w:t>* * *</w:t>
      </w:r>
    </w:p>
    <w:p>
      <w:r>
        <w:br/>
        <w:t>На розквітлому лузі&lt;br /&gt;</w:t>
        <w:br/>
        <w:t>Стежка сміється.&lt;br /&gt;</w:t>
        <w:br/>
        <w:t>Танцюють волошки&lt;br /&gt;</w:t>
        <w:br/>
        <w:t>Під вітру спокійний прибій.&lt;br /&gt;</w:t>
        <w:br/>
        <w:t>Спинися на хвилю&lt;br /&gt;</w:t>
        <w:br/>
        <w:t>Отут, де красується поле,&lt;br /&gt;</w:t>
        <w:br/>
        <w:t>Де мріє кульбаба,&lt;br /&gt;</w:t>
        <w:br/>
        <w:t>Спинись.&lt;br /&gt;</w:t>
        <w:br/>
        <w:t>На розквітлому лузі.</w:t>
      </w:r>
    </w:p>
    <w:p>
      <w:r>
        <w:br/>
        <w:t>МОТИВИ ТРАВНЯ</w:t>
      </w:r>
    </w:p>
    <w:p>
      <w:r>
        <w:br/>
        <w:t>Добрий, о добрий дощ&lt;br /&gt;</w:t>
        <w:br/>
        <w:t>Над містом грозою зринув...&lt;br /&gt;</w:t>
        <w:br/>
        <w:t>Нехай хоч на хвилю спочине&lt;br /&gt;</w:t>
        <w:br/>
        <w:t>Гамір вулиць і площ.&lt;br /&gt;</w:t>
        <w:br/>
        <w:t>Вікна відкрито, груди...&lt;br /&gt;</w:t>
        <w:br/>
        <w:t>Дощику, припусти!&lt;br /&gt;</w:t>
        <w:br/>
        <w:t>І дихають небом люди,&lt;br /&gt;</w:t>
        <w:br/>
        <w:t>Що падає з висоти.&lt;br /&gt;</w:t>
        <w:br/>
        <w:t>Біжать, біжать перехожі,&lt;br /&gt;</w:t>
        <w:br/>
        <w:t>За ними — босоніж — дощ!&lt;br /&gt;</w:t>
        <w:br/>
        <w:t>Наздожене! Спороще —&lt;br /&gt;</w:t>
        <w:br/>
        <w:t>Хоч-не-хоч.&lt;br /&gt;</w:t>
        <w:br/>
        <w:t>Травню! Вируй, розітни&lt;br /&gt;</w:t>
        <w:br/>
        <w:t>Хмари на шмаття&lt;br /&gt;</w:t>
        <w:br/>
        <w:t>В хвилю зачаття&lt;br /&gt;</w:t>
        <w:br/>
        <w:t>Голубої весни!</w:t>
      </w:r>
    </w:p>
    <w:p>
      <w:r>
        <w:br/>
        <w:t>***</w:t>
      </w:r>
    </w:p>
    <w:p>
      <w:r>
        <w:br/>
        <w:t>О, слова не зрони! Немов закляття, слово,&lt;br /&gt;</w:t>
        <w:br/>
        <w:t>Коли бентежний струм нам пульс перетина!&lt;br /&gt;</w:t>
        <w:br/>
        <w:t>В гучнім акорді рветься і струна —&lt;br /&gt;</w:t>
        <w:br/>
        <w:t>Вона не забринить, не обізветься знову.</w:t>
      </w:r>
    </w:p>
    <w:p>
      <w:r>
        <w:br/>
        <w:t>Не помарнуй хвилинами густими,&lt;br /&gt;</w:t>
        <w:br/>
        <w:t>Хай скороплинними. Даруй нам добру мить,&lt;br /&gt;</w:t>
        <w:br/>
        <w:t>Коли бджола над нами гомонить,&lt;br /&gt;</w:t>
        <w:br/>
        <w:t>Б'ючись в повітрі крильцями ясними!</w:t>
      </w:r>
    </w:p>
    <w:p>
      <w:r>
        <w:br/>
        <w:t>* * *</w:t>
      </w:r>
    </w:p>
    <w:p>
      <w:r>
        <w:br/>
        <w:t>Ти прийшла ясновида.&lt;br /&gt;</w:t>
        <w:br/>
        <w:t>Ти вся — і любов, і жага...&lt;br /&gt;</w:t>
        <w:br/>
        <w:t>Я дивлюсь в твої очі&lt;br /&gt;</w:t>
        <w:br/>
        <w:t>І повнюсь любов'ю.&lt;br /&gt;</w:t>
        <w:br/>
        <w:t>Але в коси&lt;br /&gt;</w:t>
        <w:br/>
        <w:t>Конвалію ти заплела.&lt;br /&gt;</w:t>
        <w:br/>
        <w:t>Будь же чистою,&lt;br /&gt;</w:t>
        <w:br/>
        <w:t>Квітко цнотлива!</w:t>
      </w:r>
    </w:p>
    <w:p>
      <w:r>
        <w:br/>
        <w:t>* * *</w:t>
      </w:r>
    </w:p>
    <w:p>
      <w:r>
        <w:br/>
        <w:t>Вхопився обома руками&lt;br /&gt;</w:t>
        <w:br/>
        <w:t>За хвилю: винеси мене!&lt;br /&gt;</w:t>
        <w:br/>
        <w:t>Вже безпорадному, важка мені&lt;br /&gt;</w:t>
        <w:br/>
        <w:t>Душа, бо, зігнута, не гнеться&lt;br /&gt;</w:t>
        <w:br/>
        <w:t>Вже далі спина, бо тепер&lt;br /&gt;</w:t>
        <w:br/>
        <w:t>Мені одна лиш смерть — за друга&lt;br /&gt;</w:t>
        <w:br/>
        <w:t>Бо вже ні друга, ані крука,&lt;br /&gt;</w:t>
        <w:br/>
        <w:t>Бо ані ворога тепер.&lt;br /&gt;</w:t>
        <w:br/>
        <w:t>Тягни мене, бо упаду,&lt;br /&gt;</w:t>
        <w:br/>
        <w:t>Замало альпініст, замало&lt;br /&gt;</w:t>
        <w:br/>
        <w:t>Назнав біду: хист замало&lt;br /&gt;</w:t>
        <w:br/>
        <w:t>Мене провадить по сліду.&lt;br /&gt;</w:t>
        <w:br/>
        <w:t>Вхопився обома руками&lt;br /&gt;</w:t>
        <w:br/>
        <w:t>За хвилю: хвиленько, неси&lt;br /&gt;</w:t>
        <w:br/>
        <w:t>Мене поволеньки, неси&lt;br /&gt;</w:t>
        <w:br/>
        <w:t>На гострий прибережний камінь.</w:t>
      </w:r>
    </w:p>
    <w:p>
      <w:r>
        <w:br/>
        <w:t>МАНДРИ</w:t>
      </w:r>
    </w:p>
    <w:p>
      <w:r>
        <w:br/>
        <w:t>Скресає далина...&lt;br /&gt;</w:t>
        <w:br/>
        <w:t>Пливуть і думи й хмари...&lt;br /&gt;</w:t>
        <w:br/>
        <w:t>Пий голубе вино!&lt;br /&gt;</w:t>
        <w:br/>
        <w:t>Земля сп'яніла — під крилом&lt;br /&gt;</w:t>
        <w:br/>
        <w:t>Гойднулась хвильно,&lt;br /&gt;</w:t>
        <w:br/>
        <w:t>Пливе, втікає і зорить&lt;br /&gt;</w:t>
        <w:br/>
        <w:t>І назирці тримає&lt;br /&gt;</w:t>
        <w:br/>
        <w:t>Тебе, мов сина...&lt;br /&gt;</w:t>
        <w:br/>
        <w:t>Земле! Краю мій!&lt;br /&gt;</w:t>
        <w:br/>
        <w:t>У сизуватій млі,&lt;br /&gt;</w:t>
        <w:br/>
        <w:t>Там, де розтав вишиваний рукав,&lt;br /&gt;</w:t>
        <w:br/>
        <w:t>Лишилось серце...</w:t>
      </w:r>
    </w:p>
    <w:p>
      <w:r>
        <w:br/>
        <w:t>* * *</w:t>
      </w:r>
    </w:p>
    <w:p>
      <w:r>
        <w:br/>
        <w:t>Квітне вечора трояндне пригасання,&lt;br /&gt;</w:t>
        <w:br/>
        <w:t>І в яру струмка гортанний звук...&lt;br /&gt;</w:t>
        <w:br/>
        <w:t>Стільки правди в горлі, стільки мук&lt;br /&gt;</w:t>
        <w:br/>
        <w:t>Не переповідати до рання.</w:t>
      </w:r>
    </w:p>
    <w:p>
      <w:r>
        <w:br/>
        <w:t>Вечір, мов сліпий, кістляві руки&lt;br /&gt;</w:t>
        <w:br/>
        <w:t>Простяга услід мені. Я йду,&lt;br /&gt;</w:t>
        <w:br/>
        <w:t>І чатують тіні по сліду,&lt;br /&gt;</w:t>
        <w:br/>
        <w:t>Мовчки стережуть мене, мок круки.</w:t>
      </w:r>
    </w:p>
    <w:p>
      <w:r>
        <w:br/>
        <w:t>Вже припавши до землі, причах,&lt;br /&gt;</w:t>
        <w:br/>
        <w:t>Притомившись, вечір. От і маєш:&lt;br /&gt;</w:t>
        <w:br/>
        <w:t>Сам сліпий, ти в ніч глуху ступаєш.&lt;br /&gt;</w:t>
        <w:br/>
        <w:t>Хлюпає любов в твоїх очах.</w:t>
      </w:r>
    </w:p>
    <w:p>
      <w:r>
        <w:br/>
        <w:t>* * *</w:t>
      </w:r>
    </w:p>
    <w:p>
      <w:r>
        <w:br/>
        <w:t>Радості збережені дороги знову —&lt;br /&gt;</w:t>
        <w:br/>
        <w:t>Ти прилинула, мов птаха голуба...&lt;br /&gt;</w:t>
        <w:br/>
        <w:t>Переливами дзвінкими, мов проміння, ллється мова,&lt;br /&gt;</w:t>
        <w:br/>
        <w:t>Добрий обрій сповиває золота габа.&lt;br /&gt;</w:t>
        <w:br/>
        <w:t>Зринула, мов ластівка. Легкою тривогою&lt;br /&gt;</w:t>
        <w:br/>
        <w:t>Тільки чорно-воронове креше синь крило...&lt;br /&gt;</w:t>
        <w:br/>
        <w:t>Наопашки сповилася вогняною тогою&lt;br /&gt;</w:t>
        <w:br/>
        <w:t>І страждання в темно-карих у зіницях залягло.&lt;br /&gt;</w:t>
        <w:br/>
        <w:t>У дитячих пучках принесла ти вітру —&lt;br /&gt;</w:t>
        <w:br/>
        <w:t>Ти — не птаха невеличка. Ти — заманливий порив!&lt;br /&gt;</w:t>
        <w:br/>
        <w:t>Лиш почую щебетання — мову любої нехитру.&lt;br /&gt;</w:t>
        <w:br/>
        <w:t>І доволі. І недолю я уже заговорив.</w:t>
      </w:r>
    </w:p>
    <w:p>
      <w:r>
        <w:br/>
        <w:t>ВЕРЕСНЕВА ЗЕМЛЯ</w:t>
      </w:r>
    </w:p>
    <w:p>
      <w:r>
        <w:br/>
        <w:t>Земле моя,&lt;br /&gt;</w:t>
        <w:br/>
        <w:t>всеплодющая мати!&lt;br /&gt;</w:t>
        <w:br/>
        <w:t>І. Я. Франка&lt;br /&gt;</w:t>
        <w:br/>
        <w:t>Я до тебе прийду і змовкну.&lt;br /&gt;</w:t>
        <w:br/>
        <w:t>І нічого тобі не скажу.&lt;br /&gt;</w:t>
        <w:br/>
        <w:t>Пожури ти мене,&lt;br /&gt;</w:t>
        <w:br/>
        <w:t>Пожур —&lt;br /&gt;</w:t>
        <w:br/>
        <w:t>Вже чи лагідно, чи жорстоко.&lt;br /&gt;</w:t>
        <w:br/>
        <w:t>Земле рідна! Сором мені —&lt;br /&gt;</w:t>
        <w:br/>
        <w:t>Що докину до твого золота?&lt;br /&gt;</w:t>
        <w:br/>
        <w:t>Марно зринули юні дні,&lt;br /&gt;</w:t>
        <w:br/>
        <w:t>Нині ж сушить мене гризота.&lt;br /&gt;</w:t>
        <w:br/>
        <w:t>Разом з осінню я догорів,&lt;br /&gt;</w:t>
        <w:br/>
        <w:t>Листям осені опадаю,&lt;br /&gt;</w:t>
        <w:br/>
        <w:t>І між млисто-гірких вечорів&lt;br /&gt;</w:t>
        <w:br/>
        <w:t>Неприкаяний, сам блукаю.&lt;br /&gt;</w:t>
        <w:br/>
        <w:t>Осінь крилами в груди б'є.&lt;br /&gt;</w:t>
        <w:br/>
        <w:t>О, Вкраїно моя осіння!&lt;br /&gt;</w:t>
        <w:br/>
        <w:t>Чом забракло мені уміння&lt;br /&gt;</w:t>
        <w:br/>
        <w:t>Звеселити серце твоє?&lt;br /&gt;</w:t>
        <w:br/>
        <w:t>Голубінь моя, голубінь!&lt;br /&gt;</w:t>
        <w:br/>
        <w:t>Розтривого моя і муко!&lt;br /&gt;</w:t>
        <w:br/>
        <w:t>Чом не можу я дать тобі&lt;br /&gt;</w:t>
        <w:br/>
        <w:t>Своє серце — у добрі руки?&lt;br /&gt;</w:t>
        <w:br/>
        <w:t>О, коли б то, коли б я зміг!&lt;br /&gt;</w:t>
        <w:br/>
        <w:t>Рідну землю, тривогами краяну,&lt;br /&gt;</w:t>
        <w:br/>
        <w:t>Проорав би, як переліг,&lt;br /&gt;</w:t>
        <w:br/>
        <w:t>В ріллях радості неокраїх!&lt;br /&gt;</w:t>
        <w:br/>
        <w:t>Земле рідна! Тобі одній&lt;br /&gt;</w:t>
        <w:br/>
        <w:t>Я волів би служить до скону.&lt;br /&gt;</w:t>
        <w:br/>
        <w:t>До твоїх до прийдешніх днів&lt;br /&gt;</w:t>
        <w:br/>
        <w:t>Дотягнутися б хоч рукою.</w:t>
      </w:r>
    </w:p>
    <w:p>
      <w:r>
        <w:br/>
        <w:t>* * *</w:t>
      </w:r>
    </w:p>
    <w:p>
      <w:r>
        <w:br/>
        <w:t>Минулі мрії видяться майбутнім.&lt;br /&gt;</w:t>
        <w:br/>
        <w:t>Хай давні привиди заволокла печаль,&lt;br /&gt;</w:t>
        <w:br/>
        <w:t>Ти серце вигостри і розум свій насталь&lt;br /&gt;</w:t>
        <w:br/>
        <w:t>Своїх порадників в дорозі й на розпутті.</w:t>
      </w:r>
    </w:p>
    <w:p>
      <w:r>
        <w:br/>
        <w:t>Напівзабуте напливає в хвилях,&lt;br /&gt;</w:t>
        <w:br/>
        <w:t>Де пам'ятливість щирості зрідні...&lt;br /&gt;</w:t>
        <w:br/>
        <w:t>Вмочи свій пензель в вистояні дні,&lt;br /&gt;</w:t>
        <w:br/>
        <w:t>І сум і радість вихлюпни і вилий.</w:t>
      </w:r>
    </w:p>
    <w:p>
      <w:r>
        <w:br/>
        <w:t>За давниною дійсне стало сном.&lt;br /&gt;</w:t>
        <w:br/>
        <w:t>Воно спливає листям за водою,&lt;br /&gt;</w:t>
        <w:br/>
        <w:t>Ще червіньково краплене любов'ю.&lt;br /&gt;</w:t>
        <w:br/>
        <w:t>А вже як ранок брязне за вікном</w:t>
      </w:r>
    </w:p>
    <w:p>
      <w:r>
        <w:br/>
        <w:t>Тоді відкрий вікно. І вже тоді —&lt;br /&gt;</w:t>
        <w:br/>
        <w:t>Рушай у день, неначе в світ незнаний,&lt;br /&gt;</w:t>
        <w:br/>
        <w:t>Де розгойдались до останніх граней&lt;br /&gt;</w:t>
        <w:br/>
        <w:t>Рахманне сонце і рахманна тінь.</w:t>
      </w:r>
    </w:p>
    <w:p>
      <w:r>
        <w:br/>
        <w:t>* * *</w:t>
      </w:r>
    </w:p>
    <w:p>
      <w:r>
        <w:br/>
        <w:t>Життя симфонія, "Симфонія весни"&lt;br /&gt;</w:t>
        <w:br/>
        <w:t>і сатанинський, зойками — Маневич...&lt;br /&gt;</w:t>
        <w:br/>
        <w:t>Єврей — по горло. І по горло — невір,&lt;br /&gt;</w:t>
        <w:br/>
        <w:t>по горло — маячний і мудрий сніг.</w:t>
      </w:r>
    </w:p>
    <w:p>
      <w:r>
        <w:br/>
        <w:t>Пелюсточками, пальцями, руками,&lt;br /&gt;</w:t>
        <w:br/>
        <w:t>як жалами співучими, — до віт&lt;br /&gt;</w:t>
        <w:br/>
        <w:t>березових, хистких, бузково-тканних,&lt;br /&gt;</w:t>
        <w:br/>
        <w:t>в його лірично-фосфоричний світ.</w:t>
      </w:r>
    </w:p>
    <w:p>
      <w:r>
        <w:br/>
        <w:t>Несила — бачити. Несила — перестать.&lt;br /&gt;</w:t>
        <w:br/>
        <w:t>Бо де подітись з зрадними очима?&lt;br /&gt;</w:t>
        <w:br/>
        <w:t>Ховаються за нашими плечима&lt;br /&gt;</w:t>
        <w:br/>
        <w:t>пиха і гонор. Стали і мовчать.</w:t>
      </w:r>
    </w:p>
    <w:p>
      <w:r>
        <w:br/>
        <w:t>Мовчіть і начувайтесь. Бо струну&lt;br /&gt;</w:t>
        <w:br/>
        <w:t>торкне смичок — і раз, і два, і тричі.&lt;br /&gt;</w:t>
        <w:br/>
        <w:t>І раптом зойком вистрелить у вічі,&lt;br /&gt;</w:t>
        <w:br/>
        <w:t>рятуючись од змиреного сну.</w:t>
      </w:r>
    </w:p>
    <w:p>
      <w:r>
        <w:br/>
        <w:t>І вже здасться — ледве вхопить яр —&lt;br /&gt;</w:t>
        <w:br/>
        <w:t>пливе митець, простерши руки-крила...&lt;br /&gt;</w:t>
        <w:br/>
        <w:t>І темінь у ногах провалля вирила...&lt;br /&gt;</w:t>
        <w:br/>
        <w:t>Не упади. Дивися вгору й вір.</w:t>
      </w:r>
    </w:p>
    <w:p>
      <w:r>
        <w:br/>
        <w:t>Дивися й вір. Увіруй в торжество&lt;br /&gt;</w:t>
        <w:br/>
        <w:t>бузково-синіх звуків серед тиші.&lt;br /&gt;</w:t>
        <w:br/>
        <w:t>Нехай хоч розпач до дерзань притишує,&lt;br /&gt;</w:t>
        <w:br/>
        <w:t>тож рвися вгору з вірою удвох.</w:t>
      </w:r>
    </w:p>
    <w:p>
      <w:r>
        <w:br/>
        <w:t>Докіль ти сині руки не розкрилиш,&lt;br /&gt;</w:t>
        <w:br/>
        <w:t>з душі не вирвеш моторошний крик&lt;br /&gt;</w:t>
        <w:br/>
        <w:t>чуття, котрого не назве язик,&lt;br /&gt;</w:t>
        <w:br/>
        <w:t>чуття, котрого у словах не виллєш.</w:t>
      </w:r>
    </w:p>
    <w:p>
      <w:r>
        <w:br/>
        <w:t>* * *</w:t>
      </w:r>
    </w:p>
    <w:p>
      <w:r>
        <w:br/>
        <w:t>Була ти мрійною... Далеке й призабуте&lt;br /&gt;</w:t>
        <w:br/>
        <w:t>Зринає в пам'яті, мов видиво легке,&lt;br /&gt;</w:t>
        <w:br/>
        <w:t>Неначе марення, мереживо хистке,&lt;br /&gt;</w:t>
        <w:br/>
        <w:t>Котре не зрозуміти, не збагнути.</w:t>
      </w:r>
    </w:p>
    <w:p>
      <w:r>
        <w:br/>
        <w:t>Не злинуло чуття! Нехай неперечуте,&lt;br /&gt;</w:t>
        <w:br/>
        <w:t>Невирізьблене і негомінке —&lt;br /&gt;</w:t>
        <w:br/>
        <w:t>Дай руку мрії! Хороше відчути&lt;br /&gt;</w:t>
        <w:br/>
        <w:t>її руки стискання нетривке.</w:t>
      </w:r>
    </w:p>
    <w:p>
      <w:r>
        <w:br/>
        <w:t>Далекий, дивний сон... Неначе сон — трава...&lt;br /&gt;</w:t>
        <w:br/>
        <w:t>Спинись, потомлений, з непізнаним бажанням.&lt;br /&gt;</w:t>
        <w:br/>
        <w:t>Вже степ пожовк. За голубим шептанням&lt;br /&gt;</w:t>
        <w:br/>
        <w:t>Ти не вловив його затаєні слова...&lt;br /&gt;</w:t>
        <w:br/>
        <w:t>Та добрий час життя, бо в кожній порі року&lt;br /&gt;</w:t>
        <w:br/>
        <w:t>Ти невідомість пізнаєш високу!</w:t>
      </w:r>
    </w:p>
    <w:p>
      <w:r>
        <w:br/>
        <w:t>II. Біль Білий день&lt;br /&gt;</w:t>
        <w:br/>
        <w:t>III. Круговерть</w:t>
      </w:r>
    </w:p>
    <w:p>
      <w:r>
        <w:br/>
        <w:t>ОПТИМІСТИЧНЕ</w:t>
      </w:r>
    </w:p>
    <w:p>
      <w:r>
        <w:br/>
        <w:t>Коли ти вірити в добро навик,&lt;br /&gt;</w:t>
        <w:br/>
        <w:t>то віруй в землю. Віруй в смерть і крики&lt;br /&gt;</w:t>
        <w:br/>
        <w:t>Тривожні породіль. Нема одвіку&lt;br /&gt;</w:t>
        <w:br/>
        <w:t>Легкої віри і легких утіх.</w:t>
      </w:r>
    </w:p>
    <w:p>
      <w:r>
        <w:br/>
        <w:t>Замало й слів, де треба людських рук.&lt;br /&gt;</w:t>
        <w:br/>
        <w:t>Будинки зводити, мости ладнати,&lt;br /&gt;</w:t>
        <w:br/>
        <w:t>Чи древні перелоги поорати.</w:t>
      </w:r>
    </w:p>
    <w:p>
      <w:r>
        <w:br/>
        <w:t>Учися брати віру. Як беруть&lt;br /&gt;</w:t>
        <w:br/>
        <w:t>Снопи на плечі. Як беруть лопати&lt;br /&gt;</w:t>
        <w:br/>
        <w:t>Садівники, щоб Землю перерить&lt;br /&gt;</w:t>
        <w:br/>
        <w:t>І здобрити. Так, як беруть солдати&lt;br /&gt;</w:t>
        <w:br/>
        <w:t>Гвинтівки в руки — край свій боронить.&lt;br /&gt;</w:t>
        <w:br/>
        <w:t>Бери у праці втому і печаль,&lt;br /&gt;</w:t>
        <w:br/>
        <w:t>Глибій у радості, глибій в стражданні,&lt;br /&gt;</w:t>
        <w:br/>
        <w:t>Звіряйсь на них, немов на пробнім камені,&lt;br /&gt;</w:t>
        <w:br/>
        <w:t>Загартувавши серце, ніби сталь.&lt;br /&gt;</w:t>
        <w:br/>
        <w:t>В роботі научайся, як народ.&lt;br /&gt;</w:t>
        <w:br/>
        <w:t>До скону свято вірити в добро.</w:t>
      </w:r>
    </w:p>
    <w:p>
      <w:r>
        <w:br/>
        <w:t>* * *</w:t>
      </w:r>
    </w:p>
    <w:p>
      <w:r>
        <w:br/>
        <w:t>Дерева, вітром підбиті,&lt;br /&gt;</w:t>
        <w:br/>
        <w:t>Пещені літом і сонцем,&lt;br /&gt;</w:t>
        <w:br/>
        <w:t>Піднявши вгору долоні,&lt;br /&gt;</w:t>
        <w:br/>
        <w:t>Пнуться до неба. Зайшлися&lt;br /&gt;</w:t>
        <w:br/>
        <w:t>У ритуальному танці.&lt;br /&gt;</w:t>
        <w:br/>
        <w:t>Я заздрю вам, тривожні дерева&lt;br /&gt;</w:t>
        <w:br/>
        <w:t>Із добрими дитячими очима!&lt;br /&gt;</w:t>
        <w:br/>
        <w:t>Ви кожен рік оновлюєтесь: Я ж&lt;br /&gt;</w:t>
        <w:br/>
        <w:t>До цього тільки прагну.&lt;br /&gt;</w:t>
        <w:br/>
        <w:t>Людино! Коли дерево сторуко&lt;br /&gt;</w:t>
        <w:br/>
        <w:t>Голубить небо, вітер, і весну,&lt;br /&gt;</w:t>
        <w:br/>
        <w:t>І день, і ніч, і вечори, і ранки —&lt;br /&gt;</w:t>
        <w:br/>
        <w:t>Не забувай, що дві твої руки&lt;br /&gt;</w:t>
        <w:br/>
        <w:t>Не можуть мати спокою ніколи.</w:t>
      </w:r>
    </w:p>
    <w:p>
      <w:r>
        <w:br/>
        <w:t>* * *</w:t>
      </w:r>
    </w:p>
    <w:p>
      <w:r>
        <w:br/>
        <w:t>Берези — навтьоки!&lt;br /&gt;</w:t>
        <w:br/>
        <w:t>Трава напнулась,&lt;br /&gt;</w:t>
        <w:br/>
        <w:t>Згинаються тополі&lt;br /&gt;</w:t>
        <w:br/>
        <w:t>В три дуги.&lt;br /&gt;</w:t>
        <w:br/>
        <w:t>І спересердя&lt;br /&gt;</w:t>
        <w:br/>
        <w:t>Хмари хтось&lt;br /&gt;</w:t>
        <w:br/>
        <w:t>Прогупує,&lt;br /&gt;</w:t>
        <w:br/>
        <w:t>Та гнівно ляскають&lt;br /&gt;</w:t>
        <w:br/>
        <w:t>Білясті батоги.&lt;br /&gt;</w:t>
        <w:br/>
        <w:t>З зазубринами грім,&lt;br /&gt;</w:t>
        <w:br/>
        <w:t>Немов рубель,&lt;br /&gt;</w:t>
        <w:br/>
        <w:t>Пригнічує&lt;br /&gt;</w:t>
        <w:br/>
        <w:t>Поважні хмари-гарби,&lt;br /&gt;</w:t>
        <w:br/>
        <w:t>І часто падають&lt;br /&gt;</w:t>
        <w:br/>
        <w:t>Їздового удари.&lt;br /&gt;</w:t>
        <w:br/>
        <w:t>Ушпарить — синій&lt;br /&gt;</w:t>
        <w:br/>
        <w:t>Пучиться рубець.&lt;br /&gt;</w:t>
        <w:br/>
        <w:t>Воли притомлені,&lt;br /&gt;</w:t>
        <w:br/>
        <w:t>Схиливши круто голови,&lt;br /&gt;</w:t>
        <w:br/>
        <w:t>Щипають на ходу&lt;br /&gt;</w:t>
        <w:br/>
        <w:t>Шалену зелень.&lt;br /&gt;</w:t>
        <w:br/>
        <w:t>Та в'юниться,&lt;br /&gt;</w:t>
        <w:br/>
        <w:t>Немов батіг, їздовий:&lt;br /&gt;</w:t>
        <w:br/>
        <w:t>— Рушай, гроза,&lt;br /&gt;</w:t>
        <w:br/>
        <w:t>Під райдужну веселку!</w:t>
      </w:r>
    </w:p>
    <w:p>
      <w:r>
        <w:br/>
        <w:t>В КОЛГОСПІ&lt;br /&gt;</w:t>
        <w:br/>
        <w:t>(образок)</w:t>
      </w:r>
    </w:p>
    <w:p>
      <w:r>
        <w:br/>
        <w:t>Вантажені машини відійшли,&lt;br /&gt;</w:t>
        <w:br/>
        <w:t>Ми впали на вологе бурячиння&lt;br /&gt;</w:t>
        <w:br/>
        <w:t>Відпочивать. Згасає повечір'я&lt;br /&gt;</w:t>
        <w:br/>
        <w:t>Над полем, ніби спорожнілим літом.</w:t>
      </w:r>
    </w:p>
    <w:p>
      <w:r>
        <w:br/>
        <w:t>Ляга на землю цигарковий дим,&lt;br /&gt;</w:t>
        <w:br/>
        <w:t>Дівчата щільно туляться. Притихли,&lt;br /&gt;</w:t>
        <w:br/>
        <w:t>Потомлені: студентки молоді,&lt;br /&gt;</w:t>
        <w:br/>
        <w:t>До праці до колгоспної не звикли.</w:t>
      </w:r>
    </w:p>
    <w:p>
      <w:r>
        <w:br/>
        <w:t>І вечоріють. Засинають. Сплять,&lt;br /&gt;</w:t>
        <w:br/>
        <w:t>У сні коханно розметавши руки...&lt;br /&gt;</w:t>
        <w:br/>
        <w:t>А вдалині ледь-ледь відчутний гуркіт&lt;br /&gt;</w:t>
        <w:br/>
        <w:t>Дрімотні перепліскує поля.</w:t>
      </w:r>
    </w:p>
    <w:p>
      <w:r>
        <w:br/>
        <w:t>І поки котяться вогні згори,&lt;br /&gt;</w:t>
        <w:br/>
        <w:t>Густою прохолодою віддалені,&lt;br /&gt;</w:t>
        <w:br/>
        <w:t>Осіннє поле спочива, дозрівши&lt;br /&gt;</w:t>
        <w:br/>
        <w:t>Дівочими грудьми, немов плодами.</w:t>
      </w:r>
    </w:p>
    <w:p>
      <w:r>
        <w:br/>
        <w:t>* * *</w:t>
      </w:r>
    </w:p>
    <w:p>
      <w:r>
        <w:br/>
        <w:t>Щоб я не знеміг од щастя.&lt;br /&gt;</w:t>
        <w:br/>
        <w:t>В руйнівному ритмі,&lt;br /&gt;</w:t>
        <w:br/>
        <w:t>Щоб радість мене виповнювала —&lt;br /&gt;</w:t>
        <w:br/>
        <w:t>а не втоляла жагу,&lt;br /&gt;</w:t>
        <w:br/>
        <w:t>скажи, що прологом ночі&lt;br /&gt;</w:t>
        <w:br/>
        <w:t>буває вечір. І потім&lt;br /&gt;</w:t>
        <w:br/>
        <w:t>ще ж день пригаса!..&lt;br /&gt;</w:t>
        <w:br/>
        <w:t>Додам я:&lt;br /&gt;</w:t>
        <w:br/>
        <w:t>— Хай буде це наша ніч.</w:t>
      </w:r>
    </w:p>
    <w:p>
      <w:r>
        <w:br/>
        <w:t>ВЕСНЯНЕ</w:t>
      </w:r>
    </w:p>
    <w:p>
      <w:r>
        <w:br/>
        <w:t>Усміхаються глобусові&lt;br /&gt;</w:t>
        <w:br/>
        <w:t>Школярі на уроках,&lt;br /&gt;</w:t>
        <w:br/>
        <w:t>І сонце,&lt;br /&gt;</w:t>
        <w:br/>
        <w:t>Неначе глобус,&lt;br /&gt;</w:t>
        <w:br/>
        <w:t>Усміхається школярам,&lt;br /&gt;</w:t>
        <w:br/>
        <w:t>А за вікном&lt;br /&gt;</w:t>
        <w:br/>
        <w:t>Реве повесіння,&lt;br /&gt;</w:t>
        <w:br/>
        <w:t>Вантажене снігом і кригою,&lt;br /&gt;</w:t>
        <w:br/>
        <w:t>Та лісом тріск іде —&lt;br /&gt;</w:t>
        <w:br/>
        <w:t>Нові проростають проліски.</w:t>
      </w:r>
    </w:p>
    <w:p>
      <w:r>
        <w:br/>
        <w:t>* * *&lt;br /&gt;</w:t>
        <w:br/>
        <w:t>1&lt;br /&gt;</w:t>
        <w:br/>
        <w:t>Я чую — враз зірвусь. Риданням поночі.&lt;br /&gt;</w:t>
        <w:br/>
        <w:t>І перетягну горло, мов жгутом,&lt;br /&gt;</w:t>
        <w:br/>
        <w:t>затисненим в кулак промінням місячним.&lt;br /&gt;</w:t>
        <w:br/>
        <w:t>Затихни. Все одно поганий друг —&lt;br /&gt;</w:t>
        <w:br/>
        <w:t>твій крик самотній.&lt;br /&gt;</w:t>
        <w:br/>
        <w:t>В вікні пливе подвоєна ріка&lt;br /&gt;</w:t>
        <w:br/>
        <w:t>мого прощання. Синь стає густою,&lt;br /&gt;</w:t>
        <w:br/>
        <w:t>аж фіолетовою. І рушають зорі —&lt;br /&gt;</w:t>
        <w:br/>
        <w:t>черлено-ярі п'яні близнюки.&lt;br /&gt;</w:t>
        <w:br/>
        <w:t>Помру — дорання. Вліво заплива&lt;br /&gt;</w:t>
        <w:br/>
        <w:t>моя кімната. Коситься вікно.&lt;br /&gt;</w:t>
        <w:br/>
        <w:t>І так, як місяць утіка з-за хмари,&lt;br /&gt;</w:t>
        <w:br/>
        <w:t>з-під брів мої важкі втікають очі.&lt;br /&gt;</w:t>
        <w:br/>
        <w:t>Уже моє загоготіло небо.&lt;br /&gt;</w:t>
        <w:br/>
        <w:t>У пару пневматичних молотків&lt;br /&gt;</w:t>
        <w:br/>
        <w:t>ударило. Спливають сосон крони,&lt;br /&gt;</w:t>
        <w:br/>
        <w:t>мов однокрилі ворони — в пітьму.&lt;br /&gt;</w:t>
        <w:br/>
        <w:t>І залоскоче серце язичок —&lt;br /&gt;</w:t>
        <w:br/>
        <w:t>маленькою блакитинкою. Раптом&lt;br /&gt;</w:t>
        <w:br/>
        <w:t>набухле серце підійде під груди,&lt;br /&gt;</w:t>
        <w:br/>
        <w:t>ти — між землею і його биттям&lt;br /&gt;</w:t>
        <w:br/>
        <w:t>затиснений, і вдаришся, мов птаха,&lt;br /&gt;</w:t>
        <w:br/>
        <w:t>заломиш груддям рятівне крило.&lt;br /&gt;</w:t>
        <w:br/>
        <w:t>Земля моя! Красо моя! Вкраїно!&lt;br /&gt;</w:t>
        <w:br/>
        <w:t>Віддаленів твій обрій. Відгримів.&lt;br /&gt;</w:t>
        <w:br/>
        <w:t>Ти ніби й є. Але тебе немає.&lt;br /&gt;</w:t>
        <w:br/>
        <w:t>Так ніби кратер залива грозою.&lt;br /&gt;</w:t>
        <w:br/>
        <w:t>Востаннє перехлюпнулась ріка&lt;br /&gt;</w:t>
        <w:br/>
        <w:t>мого прощання.</w:t>
      </w:r>
    </w:p>
    <w:p>
      <w:r>
        <w:br/>
        <w:t>2&lt;br /&gt;</w:t>
        <w:br/>
        <w:t>На дальнім березі — високі тіні.&lt;br /&gt;</w:t>
        <w:br/>
        <w:t>Високі сосни. І високий крик.&lt;br /&gt;</w:t>
        <w:br/>
        <w:t>І полум'я промовистий язик&lt;br /&gt;</w:t>
        <w:br/>
        <w:t>тріпоче полотном, палахкотіє&lt;br /&gt;</w:t>
        <w:br/>
        <w:t>від жовтого до ярого і до&lt;br /&gt;</w:t>
        <w:br/>
        <w:t>блакитно-синього. Стоять старцями&lt;br /&gt;</w:t>
        <w:br/>
        <w:t>і остигають чорними серцями&lt;br /&gt;</w:t>
        <w:br/>
        <w:t>високі тіні. Дивно-невідомі.&lt;br /&gt;</w:t>
        <w:br/>
        <w:t>Ось Порив твій. Ось Розпач. Ось Сльоза.&lt;br /&gt;</w:t>
        <w:br/>
        <w:t>Ось Меч. А це — Зневіра. Це — Завзяття.&lt;br /&gt;</w:t>
        <w:br/>
        <w:t>А це твоє прочорнене Прокляття.&lt;br /&gt;</w:t>
        <w:br/>
        <w:t>Воно зіп'ялося, щоб гримкотіти — завтра.&lt;br /&gt;</w:t>
        <w:br/>
        <w:t>Стоять Пересторогою. Стоять&lt;br /&gt;</w:t>
        <w:br/>
        <w:t>близ домовини — мов почесна варта.&lt;br /&gt;</w:t>
        <w:br/>
        <w:t>Їх не минуть. Тож — не втікай, не варто.&lt;br /&gt;</w:t>
        <w:br/>
        <w:t>Ще — кілька слів напутніх, як проклять.&lt;br /&gt;</w:t>
        <w:br/>
        <w:t>Я наближаюсь. Я пливу. Я слухати&lt;br /&gt;</w:t>
        <w:br/>
        <w:t>вас буду, предки. Говоріть мені,&lt;br /&gt;</w:t>
        <w:br/>
        <w:t>чи задаремно розколовся гнівом,&lt;br /&gt;</w:t>
        <w:br/>
        <w:t>чи задаремно забаглося вщухнути.&lt;br /&gt;</w:t>
        <w:br/>
        <w:t>Кажіть мені. Я слухаю. Я весь&lt;br /&gt;</w:t>
        <w:br/>
        <w:t>востаннє виважусь на спізнених порадах,&lt;br /&gt;</w:t>
        <w:br/>
        <w:t>на нових кривдах і на ваших правдах.&lt;br /&gt;</w:t>
        <w:br/>
        <w:t>Мені — нелегко. Таж і вам — невесело.</w:t>
      </w:r>
    </w:p>
    <w:p>
      <w:r>
        <w:br/>
        <w:t>ДОДОМУ!</w:t>
      </w:r>
    </w:p>
    <w:p>
      <w:r>
        <w:br/>
        <w:t>В ілюмінаторі&lt;br /&gt;</w:t>
        <w:br/>
        <w:t>вже труби заводські&lt;br /&gt;</w:t>
        <w:br/>
        <w:t>і терикони —&lt;br /&gt;</w:t>
        <w:br/>
        <w:t>головою в хмари.&lt;br /&gt;</w:t>
        <w:br/>
        <w:t>Аеродром!&lt;br /&gt;</w:t>
        <w:br/>
        <w:t>Спалахують пожари&lt;br /&gt;</w:t>
        <w:br/>
        <w:t>далеких домен.&lt;br /&gt;</w:t>
        <w:br/>
        <w:t>Вже крила вечора&lt;br /&gt;</w:t>
        <w:br/>
        <w:t>відлопотіли.&lt;br /&gt;</w:t>
        <w:br/>
        <w:t>Замріли зорі.&lt;br /&gt;</w:t>
        <w:br/>
        <w:t>День гойднувсь і згас.&lt;br /&gt;</w:t>
        <w:br/>
        <w:t>А ти гориш,&lt;br /&gt;</w:t>
        <w:br/>
        <w:t>ти твориш, вічно поривний,&lt;br /&gt;</w:t>
        <w:br/>
        <w:t>о залізнобетонний&lt;br /&gt;</w:t>
        <w:br/>
        <w:t>мій Донбас!&lt;br /&gt;</w:t>
        <w:br/>
        <w:t>Йдем на посадку...&lt;br /&gt;</w:t>
        <w:br/>
        <w:t>Спраглими грудьми&lt;br /&gt;</w:t>
        <w:br/>
        <w:t>розкрилений&lt;br /&gt;</w:t>
        <w:br/>
        <w:t>літак на землю падає.&lt;br /&gt;</w:t>
        <w:br/>
        <w:t>Я скучив за тобою,&lt;br /&gt;</w:t>
        <w:br/>
        <w:t>рідний мій,&lt;br /&gt;</w:t>
        <w:br/>
        <w:t>моя важка,&lt;br /&gt;</w:t>
        <w:br/>
        <w:t>моя вагома радосте.</w:t>
      </w:r>
    </w:p>
    <w:p>
      <w:r>
        <w:br/>
        <w:t>* * *</w:t>
      </w:r>
    </w:p>
    <w:p>
      <w:r>
        <w:br/>
        <w:t>Ми не перші, і не останні&lt;br /&gt;</w:t>
        <w:br/>
        <w:t>Під розгойданим небом стали...&lt;br /&gt;</w:t>
        <w:br/>
        <w:t>Ми добою до бурі поставлені&lt;br /&gt;</w:t>
        <w:br/>
        <w:t>Лицями славними.&lt;br /&gt;</w:t>
        <w:br/>
        <w:t>Як могутні дуби-запорожці,&lt;br /&gt;</w:t>
        <w:br/>
        <w:t>Нам кремезними бути хочеться..&lt;br /&gt;</w:t>
        <w:br/>
        <w:t>Молодий у борні не поточиться —&lt;br /&gt;</w:t>
        <w:br/>
        <w:t>Молодий повен моці!&lt;br /&gt;</w:t>
        <w:br/>
        <w:t>Лиш високого неба,&lt;br /&gt;</w:t>
        <w:br/>
        <w:t>Тільки б льоту високого —&lt;br /&gt;</w:t>
        <w:br/>
        <w:t>І спочину не треба,&lt;br /&gt;</w:t>
        <w:br/>
        <w:t>Ані спокою.&lt;br /&gt;</w:t>
        <w:br/>
        <w:t>Дружньо линути раді ми,&lt;br /&gt;</w:t>
        <w:br/>
        <w:t>Занедбавши поради,&lt;br /&gt;</w:t>
        <w:br/>
        <w:t>Проміж звичними правдами&lt;br /&gt;</w:t>
        <w:br/>
        <w:t>До незвичної правди.&lt;br /&gt;</w:t>
        <w:br/>
        <w:t>Юнь вируюча! Молодосте!&lt;br /&gt;</w:t>
        <w:br/>
        <w:t>Нерозважний Ікаре!&lt;br /&gt;</w:t>
        <w:br/>
        <w:t>Виростаєш ти гордістю,&lt;br /&gt;</w:t>
        <w:br/>
        <w:t>Літами караною.&lt;br /&gt;</w:t>
        <w:br/>
        <w:t>Хай не перші і не останні —&lt;br /&gt;</w:t>
        <w:br/>
        <w:t>Та завзяттям серця насталені...&lt;br /&gt;</w:t>
        <w:br/>
        <w:t>У міжзорря! До дальніх гаваней&lt;br /&gt;</w:t>
        <w:br/>
        <w:t>Вирушаймо!</w:t>
      </w:r>
    </w:p>
    <w:p>
      <w:r>
        <w:br/>
        <w:t>СВІТАНОК У ЛІСІ</w:t>
      </w:r>
    </w:p>
    <w:p>
      <w:r>
        <w:br/>
        <w:t>Щось бризнуло попереду,&lt;br /&gt;</w:t>
        <w:br/>
        <w:t>Наринуло і вдарило&lt;br /&gt;</w:t>
        <w:br/>
        <w:t>У груди подорожнього.&lt;br /&gt;</w:t>
        <w:br/>
        <w:t>Заледве голубим струмком&lt;br /&gt;</w:t>
        <w:br/>
        <w:t>Бринів поранок між дерев,&lt;br /&gt;</w:t>
        <w:br/>
        <w:t>А зараз повінь зринула&lt;br /&gt;</w:t>
        <w:br/>
        <w:t>І ліс заворожила.&lt;br /&gt;</w:t>
        <w:br/>
        <w:t>І солов'ї, по горло в ніч&lt;br /&gt;</w:t>
        <w:br/>
        <w:t>Загорнені, почувши шум&lt;br /&gt;</w:t>
        <w:br/>
        <w:t>Світання, захлинаються,&lt;br /&gt;</w:t>
        <w:br/>
        <w:t>аж згіркло в горлі.&lt;br /&gt;</w:t>
        <w:br/>
        <w:t>Бреде в ранковій синяві&lt;br /&gt;</w:t>
        <w:br/>
        <w:t>Світанний гомін. Дерева&lt;br /&gt;</w:t>
        <w:br/>
        <w:t>Стоять, мов коні, що прядуть&lt;br /&gt;</w:t>
        <w:br/>
        <w:t>Сполохано ушима.&lt;br /&gt;</w:t>
        <w:br/>
        <w:t>Їх вітер скоро осідла,&lt;br /&gt;</w:t>
        <w:br/>
        <w:t>І довгі поводи напне,&lt;br /&gt;</w:t>
        <w:br/>
        <w:t>І пустить чвалом. Зустрічать&lt;br /&gt;</w:t>
        <w:br/>
        <w:t>До себе сонце в гості.</w:t>
      </w:r>
    </w:p>
    <w:p>
      <w:r>
        <w:br/>
        <w:t>* .* *</w:t>
      </w:r>
    </w:p>
    <w:p>
      <w:r>
        <w:br/>
        <w:t>Захмелів землею дуб,&lt;br /&gt;</w:t>
        <w:br/>
        <w:t>Захмелів коньячним духом,&lt;br /&gt;</w:t>
        <w:br/>
        <w:t>Почорнівши од натуги,&lt;br /&gt;</w:t>
        <w:br/>
        <w:t>Золотавіє од дум.</w:t>
      </w:r>
    </w:p>
    <w:p>
      <w:r>
        <w:br/>
        <w:t>Запорожець — нелинь-дуб&lt;br /&gt;</w:t>
        <w:br/>
        <w:t>Край борів отаборився.&lt;br /&gt;</w:t>
        <w:br/>
        <w:t>Дідьком гнаний, вітер нісся,&lt;br /&gt;</w:t>
        <w:br/>
        <w:t>Шарпав крону, в дупла дув.</w:t>
      </w:r>
    </w:p>
    <w:p>
      <w:r>
        <w:br/>
        <w:t>Дуб, важкий, неначе дзвін,&lt;br /&gt;</w:t>
        <w:br/>
        <w:t>Облітає у дзвіночках.&lt;br /&gt;</w:t>
        <w:br/>
        <w:t>Тільки мало дня і ночі,&lt;br /&gt;</w:t>
        <w:br/>
        <w:t>Щоби видзвонився він.</w:t>
      </w:r>
    </w:p>
    <w:p>
      <w:r>
        <w:br/>
        <w:t>Мало років і століть,&lt;br /&gt;</w:t>
        <w:br/>
        <w:t>Мало зим і хуги мало,&lt;br /&gt;</w:t>
        <w:br/>
        <w:t>Аби геть пооблітало&lt;br /&gt;</w:t>
        <w:br/>
        <w:t>Листя із козацьких віть.</w:t>
      </w:r>
    </w:p>
    <w:p>
      <w:r>
        <w:br/>
        <w:t>Мало років і століть,&lt;br /&gt;</w:t>
        <w:br/>
        <w:t>І зичливості, і злості.&lt;br /&gt;</w:t>
        <w:br/>
        <w:t>Він стоїть, простоволосий!&lt;br /&gt;</w:t>
        <w:br/>
        <w:t>Вітер дме, а він стоїть.</w:t>
      </w:r>
    </w:p>
    <w:p>
      <w:r>
        <w:br/>
        <w:t>Вітер дме, а він стоїть.&lt;br /&gt;</w:t>
        <w:br/>
        <w:t>І пірнувши, наче в віру,&lt;br /&gt;</w:t>
        <w:br/>
        <w:t>В небі горнім, в небі зірнім,&lt;br /&gt;</w:t>
        <w:br/>
        <w:t>Як вогонь палахкотить.</w:t>
      </w:r>
    </w:p>
    <w:p>
      <w:r>
        <w:br/>
        <w:t>Наче сонце ще до дня&lt;br /&gt;</w:t>
        <w:br/>
        <w:t>Свого вершника пускає.&lt;br /&gt;</w:t>
        <w:br/>
        <w:t>Золота корона сяє.&lt;br /&gt;</w:t>
        <w:br/>
        <w:t>Тільки — вершник — без коня.</w:t>
      </w:r>
    </w:p>
    <w:p>
      <w:r>
        <w:br/>
        <w:t>Синій коню! Долинай.&lt;br /&gt;</w:t>
        <w:br/>
        <w:t>Тільки скоро! Долинай.&lt;br /&gt;</w:t>
        <w:br/>
        <w:t>Бачиш — поруб? Долинай.&lt;br /&gt;</w:t>
        <w:br/>
        <w:t>На сю пору.</w:t>
      </w:r>
    </w:p>
    <w:p>
      <w:r>
        <w:br/>
        <w:t>* * *</w:t>
      </w:r>
    </w:p>
    <w:p>
      <w:r>
        <w:br/>
        <w:t>Нашорошений пролісок —&lt;br /&gt;</w:t>
        <w:br/>
        <w:t>Ніби зайчик уважний&lt;br /&gt;</w:t>
        <w:br/>
        <w:t>До вітрів і до шереху&lt;br /&gt;</w:t>
        <w:br/>
        <w:t>Розвесіння гіркого!</w:t>
      </w:r>
    </w:p>
    <w:p>
      <w:r>
        <w:br/>
        <w:t>Нашорошений пролісок,&lt;br /&gt;</w:t>
        <w:br/>
        <w:t>Туги синій вістуне,&lt;br /&gt;</w:t>
        <w:br/>
        <w:t>Годі смутку! Землі пора&lt;br /&gt;</w:t>
        <w:br/>
        <w:t>Молодою квітчатись!&lt;br /&gt;</w:t>
        <w:br/>
        <w:t>Нашорошений пролісок,&lt;br /&gt;</w:t>
        <w:br/>
        <w:t>Зупиняй подорожнього,&lt;br /&gt;</w:t>
        <w:br/>
        <w:t>Хай схиляє чоло своє&lt;br /&gt;</w:t>
        <w:br/>
        <w:t>У доземнім поклоні.</w:t>
      </w:r>
    </w:p>
    <w:p>
      <w:r>
        <w:br/>
        <w:t>Нашорошений пролісок —&lt;br /&gt;</w:t>
        <w:br/>
        <w:t>Мов дитячий несмілий крик:&lt;br /&gt;</w:t>
        <w:br/>
        <w:t>Бути радості на землі,&lt;br /&gt;</w:t>
        <w:br/>
        <w:t>Доки проліски дзвонять.</w:t>
      </w:r>
    </w:p>
    <w:p>
      <w:r>
        <w:br/>
        <w:t>* * *</w:t>
      </w:r>
    </w:p>
    <w:p>
      <w:r>
        <w:br/>
        <w:t>Їй-богу, так, напевно, має бути,&lt;br /&gt;</w:t>
        <w:br/>
        <w:t>Щоб наступала ніч і день згасав.&lt;br /&gt;</w:t>
        <w:br/>
        <w:t>І восени прощальна туга рути&lt;br /&gt;</w:t>
        <w:br/>
        <w:t>Видзвонювала в позолоті трав.&lt;br /&gt;</w:t>
        <w:br/>
        <w:t>Щоб я мужнів, мінився і зростав,&lt;br /&gt;</w:t>
        <w:br/>
        <w:t>І встиг пізнать, любити і забути,&lt;br /&gt;</w:t>
        <w:br/>
        <w:t>І згадувати у годину скрути&lt;br /&gt;</w:t>
        <w:br/>
        <w:t>Тебе одну. Котру одну кохав.&lt;br /&gt;</w:t>
        <w:br/>
        <w:t>А ти прийшла, мов тінь повечорова,&lt;br /&gt;</w:t>
        <w:br/>
        <w:t>Ледь-ледь торкнувшись стиглого чола...&lt;br /&gt;</w:t>
        <w:br/>
        <w:t>І відійшла. І скоро відійшла —&lt;br /&gt;</w:t>
        <w:br/>
        <w:t>В глибінь. За обрій. В морок. У діброву.&lt;br /&gt;</w:t>
        <w:br/>
        <w:t>І як тепер себе переконати,&lt;br /&gt;</w:t>
        <w:br/>
        <w:t>Що добре вірити? Що благо — тільки ждати?</w:t>
      </w:r>
    </w:p>
    <w:p>
      <w:r>
        <w:br/>
        <w:t>* * *</w:t>
      </w:r>
    </w:p>
    <w:p>
      <w:r>
        <w:br/>
        <w:t>Ловить кожне вікно по сонечку.&lt;br /&gt;</w:t>
        <w:br/>
        <w:t>Кожні очі людські.&lt;br /&gt;</w:t>
        <w:br/>
        <w:t>Кожна краплина води.&lt;br /&gt;</w:t>
        <w:br/>
        <w:t>Кожне крило метелика.&lt;br /&gt;</w:t>
        <w:br/>
        <w:t>А ще — в косах,&lt;br /&gt;</w:t>
        <w:br/>
        <w:t>в піснях заплетено.&lt;br /&gt;</w:t>
        <w:br/>
        <w:t>А високе чоло?&lt;br /&gt;</w:t>
        <w:br/>
        <w:t>А вологі губи?&lt;br /&gt;</w:t>
        <w:br/>
        <w:t>А вимиті росами дерева?&lt;br /&gt;</w:t>
        <w:br/>
        <w:t>А пряжка міліціонера?&lt;br /&gt;</w:t>
        <w:br/>
        <w:t>А багнет караульного?&lt;br /&gt;</w:t>
        <w:br/>
        <w:t>А мідні емблеми на&lt;br /&gt;</w:t>
        <w:br/>
        <w:t>гембльованій голові?&lt;br /&gt;</w:t>
        <w:br/>
        <w:t>Всюди — сонце.</w:t>
      </w:r>
    </w:p>
    <w:p>
      <w:r>
        <w:br/>
        <w:t>* * *</w:t>
      </w:r>
    </w:p>
    <w:p>
      <w:r>
        <w:br/>
        <w:t>Тобою я ввесь проранений.&lt;br /&gt;</w:t>
        <w:br/>
        <w:t>Вигойдує серце гнів.&lt;br /&gt;</w:t>
        <w:br/>
        <w:t>Любив. Та любов не вигоює,&lt;br /&gt;</w:t>
        <w:br/>
        <w:t>Бо й зцілитись не хотів.&lt;br /&gt;</w:t>
        <w:br/>
        <w:t>Любив — як губив. Як тратив.&lt;br /&gt;</w:t>
        <w:br/>
        <w:t>І тратами терпко жив.&lt;br /&gt;</w:t>
        <w:br/>
        <w:t>Намарне чекав розплати.&lt;br /&gt;</w:t>
        <w:br/>
        <w:t>Даремно. Не заслужив.&lt;br /&gt;</w:t>
        <w:br/>
        <w:t>Ані прощення. Ні чемної&lt;br /&gt;</w:t>
        <w:br/>
        <w:t>Відмови — анічогісінько!&lt;br /&gt;</w:t>
        <w:br/>
        <w:t>Як пісок на зубах — щемів&lt;br /&gt;</w:t>
        <w:br/>
        <w:t>На серці військо.&lt;br /&gt;</w:t>
        <w:br/>
        <w:t>Воюйте ж мене, воїтелі!&lt;br /&gt;</w:t>
        <w:br/>
        <w:t>Вам треба — я можу завити,&lt;br /&gt;</w:t>
        <w:br/>
        <w:t>Вам треба — я зможу за вітром&lt;br /&gt;</w:t>
        <w:br/>
        <w:t>Літерами розгубитись між тител.</w:t>
      </w:r>
    </w:p>
    <w:p>
      <w:r>
        <w:br/>
        <w:t>* * *</w:t>
      </w:r>
    </w:p>
    <w:p>
      <w:r>
        <w:br/>
        <w:t>В понеділок зустрівся з дівчиною.&lt;br /&gt;</w:t>
        <w:br/>
        <w:t>У вівторок — поцілував.&lt;br /&gt;</w:t>
        <w:br/>
        <w:t>За першим разом — образилась.&lt;br /&gt;</w:t>
        <w:br/>
        <w:t>За другим — мовчала.</w:t>
      </w:r>
    </w:p>
    <w:p>
      <w:r>
        <w:br/>
        <w:t>В середу освідчувався в коханні.&lt;br /&gt;</w:t>
        <w:br/>
        <w:t>Доводив довго-предовго,&lt;br /&gt;</w:t>
        <w:br/>
        <w:t>коли четвер пропливав,&lt;br /&gt;</w:t>
        <w:br/>
        <w:t>як козацький байрак — порогами.&lt;br /&gt;</w:t>
        <w:br/>
        <w:t>В п'ятницю не прийшов на побачення.&lt;br /&gt;</w:t>
        <w:br/>
        <w:t>У суботу згадав,&lt;br /&gt;</w:t>
        <w:br/>
        <w:t>але&lt;br /&gt;</w:t>
        <w:br/>
        <w:t>не прийшов і в неділю.</w:t>
      </w:r>
    </w:p>
    <w:p>
      <w:r>
        <w:br/>
        <w:t>* * *</w:t>
      </w:r>
    </w:p>
    <w:p>
      <w:r>
        <w:br/>
        <w:t>Накрапив нам дорогу пізній глід,&lt;br /&gt;</w:t>
        <w:br/>
        <w:t>земля осіння під ногами стогне,&lt;br /&gt;</w:t>
        <w:br/>
        <w:t>і сонце огненне&lt;br /&gt;</w:t>
        <w:br/>
        <w:t>лиша на вітті червіньковий слід.&lt;br /&gt;</w:t>
        <w:br/>
        <w:t>Хай вечір жовтня жовтий і зелений,&lt;br /&gt;</w:t>
        <w:br/>
        <w:t>та багряніє вечорова даль.&lt;br /&gt;</w:t>
        <w:br/>
        <w:t>Чиюсь печаль&lt;br /&gt;</w:t>
        <w:br/>
        <w:t>пронесли на крилі у тренах&lt;br /&gt;</w:t>
        <w:br/>
        <w:t>останні журавлі...&lt;br /&gt;</w:t>
        <w:br/>
        <w:t>А ми з тобою палимо багаття,&lt;br /&gt;</w:t>
        <w:br/>
        <w:t>набравши хмизу. І при цім вогні&lt;br /&gt;</w:t>
        <w:br/>
        <w:t>виводить тушшю силуети ніч&lt;br /&gt;</w:t>
        <w:br/>
        <w:t>скорботна і розірвана на шмаття.&lt;br /&gt;</w:t>
        <w:br/>
        <w:t>І видалося на єдину мить,&lt;br /&gt;</w:t>
        <w:br/>
        <w:t>що ніч горить, і ми горим, і небо,&lt;br /&gt;</w:t>
        <w:br/>
        <w:t>розпечене, вже рятувати треба,&lt;br /&gt;</w:t>
        <w:br/>
        <w:t>бо спалахне й одразу догорить.&lt;br /&gt;</w:t>
        <w:br/>
        <w:t>Що ніч, мов магма проплива розплавлена,&lt;br /&gt;</w:t>
        <w:br/>
        <w:t>що й ти, схилившись на моє плече,&lt;br /&gt;</w:t>
        <w:br/>
        <w:t>шукаєш інших і чужих ночей&lt;br /&gt;</w:t>
        <w:br/>
        <w:t>і з них у сні, мов риба, виринаєш,&lt;br /&gt;</w:t>
        <w:br/>
        <w:t>чужа і рідна. Загаса вогонь.&lt;br /&gt;</w:t>
        <w:br/>
        <w:t>І я один. І ніч самотня тліє...&lt;br /&gt;</w:t>
        <w:br/>
        <w:t>Боронь мене, печаль моя, боронь&lt;br /&gt;</w:t>
        <w:br/>
        <w:t>того, хто боронитись не уміє.&lt;br /&gt;</w:t>
        <w:br/>
        <w:t>Похолодніло. В тебе сон пройшов,&lt;br /&gt;</w:t>
        <w:br/>
        <w:t>зчорніла ніч нас разом огортає.&lt;br /&gt;</w:t>
        <w:br/>
        <w:t>— Я так бажаю...&lt;br /&gt;</w:t>
        <w:br/>
        <w:t>— Завше ти бажаєш, — відповіла, —&lt;br /&gt;</w:t>
        <w:br/>
        <w:t>і все не знати що.</w:t>
      </w:r>
    </w:p>
    <w:p>
      <w:r>
        <w:br/>
        <w:t>* * *</w:t>
      </w:r>
    </w:p>
    <w:p>
      <w:r>
        <w:br/>
        <w:t>Ти мене не жури.&lt;br /&gt;</w:t>
        <w:br/>
        <w:t>Не треба.&lt;br /&gt;</w:t>
        <w:br/>
        <w:t>Я не знаю, чи зміг би&lt;br /&gt;</w:t>
        <w:br/>
        <w:t>Пожурити колись тебе...&lt;br /&gt;</w:t>
        <w:br/>
        <w:t>А тепер угорі&lt;br /&gt;</w:t>
        <w:br/>
        <w:t>Стільки скорбного неба,&lt;br /&gt;</w:t>
        <w:br/>
        <w:t>У провалля котрого&lt;br /&gt;</w:t>
        <w:br/>
        <w:t>Лиш дуб почорнілий пограбілі руки простер.&lt;br /&gt;</w:t>
        <w:br/>
        <w:t>Тільки ж холодно. Холодно.&lt;br /&gt;</w:t>
        <w:br/>
        <w:t>Тільки ж рук йому не зогріти,&lt;br /&gt;</w:t>
        <w:br/>
        <w:t>Хоч би він дотягнувся&lt;br /&gt;</w:t>
        <w:br/>
        <w:t>До найдальшої аж зорі...&lt;br /&gt;</w:t>
        <w:br/>
        <w:t>Ти мене не жури.&lt;br /&gt;</w:t>
        <w:br/>
        <w:t>Заблукав я у ночі. Забувся...&lt;br /&gt;</w:t>
        <w:br/>
        <w:t>Нахоплюся — і тихну,&lt;br /&gt;</w:t>
        <w:br/>
        <w:t>А стану —&lt;br /&gt;</w:t>
        <w:br/>
        <w:t>І горлом відчую: не можна&lt;br /&gt;</w:t>
        <w:br/>
        <w:t>Ніч зволожену&lt;br /&gt;</w:t>
        <w:br/>
        <w:t>На юначих плечах до світання удвох донести.</w:t>
      </w:r>
    </w:p>
    <w:p>
      <w:r>
        <w:br/>
        <w:t>Ти мене не жури,&lt;br /&gt;</w:t>
        <w:br/>
        <w:t>Не кажи, що розлукою&lt;br /&gt;</w:t>
        <w:br/>
        <w:t>Пахне листя і вітер,&lt;br /&gt;</w:t>
        <w:br/>
        <w:t>Пахне стежка і ліс...&lt;br /&gt;</w:t>
        <w:br/>
        <w:t>Хочеш — радістю буду,&lt;br /&gt;</w:t>
        <w:br/>
        <w:t>Хочеш — буду твоєю мукою.&lt;br /&gt;</w:t>
        <w:br/>
        <w:t>Лиш не треба, благаю,&lt;br /&gt;</w:t>
        <w:br/>
        <w:t>Тепер —&lt;br /&gt;</w:t>
        <w:br/>
        <w:t>Ані слів, ані сліз.</w:t>
      </w:r>
    </w:p>
    <w:p>
      <w:r>
        <w:br/>
        <w:t>Лиш тепер — я не знаю,&lt;br /&gt;</w:t>
        <w:br/>
        <w:t>Що зі мною, з тобою — не знаю.&lt;br /&gt;</w:t>
        <w:br/>
        <w:t>Хто печальний ночами&lt;br /&gt;</w:t>
        <w:br/>
        <w:t>Пише тушшю скорботу мою.</w:t>
      </w:r>
    </w:p>
    <w:p>
      <w:r>
        <w:br/>
        <w:t>Місяць дуб розколов&lt;br /&gt;</w:t>
        <w:br/>
        <w:t>І пильнує за нами,&lt;br /&gt;</w:t>
        <w:br/>
        <w:t>Бо згубити стежину&lt;br /&gt;</w:t>
        <w:br/>
        <w:t>Я з тобою боюсь.</w:t>
      </w:r>
    </w:p>
    <w:p>
      <w:r>
        <w:br/>
        <w:t>Тихо. Тепло. І темно.&lt;br /&gt;</w:t>
        <w:br/>
        <w:t>Увіходиш ти, щемна,&lt;br /&gt;</w:t>
        <w:br/>
        <w:t>В груди, в очі, у серце,&lt;br /&gt;</w:t>
        <w:br/>
        <w:t>Як осінній терпкий настій.&lt;br /&gt;</w:t>
        <w:br/>
        <w:t>Ну, не сердься! Не сердься!&lt;br /&gt;</w:t>
        <w:br/>
        <w:t>Недаремно,&lt;br /&gt;</w:t>
        <w:br/>
        <w:t>О, недаремно,&lt;br /&gt;</w:t>
        <w:br/>
        <w:t>Розпросторивши крила, вересень&lt;br /&gt;</w:t>
        <w:br/>
        <w:t>Нас уже наздогнав.&lt;br /&gt;</w:t>
        <w:br/>
        <w:t>Настиг.</w:t>
      </w:r>
    </w:p>
    <w:p>
      <w:r>
        <w:br/>
        <w:t>ЕССЕ НОМО!</w:t>
      </w:r>
    </w:p>
    <w:p>
      <w:r>
        <w:br/>
        <w:t>Ніяк не можу зросту я дійти,&lt;br /&gt;</w:t>
        <w:br/>
        <w:t>І в зрості зупинитися несила..&lt;br /&gt;</w:t>
        <w:br/>
        <w:t>Я можу все —&lt;br /&gt;</w:t>
        <w:br/>
        <w:t>Квітчати повесні,&lt;br /&gt;</w:t>
        <w:br/>
        <w:t>Мов молоду,&lt;br /&gt;</w:t>
        <w:br/>
        <w:t>Воскреслу землю,&lt;br /&gt;</w:t>
        <w:br/>
        <w:t>Можу&lt;br /&gt;</w:t>
        <w:br/>
        <w:t>Спинити річку,&lt;br /&gt;</w:t>
        <w:br/>
        <w:t>Видовжить життя&lt;br /&gt;</w:t>
        <w:br/>
        <w:t>Чи вкоротить його —&lt;br /&gt;</w:t>
        <w:br/>
        <w:t>На все зугарен!&lt;br /&gt;</w:t>
        <w:br/>
        <w:t>Я можу неба вимірять глибінь,&lt;br /&gt;</w:t>
        <w:br/>
        <w:t>Як людські груди виміряють кулями.&lt;br /&gt;</w:t>
        <w:br/>
        <w:t>Пізнать непізнане,&lt;br /&gt;</w:t>
        <w:br/>
        <w:t>Щоби потому&lt;br /&gt;</w:t>
        <w:br/>
        <w:t>Його навіки заховати в землю...&lt;br /&gt;</w:t>
        <w:br/>
        <w:t>Мені життям даровано безсмертя&lt;br /&gt;</w:t>
        <w:br/>
        <w:t>І вічну молодість.&lt;br /&gt;</w:t>
        <w:br/>
        <w:t>Я виростав. З землі.&lt;br /&gt;</w:t>
        <w:br/>
        <w:t>І син землі,&lt;br /&gt;</w:t>
        <w:br/>
        <w:t>Не можу зупинитись.&lt;br /&gt;</w:t>
        <w:br/>
        <w:t>Та й спинить&lt;br /&gt;</w:t>
        <w:br/>
        <w:t>Мене ніхто не може.&lt;br /&gt;</w:t>
        <w:br/>
        <w:t>Кожен день&lt;br /&gt;</w:t>
        <w:br/>
        <w:t>Я чую, як болять мене мої&lt;br /&gt;</w:t>
        <w:br/>
        <w:t>Уміння і звитяги,&lt;br /&gt;</w:t>
        <w:br/>
        <w:t>Кожен час&lt;br /&gt;</w:t>
        <w:br/>
        <w:t>Я чую — раптом надірвуться груди,&lt;br /&gt;</w:t>
        <w:br/>
        <w:t>І серце вискочить, немов гомункул,&lt;br /&gt;</w:t>
        <w:br/>
        <w:t>І буде глузувати з мене:&lt;br /&gt;</w:t>
        <w:br/>
        <w:t>— Що&lt;br /&gt;</w:t>
        <w:br/>
        <w:t>Зробив ти доброго в житті своєму?&lt;br /&gt;</w:t>
        <w:br/>
        <w:t>Спотворив я,&lt;br /&gt;</w:t>
        <w:br/>
        <w:t>А не перетворив,&lt;br /&gt;</w:t>
        <w:br/>
        <w:t>Велику землю,&lt;br /&gt;</w:t>
        <w:br/>
        <w:t>З людським серцем схожу.</w:t>
      </w:r>
    </w:p>
    <w:p>
      <w:r>
        <w:br/>
        <w:t>Вона тріпоче&lt;br /&gt;</w:t>
        <w:br/>
        <w:t>У моїх руках,&lt;br /&gt;</w:t>
        <w:br/>
        <w:t>Простертих&lt;br /&gt;</w:t>
        <w:br/>
        <w:t>У світи безкраї...&lt;br /&gt;</w:t>
        <w:br/>
        <w:t>Погляд&lt;br /&gt;</w:t>
        <w:br/>
        <w:t>Темніє мій,&lt;br /&gt;</w:t>
        <w:br/>
        <w:t>І ошелешене&lt;br /&gt;</w:t>
        <w:br/>
        <w:t>Моє темніє небо&lt;br /&gt;</w:t>
        <w:br/>
        <w:t>Ніяк не можу&lt;br /&gt;</w:t>
        <w:br/>
        <w:t>Зросту я дійти,&lt;br /&gt;</w:t>
        <w:br/>
        <w:t>Не можу вивірить&lt;br /&gt;</w:t>
        <w:br/>
        <w:t>Свою натуру&lt;br /&gt;</w:t>
        <w:br/>
        <w:t>Великою любов'ю,&lt;br /&gt;</w:t>
        <w:br/>
        <w:t>Щоб відчуть&lt;br /&gt;</w:t>
        <w:br/>
        <w:t>Биття земної магми.&lt;br /&gt;</w:t>
        <w:br/>
        <w:t>Земле рідна!&lt;br /&gt;</w:t>
        <w:br/>
        <w:t>Я виросту! Я піднесусь!&lt;br /&gt;</w:t>
        <w:br/>
        <w:t>Я зможу&lt;br /&gt;</w:t>
        <w:br/>
        <w:t>Тебе уберегти!&lt;br /&gt;</w:t>
        <w:br/>
        <w:t>Осінній сад&lt;br /&gt;</w:t>
        <w:br/>
        <w:t>Свої обтрусить зорі...&lt;br /&gt;</w:t>
        <w:br/>
        <w:t>І тоді&lt;br /&gt;</w:t>
        <w:br/>
        <w:t>Прозорий&lt;br /&gt;</w:t>
        <w:br/>
        <w:t>Од любові й доброти,&lt;br /&gt;</w:t>
        <w:br/>
        <w:t>Я землю виораю&lt;br /&gt;</w:t>
        <w:br/>
        <w:t>Для блакитних весен.</w:t>
      </w:r>
    </w:p>
    <w:p>
      <w:r>
        <w:br/>
        <w:t>СЛОВО</w:t>
      </w:r>
    </w:p>
    <w:p>
      <w:r>
        <w:br/>
        <w:t>Ми дуже часто од душі,&lt;br /&gt;</w:t>
        <w:br/>
        <w:t>Од серця мовим...&lt;br /&gt;</w:t>
        <w:br/>
        <w:t>А слово ж може задушить.&lt;br /&gt;</w:t>
        <w:br/>
        <w:t>Чи станс слово,&lt;br /&gt;</w:t>
        <w:br/>
        <w:t>Неначе кістка — не дихнуть,&lt;br /&gt;</w:t>
        <w:br/>
        <w:t>Не продихнути.&lt;br /&gt;</w:t>
        <w:br/>
        <w:t>Допоки слова не збагнуть,&lt;br /&gt;</w:t>
        <w:br/>
        <w:t>Не перечути.&lt;br /&gt;</w:t>
        <w:br/>
        <w:t>В словах не вихлюпни з грудей&lt;br /&gt;</w:t>
        <w:br/>
        <w:t>Ти серця свого,&lt;br /&gt;</w:t>
        <w:br/>
        <w:t>Котре під горло підійде&lt;br /&gt;</w:t>
        <w:br/>
        <w:t>І мучить довго.&lt;br /&gt;</w:t>
        <w:br/>
        <w:t>Бо в кожнім покрику гучнім,&lt;br /&gt;</w:t>
        <w:br/>
        <w:t>У кожнім слові,&lt;br /&gt;</w:t>
        <w:br/>
        <w:t>Ми наші мрії, наші дні&lt;br /&gt;</w:t>
        <w:br/>
        <w:t>Згубить готов і...&lt;br /&gt;</w:t>
        <w:br/>
        <w:t>Свої радіння і жалі,&lt;br /&gt;</w:t>
        <w:br/>
        <w:t>Свої тривоги.&lt;br /&gt;</w:t>
        <w:br/>
        <w:t>Велеречивих на землі&lt;br /&gt;</w:t>
        <w:br/>
        <w:t>Рятуйте, боги.</w:t>
      </w:r>
    </w:p>
    <w:p>
      <w:r>
        <w:br/>
        <w:t>* * *</w:t>
      </w:r>
    </w:p>
    <w:p>
      <w:r>
        <w:br/>
        <w:t>Генерали завше дуже добрі&lt;br /&gt;</w:t>
        <w:br/>
        <w:t>(бо ж поганий — що за генерал?).&lt;br /&gt;</w:t>
        <w:br/>
        <w:t>Наш — і справедливий і хоробрий.&lt;br /&gt;</w:t>
        <w:br/>
        <w:t>Кожному — за батька і за брата.</w:t>
      </w:r>
    </w:p>
    <w:p>
      <w:r>
        <w:br/>
        <w:t>Захотів — зчинив тривогу-паніку.&lt;br /&gt;</w:t>
        <w:br/>
        <w:t>Ні спочину хлопцям, ані сну.&lt;br /&gt;</w:t>
        <w:br/>
        <w:t>Постіль — жужмом. І в пітьму нічну,&lt;br /&gt;</w:t>
        <w:br/>
        <w:t>прихопивши зброю і лопатки,</w:t>
      </w:r>
    </w:p>
    <w:p>
      <w:r>
        <w:br/>
        <w:t>речові мішки, уривки мрій —&lt;br /&gt;</w:t>
        <w:br/>
        <w:t>тих, що при солдатськім узголов'ї...&lt;br /&gt;</w:t>
        <w:br/>
        <w:t>Несемось, немов на безголов'я.&lt;br /&gt;</w:t>
        <w:br/>
        <w:t>У шеренги вишикує крик</w:t>
      </w:r>
    </w:p>
    <w:p>
      <w:r>
        <w:br/>
        <w:t>командирів — і пішли гасати&lt;br /&gt;</w:t>
        <w:br/>
        <w:t>по яругах, по нічних стежках...&lt;br /&gt;</w:t>
        <w:br/>
        <w:t>— Бадьоріше повертайтесь, братіки, —&lt;br /&gt;</w:t>
        <w:br/>
        <w:t>генерал, зціпивши зуби, скаже.</w:t>
      </w:r>
    </w:p>
    <w:p>
      <w:r>
        <w:br/>
        <w:t>Мов чорти, по груддях біжимо.&lt;br /&gt;</w:t>
        <w:br/>
        <w:t>Візьмем сопку — то заробим грамоту.&lt;br /&gt;</w:t>
        <w:br/>
        <w:t>Генерал — як батько для солдата.&lt;br /&gt;</w:t>
        <w:br/>
        <w:t>Начебто за Богом живемо.</w:t>
      </w:r>
    </w:p>
    <w:p>
      <w:r>
        <w:br/>
        <w:t>* * *</w:t>
      </w:r>
    </w:p>
    <w:p>
      <w:r>
        <w:br/>
        <w:t>Коли на землю спадає тиша,&lt;br /&gt;</w:t>
        <w:br/>
        <w:t>коли приморські кручі&lt;br /&gt;</w:t>
        <w:br/>
        <w:t>затушовує ніч глуха,&lt;br /&gt;</w:t>
        <w:br/>
        <w:t>Коли близ берега&lt;br /&gt;</w:t>
        <w:br/>
        <w:t>тільки світло берегового крейсера&lt;br /&gt;</w:t>
        <w:br/>
        <w:t>та жовчні очі чужих безсонь —&lt;br /&gt;</w:t>
        <w:br/>
        <w:t>одне море хвилюється,&lt;br /&gt;</w:t>
        <w:br/>
        <w:t>одне море не може спати,&lt;br /&gt;</w:t>
        <w:br/>
        <w:t>мов доброволець,&lt;br /&gt;</w:t>
        <w:br/>
        <w:t>котрий не знає,&lt;br /&gt;</w:t>
        <w:br/>
        <w:t>як пахне порохом перший бій.</w:t>
      </w:r>
    </w:p>
    <w:p>
      <w:r>
        <w:br/>
        <w:t>Коли земля повертається від сонця,&lt;br /&gt;</w:t>
        <w:br/>
        <w:t>ховаючись у тінь капіта-&lt;br /&gt;</w:t>
        <w:br/>
        <w:t>лістичної сутності тамбережнього материка,&lt;br /&gt;</w:t>
        <w:br/>
        <w:t>високе небо Аустерліца&lt;br /&gt;</w:t>
        <w:br/>
        <w:t>чорніє, голубіє, синіє, зеленіє,&lt;br /&gt;</w:t>
        <w:br/>
        <w:t>а людські очі&lt;br /&gt;</w:t>
        <w:br/>
        <w:t>виловлюють з цілого спектра,&lt;br /&gt;</w:t>
        <w:br/>
        <w:t>ніби рибу, впійману на гачок,&lt;br /&gt;</w:t>
        <w:br/>
        <w:t>окремі кольори.</w:t>
      </w:r>
    </w:p>
    <w:p>
      <w:r>
        <w:br/>
        <w:t>В білому небі не видно зір.&lt;br /&gt;</w:t>
        <w:br/>
        <w:t>Зорі — в чорному небі.&lt;br /&gt;</w:t>
        <w:br/>
        <w:t>Коли на очі спадає сон.&lt;br /&gt;</w:t>
        <w:br/>
        <w:t>і ми, потрапляючи в одну з облуд,&lt;br /&gt;</w:t>
        <w:br/>
        <w:t>думаємо: поснув цілий всесвіт,&lt;br /&gt;</w:t>
        <w:br/>
        <w:t>на планеті&lt;br /&gt;</w:t>
        <w:br/>
        <w:t>квітневі брості&lt;br /&gt;</w:t>
        <w:br/>
        <w:t>у глухі барабанять шиби,&lt;br /&gt;</w:t>
        <w:br/>
        <w:t>карокорі сади&lt;br /&gt;</w:t>
        <w:br/>
        <w:t>судомляться од земного крику,&lt;br /&gt;</w:t>
        <w:br/>
        <w:t>затисненого в маленькі&lt;br /&gt;</w:t>
        <w:br/>
        <w:t>отерплі кулачки,&lt;br /&gt;</w:t>
        <w:br/>
        <w:t>до болю стислі.</w:t>
      </w:r>
    </w:p>
    <w:p>
      <w:r>
        <w:br/>
        <w:t>Вишумовує море,&lt;br /&gt;</w:t>
        <w:br/>
        <w:t>і повняться дерева&lt;br /&gt;</w:t>
        <w:br/>
        <w:t>неспокоєм магми.</w:t>
      </w:r>
    </w:p>
    <w:p>
      <w:r>
        <w:br/>
        <w:t>Коли на землю спадає тиша&lt;br /&gt;</w:t>
        <w:br/>
        <w:t>яріючих мезозойських зір,&lt;br /&gt;</w:t>
        <w:br/>
        <w:t>коли приморські кручі&lt;br /&gt;</w:t>
        <w:br/>
        <w:t>затушовує ніч глуха,&lt;br /&gt;</w:t>
        <w:br/>
        <w:t>коли близ берега&lt;br /&gt;</w:t>
        <w:br/>
        <w:t>тільки світло чужих безсонь —&lt;br /&gt;</w:t>
        <w:br/>
        <w:t>планета обертається&lt;br /&gt;</w:t>
        <w:br/>
        <w:t>так лагідно,&lt;br /&gt;</w:t>
        <w:br/>
        <w:t>як матері колишуть&lt;br /&gt;</w:t>
        <w:br/>
        <w:t>приспане дитинча,&lt;br /&gt;</w:t>
        <w:br/>
        <w:t>планета летить&lt;br /&gt;</w:t>
        <w:br/>
        <w:t>своїм завороженим колом.&lt;br /&gt;</w:t>
        <w:br/>
        <w:t>І тільки магма,&lt;br /&gt;</w:t>
        <w:br/>
        <w:t>і тільки море,&lt;br /&gt;</w:t>
        <w:br/>
        <w:t>і тільки сосни&lt;br /&gt;</w:t>
        <w:br/>
        <w:t>побіля урвища&lt;br /&gt;</w:t>
        <w:br/>
        <w:t>видають неспокій&lt;br /&gt;</w:t>
        <w:br/>
        <w:t>благісної землі.</w:t>
      </w:r>
    </w:p>
    <w:p>
      <w:r>
        <w:br/>
        <w:t>* * *&lt;br /&gt;</w:t>
        <w:br/>
        <w:t>II&lt;br /&gt;</w:t>
        <w:br/>
        <w:t>То — пантофлі? Довгий халат?&lt;br /&gt;</w:t>
        <w:br/>
        <w:t>І собаку кімнатного?&lt;br /&gt;</w:t>
        <w:br/>
        <w:t>І кохати — закабаляти?&lt;br /&gt;</w:t>
        <w:br/>
        <w:t>Ах, ти така...</w:t>
      </w:r>
    </w:p>
    <w:p>
      <w:r>
        <w:br/>
        <w:t>Хай щастить. Хай нас Бог простить.&lt;br /&gt;</w:t>
        <w:br/>
        <w:t>Най нас чорт. Най нас чорні димове.&lt;br /&gt;</w:t>
        <w:br/>
        <w:t>Відгорілося. Відкурілось.&lt;br /&gt;</w:t>
        <w:br/>
        <w:t>Перетрушуймо попілець.&lt;br /&gt;</w:t>
        <w:br/>
        <w:t>Із багать, із брунатних снів,&lt;br /&gt;</w:t>
        <w:br/>
        <w:t>із довіри в обіруч —&lt;br /&gt;</w:t>
        <w:br/>
        <w:t>в моногамію? Згага ж днів&lt;br /&gt;</w:t>
        <w:br/>
        <w:t>повсякчасно мучить?</w:t>
      </w:r>
    </w:p>
    <w:p>
      <w:r>
        <w:br/>
        <w:t>Прощавай. Мабуть, більше тебе&lt;br /&gt;</w:t>
        <w:br/>
        <w:t>не побачу. Навіщо — бачити?&lt;br /&gt;</w:t>
        <w:br/>
        <w:t>Лжива ладо! Швартуйся до берега,&lt;br /&gt;</w:t>
        <w:br/>
        <w:t>де собака, халат і тапочки.&lt;br /&gt;</w:t>
        <w:br/>
        <w:t>Розірвеш? Розметеш? — Ущент?&lt;br /&gt;</w:t>
        <w:br/>
        <w:t>На лахміття? у клоччя? в друзки?&lt;br /&gt;</w:t>
        <w:br/>
        <w:t>Обійдеться. Аби з очей —&lt;br /&gt;</w:t>
        <w:br/>
        <w:t>то й із серця зникають друзі.</w:t>
      </w:r>
    </w:p>
    <w:p>
      <w:r>
        <w:br/>
        <w:t>ВИРОБНИЧИЙ ОБРАЗОК</w:t>
      </w:r>
    </w:p>
    <w:p>
      <w:r>
        <w:br/>
        <w:t>Робітники сіли обідати,&lt;br /&gt;</w:t>
        <w:br/>
        <w:t>примостившись у цеховому подвір'ї.&lt;br /&gt;</w:t>
        <w:br/>
        <w:t>Хто — на лаві, хто — на жорстві,&lt;br /&gt;</w:t>
        <w:br/>
        <w:t>а хто — так-таки на землі в холодочку.</w:t>
      </w:r>
    </w:p>
    <w:p>
      <w:r>
        <w:br/>
        <w:t>Дістають — той кефір,&lt;br /&gt;</w:t>
        <w:br/>
        <w:t>той — ковбасу, той — редьку,&lt;br /&gt;</w:t>
        <w:br/>
        <w:t>а той, сівши під зіржавілою акацією,&lt;br /&gt;</w:t>
        <w:br/>
        <w:t>густо посолений хліба шмат.</w:t>
      </w:r>
    </w:p>
    <w:p>
      <w:r>
        <w:br/>
        <w:t>Лектор лекцію розпочав&lt;br /&gt;</w:t>
        <w:br/>
        <w:t>під дружній хрумкіт.&lt;br /&gt;</w:t>
        <w:br/>
        <w:t>Говорив про поезію —&lt;br /&gt;</w:t>
        <w:br/>
        <w:t>робітники мовчали.&lt;br /&gt;</w:t>
        <w:br/>
        <w:t>Говорив про культ особи —&lt;br /&gt;</w:t>
        <w:br/>
        <w:t>мовчали робітники.&lt;br /&gt;</w:t>
        <w:br/>
        <w:t>Тільки булькало в пляшці,&lt;br /&gt;</w:t>
        <w:br/>
        <w:t>в пересохлому горлі булькало.&lt;br /&gt;</w:t>
        <w:br/>
        <w:t>Говорив про робочий клас.&lt;br /&gt;</w:t>
        <w:br/>
        <w:t>А той сидів, солодко позіхаючи,&lt;br /&gt;</w:t>
        <w:br/>
        <w:t>і слухняно чекав&lt;br /&gt;</w:t>
        <w:br/>
        <w:t>кінця.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Круговерть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