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Квіти зла</w:t>
      </w:r>
    </w:p>
    <w:p>
      <w:r>
        <w:br/>
        <w:t xml:space="preserve"> ІЗ КНИГИ "КВІТИ ЗЛА"</w:t>
      </w:r>
    </w:p>
    <w:p>
      <w:r>
        <w:br/>
        <w:t>Лет&lt;br /&gt;</w:t>
        <w:br/>
        <w:t>Понад плеса пругкі піднебесних рівнин,&lt;br /&gt;</w:t>
        <w:br/>
        <w:t>Понад гори, ліси, понад хмари і води,&lt;br /&gt;</w:t>
        <w:br/>
        <w:t>Де ні сяєво зір крізь ефір не доходить,&lt;br /&gt;</w:t>
        <w:br/>
        <w:t>Де кінчається сонячних променів плин,</w:t>
      </w:r>
    </w:p>
    <w:p>
      <w:r>
        <w:br/>
        <w:t>О, мій дух невгамовний, ти линеш, пливеш,&lt;br /&gt;</w:t>
        <w:br/>
        <w:t>Наче вправний плавець, що розрізує хвилі,&lt;br /&gt;</w:t>
        <w:br/>
        <w:t>Борозниш неосяжність, і серце безсиле&lt;br /&gt;</w:t>
        <w:br/>
        <w:t>Осягти насолоду — жага ця без меж,</w:t>
      </w:r>
    </w:p>
    <w:p>
      <w:r>
        <w:br/>
        <w:t>Ти летиш у світи, де від ніжних гидот&lt;br /&gt;</w:t>
        <w:br/>
        <w:t>I очистишся в радісне — світлім повітрі,&lt;br /&gt;</w:t>
        <w:br/>
        <w:t>I нап'єшся вогню, що в божественнім вітрі,&lt;br /&gt;</w:t>
        <w:br/>
        <w:t>Наче дума струмує з незримих висот.</w:t>
      </w:r>
    </w:p>
    <w:p>
      <w:r>
        <w:br/>
        <w:t>Ти полишив нудьгу і безмежну журбу,&lt;br /&gt;</w:t>
        <w:br/>
        <w:t>Що у келих життя наливає утому,&lt;br /&gt;</w:t>
        <w:br/>
        <w:t>Ти довірився радо крилові міцному&lt;br /&gt;</w:t>
        <w:br/>
        <w:t>I впливаєш в тіла теплих зоряних бур.</w:t>
      </w:r>
    </w:p>
    <w:p>
      <w:r>
        <w:br/>
        <w:t>В кого думи, як зграї веселих птахів,&lt;br /&gt;</w:t>
        <w:br/>
        <w:t>Пориваються в небо у вільному леті,&lt;br /&gt;</w:t>
        <w:br/>
        <w:t>Хто пливе над життям, той по звичній прикметі&lt;br /&gt;</w:t>
        <w:br/>
        <w:t>Мову квітів збагне, вчує дерева спів.</w:t>
      </w:r>
    </w:p>
    <w:p>
      <w:r>
        <w:br/>
        <w:t>Волосся&lt;br /&gt;</w:t>
        <w:br/>
        <w:t>О руно золоте! Гривасте коливання,&lt;br /&gt;</w:t>
        <w:br/>
        <w:t>І кучерів тремких пахуче стоголосся!&lt;br /&gt;</w:t>
        <w:br/>
        <w:t>Щоб заселили мій альков у мить смеркання&lt;br /&gt;</w:t>
        <w:br/>
        <w:t>П'янливі спомини, що сплять у цім волоссі,&lt;br /&gt;</w:t>
        <w:br/>
        <w:t>Я підійму їх, мов хустину, в час прощання.</w:t>
      </w:r>
    </w:p>
    <w:p>
      <w:r>
        <w:br/>
        <w:t>I млосна Азія, і Африка гаряча,&lt;br /&gt;</w:t>
        <w:br/>
        <w:t>I весь далекий світ, відсутній і незримий,&lt;br /&gt;</w:t>
        <w:br/>
        <w:t>Живе в глибинах цих, у ароматних хащах.&lt;br /&gt;</w:t>
        <w:br/>
        <w:t>Немов надбожий дух, що музикою рине,&lt;br /&gt;</w:t>
        <w:br/>
        <w:t>Пливе в цих запахах душа моя незряча.</w:t>
      </w:r>
    </w:p>
    <w:p>
      <w:r>
        <w:br/>
        <w:t>I я пливу в той край, де дерево й людина,&lt;br /&gt;</w:t>
        <w:br/>
        <w:t>Ще повні соку й сил, у дикій спеці мліють:&lt;br /&gt;</w:t>
        <w:br/>
        <w:t>Я, коси дужі, ваш, я ваш і з вами лину!&lt;br /&gt;</w:t>
        <w:br/>
        <w:t>Перлинне море це на хвилях мрій леліє&lt;br /&gt;</w:t>
        <w:br/>
        <w:t>Вітрила і вогні — зкришталені хвилини.</w:t>
      </w:r>
    </w:p>
    <w:p>
      <w:r>
        <w:br/>
        <w:t>То порт — у нім душа моя жагу вгамує,&lt;br /&gt;</w:t>
        <w:br/>
        <w:t>У хвилях кольорів, і звуків, і парфумів;&lt;br /&gt;</w:t>
        <w:br/>
        <w:t>Муаром, золотом там кораблі струмують&lt;br /&gt;</w:t>
        <w:br/>
        <w:t>Назустріч славі, що в химернім тлумі&lt;br /&gt;</w:t>
        <w:br/>
        <w:t>Із неба чистого спекотою вирує.</w:t>
      </w:r>
    </w:p>
    <w:p>
      <w:r>
        <w:br/>
        <w:t>I голова моя, сп'яніла од кохання,&lt;br /&gt;</w:t>
        <w:br/>
        <w:t>Ув океан оцей бездумно поринає&lt;br /&gt;</w:t>
        <w:br/>
        <w:t>Душа — тремтливий дух у млосному вмиранні&lt;br /&gt;</w:t>
        <w:br/>
        <w:t>I лінощі давно минулі відшукає,</w:t>
      </w:r>
    </w:p>
    <w:p>
      <w:r>
        <w:br/>
        <w:t>Блакитні кучері, мов балдахін темнавий,&lt;br /&gt;</w:t>
        <w:br/>
        <w:t>Ви неба голубінь мені навік вернули.&lt;br /&gt;</w:t>
        <w:br/>
        <w:t>Ці пасма, що боги створили вмить забави,&lt;br /&gt;</w:t>
        <w:br/>
        <w:t>П'янять мене — вітри з них зачерпнули&lt;br /&gt;</w:t>
        <w:br/>
        <w:t>Єлей оливи й запах мускусу лукавий,</w:t>
      </w:r>
    </w:p>
    <w:p>
      <w:r>
        <w:br/>
        <w:t>Надовго! Назавжди! Рука моя в цю гриву&lt;br /&gt;</w:t>
        <w:br/>
        <w:t>Рубіни сіятиме, перли і сапфіри,&lt;br /&gt;</w:t>
        <w:br/>
        <w:t>То ж будь моїм бажанням незрадлива!&lt;br /&gt;</w:t>
        <w:br/>
        <w:t>Бо ти — оазис мій, моя одвічна віра!&lt;br /&gt;</w:t>
        <w:br/>
        <w:t>Святе моє вино, вино жаги п'янливе!</w:t>
      </w:r>
    </w:p>
    <w:p>
      <w:r>
        <w:br/>
        <w:t>Змія танцює&lt;br /&gt;</w:t>
        <w:br/>
        <w:t>А тілом ти така зваблива,&lt;br /&gt;</w:t>
        <w:br/>
        <w:t>Коханко щира! —&lt;br /&gt;</w:t>
        <w:br/>
        <w:t>Немов тканина мерехтлива,&lt;br /&gt;</w:t>
        <w:br/>
        <w:t>Заблисне шкіра!</w:t>
      </w:r>
    </w:p>
    <w:p>
      <w:r>
        <w:br/>
        <w:t>Твоє волосся — хвильне море,&lt;br /&gt;</w:t>
        <w:br/>
        <w:t>П'янке, невпинне,&lt;br /&gt;</w:t>
        <w:br/>
        <w:t>I заплелися в хвилі зорі,&lt;br /&gt;</w:t>
        <w:br/>
        <w:t>I білі, й сині.</w:t>
      </w:r>
    </w:p>
    <w:p>
      <w:r>
        <w:br/>
        <w:t>Мов корабель, що спав під небом,&lt;br /&gt;</w:t>
        <w:br/>
        <w:t>Крізь вітру клекіт&lt;br /&gt;</w:t>
        <w:br/>
        <w:t>Моя душа летить до тебе&lt;br /&gt;</w:t>
        <w:br/>
        <w:t>У край далекий.</w:t>
      </w:r>
    </w:p>
    <w:p>
      <w:r>
        <w:br/>
        <w:t>Ні біль, ні радість ще не спали&lt;br /&gt;</w:t>
        <w:br/>
        <w:t>В очах шовкових,&lt;br /&gt;</w:t>
        <w:br/>
        <w:t>Ті очі — скарб! У них змішались&lt;br /&gt;</w:t>
        <w:br/>
        <w:t>I тиша, й слово.</w:t>
      </w:r>
    </w:p>
    <w:p>
      <w:r>
        <w:br/>
        <w:t>Ритмічна хвиля гралась, билась,&lt;br /&gt;</w:t>
        <w:br/>
        <w:t>Текла ефірно!&lt;br /&gt;</w:t>
        <w:br/>
        <w:t>Ти, мов змія, гойднула тілом,&lt;br /&gt;</w:t>
        <w:br/>
        <w:t>Жезлу покірна.</w:t>
      </w:r>
    </w:p>
    <w:p>
      <w:r>
        <w:br/>
        <w:t>Ось ти спинилась, ти заснула —&lt;br /&gt;</w:t>
        <w:br/>
        <w:t>Дитя!.. дитятко!..&lt;br /&gt;</w:t>
        <w:br/>
        <w:t>Ось ти голівкою хитнула,&lt;br /&gt;</w:t>
        <w:br/>
        <w:t>Немов зміятко.</w:t>
      </w:r>
    </w:p>
    <w:p>
      <w:r>
        <w:br/>
        <w:t>Ти раптом тілом стрепенулась,&lt;br /&gt;</w:t>
        <w:br/>
        <w:t>Ти — дивний човен!&lt;br /&gt;</w:t>
        <w:br/>
        <w:t>В той човен ласки зачерпнулось,&lt;br /&gt;</w:t>
        <w:br/>
        <w:t>Він тиші повен.</w:t>
      </w:r>
    </w:p>
    <w:p>
      <w:r>
        <w:br/>
        <w:t>Зростала тиша... Ніжний дотик —&lt;br /&gt;</w:t>
        <w:br/>
        <w:t>Хтось кригу вилляв!&lt;br /&gt;</w:t>
        <w:br/>
        <w:t>I до зубів пливла із рота&lt;br /&gt;</w:t>
        <w:br/>
        <w:t>Медова хвиля.</w:t>
      </w:r>
    </w:p>
    <w:p>
      <w:r>
        <w:br/>
        <w:t>Тече!.. Я п'ю вино Богеми Гірке, прозоре,&lt;br /&gt;</w:t>
        <w:br/>
        <w:t>I щоб померла в серці темінь, Посію зорі!</w:t>
      </w:r>
    </w:p>
    <w:p>
      <w:r>
        <w:br/>
        <w:t>Дон Жуан у пеклі&lt;br /&gt;</w:t>
        <w:br/>
        <w:t>Лиш дон Жуан дійшов до чорних вод Харона&lt;br /&gt;</w:t>
        <w:br/>
        <w:t>I лепту за провіз дав злому жебраку,&lt;br /&gt;</w:t>
        <w:br/>
        <w:t>Той, наче Антісфен похмурий, водне лоно&lt;br /&gt;</w:t>
        <w:br/>
        <w:t>Розрізав веслами, гладінь од сліз гірку.</w:t>
      </w:r>
    </w:p>
    <w:p>
      <w:r>
        <w:br/>
        <w:t>З обвислими грудьми, в прозорих покривалах&lt;br /&gt;</w:t>
        <w:br/>
        <w:t>Сміялися жінки, аж трясся небозвід,&lt;br /&gt;</w:t>
        <w:br/>
        <w:t>Ревли, мов жертви ті, що вже згоріти мали&lt;br /&gt;</w:t>
        <w:br/>
        <w:t>I був той дикий рев холодний, наче лід.</w:t>
      </w:r>
    </w:p>
    <w:p>
      <w:r>
        <w:br/>
        <w:t>I Сганарель радів — мав на борги надію.&lt;br /&gt;</w:t>
        <w:br/>
        <w:t>I мовчки дон Луїс лиш палець простягнув —&lt;br /&gt;</w:t>
        <w:br/>
        <w:t>Він тикав мертвякам усім на лиходія,&lt;br /&gt;</w:t>
        <w:br/>
        <w:t>Зухвальця, що зганьбив старечу сивину.</w:t>
      </w:r>
    </w:p>
    <w:p>
      <w:r>
        <w:br/>
        <w:t>Скорботилась худа, цнотлива ще Єльвіра,&lt;br /&gt;</w:t>
        <w:br/>
        <w:t>I марила, щоб цей підступний чоловік&lt;br /&gt;</w:t>
        <w:br/>
        <w:t>Подарував хоча би усмішку нещиру,&lt;br /&gt;</w:t>
        <w:br/>
        <w:t>Які світили їй у той весняний вік.</w:t>
      </w:r>
    </w:p>
    <w:p>
      <w:r>
        <w:br/>
        <w:t>А збройний командор серед страшного виру&lt;br /&gt;</w:t>
        <w:br/>
        <w:t>Стояв біля керма, як вправний капітан...&lt;br /&gt;</w:t>
        <w:br/>
        <w:t>Герой не бачив їх,— опершись на рапіру,&lt;br /&gt;</w:t>
        <w:br/>
        <w:t>Щось думав про своє наш гордий дон Жуан.</w:t>
      </w:r>
    </w:p>
    <w:p>
      <w:r>
        <w:br/>
        <w:t>Зречення святого Петра&lt;br /&gt;</w:t>
        <w:br/>
        <w:t>А з хором цих проклять що Бог робити буде? —&lt;br /&gt;</w:t>
        <w:br/>
        <w:t>Анафеми течуть рікою в Божий стан!&lt;br /&gt;</w:t>
        <w:br/>
        <w:t>Він м'яса та вина обжершись, як тиран,&lt;br /&gt;</w:t>
        <w:br/>
        <w:t>Сном праведника спить під музику огуди,</w:t>
      </w:r>
    </w:p>
    <w:p>
      <w:r>
        <w:br/>
        <w:t>Страшні ридання жертв, засуджених до страти,&lt;br /&gt;</w:t>
        <w:br/>
        <w:t>Для ніжних Божих вух — симфонія п'янка.&lt;br /&gt;</w:t>
        <w:br/>
        <w:t>Купається в крові їх Величі рука —&lt;br /&gt;</w:t>
        <w:br/>
        <w:t>Жаги господніх рук і кров'ю не здолати!</w:t>
      </w:r>
    </w:p>
    <w:p>
      <w:r>
        <w:br/>
        <w:t>— Ісусе, пригадай — благав ти на колінах&lt;br /&gt;</w:t>
        <w:br/>
        <w:t>По щирості своїй в Маслиновім Гаю&lt;br /&gt;</w:t>
        <w:br/>
        <w:t>Того, хто розважавсь у тихому раю,&lt;br /&gt;</w:t>
        <w:br/>
        <w:t>Як цвяхи забивав злий кат у тіло сина.</w:t>
      </w:r>
    </w:p>
    <w:p>
      <w:r>
        <w:br/>
        <w:t>Коли ти відчував гидкі плювки паскудства,&lt;br /&gt;</w:t>
        <w:br/>
        <w:t>I варти, й натовпу, і не підняв руки;&lt;br /&gt;</w:t>
        <w:br/>
        <w:t>Коли безжалісно ввіткнулися голки&lt;br /&gt;</w:t>
        <w:br/>
        <w:t>В той череп, у якім жило велике Людство;</w:t>
      </w:r>
    </w:p>
    <w:p>
      <w:r>
        <w:br/>
        <w:t>Коли страшний тягар напівживого тіла&lt;br /&gt;</w:t>
        <w:br/>
        <w:t>Рвав м'язи рук твоїх, прибитих до хреста;&lt;br /&gt;</w:t>
        <w:br/>
        <w:t>Коли свій піт і кров у спразі ти ковтав;&lt;br /&gt;</w:t>
        <w:br/>
        <w:t>Коли мішенню був для звірів розлютілих,</w:t>
      </w:r>
    </w:p>
    <w:p>
      <w:r>
        <w:br/>
        <w:t>Чи ти згадав ті дні, і радісні, і світлі,&lt;br /&gt;</w:t>
        <w:br/>
        <w:t>Коли, щоб сповнити пророцтво Божих слів,&lt;br /&gt;</w:t>
        <w:br/>
        <w:t>Ти на покірливій ослиці із полів&lt;br /&gt;</w:t>
        <w:br/>
        <w:t>Приїхав повідать про небеса розквітлі,</w:t>
      </w:r>
    </w:p>
    <w:p>
      <w:r>
        <w:br/>
        <w:t>I в серці сповнений відваги та надії,&lt;br /&gt;</w:t>
        <w:br/>
        <w:t>Із храму батогом прогнав ти гендлярів?&lt;br /&gt;</w:t>
        <w:br/>
        <w:t>Чи сумнів злий твого сумління не роз'їв,&lt;br /&gt;</w:t>
        <w:br/>
        <w:t>Перш ніж ввійшов у плоть спис гострий лиходія?</w:t>
      </w:r>
    </w:p>
    <w:p>
      <w:r>
        <w:br/>
        <w:t>— Я чесно відійду у світі цім жахливім,&lt;br /&gt;</w:t>
        <w:br/>
        <w:t>Де дія — мрії тінь, хто й як би не почав,&lt;br /&gt;</w:t>
        <w:br/>
        <w:t>Мерзенний, сам помру од власного меча!&lt;br /&gt;</w:t>
        <w:br/>
        <w:t>Петро відрікся від Христа... і справедливо!</w:t>
      </w:r>
    </w:p>
    <w:p>
      <w:r>
        <w:br/>
        <w:t>Авель та Каїн&lt;br /&gt;</w:t>
        <w:br/>
        <w:t>І&lt;br /&gt;</w:t>
        <w:br/>
        <w:t>Авеля плем'я бог не забуде —&lt;br /&gt;</w:t>
        <w:br/>
        <w:t>Мирно їдять вони, п'ють і сплять.</w:t>
      </w:r>
    </w:p>
    <w:p>
      <w:r>
        <w:br/>
        <w:t>Каїна племені з вічного бруду&lt;br /&gt;</w:t>
        <w:br/>
        <w:t>Виповзти важко — там і здихать.</w:t>
      </w:r>
    </w:p>
    <w:p>
      <w:r>
        <w:br/>
        <w:t>Авеля плем'я. Жертву щоденну&lt;br /&gt;</w:t>
        <w:br/>
        <w:t>Ангел возносить Богу до рук!</w:t>
      </w:r>
    </w:p>
    <w:p>
      <w:r>
        <w:br/>
        <w:t>Каїна плем'я, діти нужденні,&lt;br /&gt;</w:t>
        <w:br/>
        <w:t>Скоро кінець ваших лих і мук.</w:t>
      </w:r>
    </w:p>
    <w:p>
      <w:r>
        <w:br/>
        <w:t>Авеля плем'я, ваші посіви,&lt;br /&gt;</w:t>
        <w:br/>
        <w:t>Ваша скотина — буйні, гладкі.</w:t>
      </w:r>
    </w:p>
    <w:p>
      <w:r>
        <w:br/>
        <w:t>Каїна плем'я, псюги паршиві&lt;br /&gt;</w:t>
        <w:br/>
        <w:t>Вашим же шлункам навіки близькі.</w:t>
      </w:r>
    </w:p>
    <w:p>
      <w:r>
        <w:br/>
        <w:t>Авеля племені гріє утроби&lt;br /&gt;</w:t>
        <w:br/>
        <w:t>Юшка домашня, ніжна, мов кал;</w:t>
      </w:r>
    </w:p>
    <w:p>
      <w:r>
        <w:br/>
        <w:t>Каїна плем'я, в ваших трущобах&lt;br /&gt;</w:t>
        <w:br/>
        <w:t>З голоду здох би навіть шакал.</w:t>
      </w:r>
    </w:p>
    <w:p>
      <w:r>
        <w:br/>
        <w:t>Авеля плем'я, в тихій любові&lt;br /&gt;</w:t>
        <w:br/>
        <w:t>Множтеся — ваші багатства ростуть!</w:t>
      </w:r>
    </w:p>
    <w:p>
      <w:r>
        <w:br/>
        <w:t>Каїна плем'я, серце без крові,&lt;br /&gt;</w:t>
        <w:br/>
        <w:t>Присуд господній ти не забудь!</w:t>
      </w:r>
    </w:p>
    <w:p>
      <w:r>
        <w:br/>
        <w:t>Авеля плем'я, їжте, мов трутні,&lt;br /&gt;</w:t>
        <w:br/>
        <w:t>Множтеся, мов блощиці лісні!</w:t>
      </w:r>
    </w:p>
    <w:p>
      <w:r>
        <w:br/>
        <w:t>Каїна плем'я, ваше майбутнє —&lt;br /&gt;</w:t>
        <w:br/>
        <w:t>Кров'ю запльовані чорні дні.</w:t>
      </w:r>
    </w:p>
    <w:p>
      <w:r>
        <w:br/>
        <w:t>II&lt;br /&gt;</w:t>
        <w:br/>
        <w:t>Авеля плем'я, падло із жиру,&lt;br /&gt;</w:t>
        <w:br/>
        <w:t>Здохнеш — землю угноїш хоч раз!</w:t>
      </w:r>
    </w:p>
    <w:p>
      <w:r>
        <w:br/>
        <w:t>Каїна плем'я, вам не до миру —&lt;br /&gt;</w:t>
        <w:br/>
        <w:t>Ваша робота жде ще на вас.</w:t>
      </w:r>
    </w:p>
    <w:p>
      <w:r>
        <w:br/>
        <w:t>Авеля плем'я, кайся, молися —&lt;br /&gt;</w:t>
        <w:br/>
        <w:t>Скоро загине неправди тінь!</w:t>
      </w:r>
    </w:p>
    <w:p>
      <w:r>
        <w:br/>
        <w:t>Каїна плем'я, в рай заберися,&lt;br /&gt;</w:t>
        <w:br/>
        <w:t>I злого Бога на землю скинь!</w:t>
      </w:r>
    </w:p>
    <w:p>
      <w:r>
        <w:br/>
        <w:t>Примара</w:t>
      </w:r>
    </w:p>
    <w:p>
      <w:r>
        <w:br/>
        <w:t>I&lt;br /&gt;</w:t>
        <w:br/>
        <w:t>Темрява&lt;br /&gt;</w:t>
        <w:br/>
        <w:t>У склепі невимовної печалі,&lt;br /&gt;</w:t>
        <w:br/>
        <w:t>Куди зла Доля вислала мене,&lt;br /&gt;</w:t>
        <w:br/>
        <w:t>Де радісне проміння не сяйне,&lt;br /&gt;</w:t>
        <w:br/>
        <w:t>Де вічна Ніч трима скрижалі,</w:t>
      </w:r>
    </w:p>
    <w:p>
      <w:r>
        <w:br/>
        <w:t>Художник, Богом проклятий своїм,&lt;br /&gt;</w:t>
        <w:br/>
        <w:t>Творю в пітьмі й творінь моїх не видко;&lt;br /&gt;</w:t>
        <w:br/>
        <w:t>Тут куховарю цвинтарні наїдки,&lt;br /&gt;</w:t>
        <w:br/>
        <w:t>Тут, скип'ятивши, власне серце їм.</w:t>
      </w:r>
    </w:p>
    <w:p>
      <w:r>
        <w:br/>
        <w:t>Та враз просвітить, заіскриться, зблисне&lt;br /&gt;</w:t>
        <w:br/>
        <w:t>Розкішний промінь — марево краси.&lt;br /&gt;</w:t>
        <w:br/>
        <w:t>Коли ж у нім щось східне й беззахисне</w:t>
      </w:r>
    </w:p>
    <w:p>
      <w:r>
        <w:br/>
        <w:t>Сягне своїх непереборних сил,&lt;br /&gt;</w:t>
        <w:br/>
        <w:t>Я пізнаю — ввіходить величава&lt;br /&gt;</w:t>
        <w:br/>
        <w:t>Вона! Вся — з ночі, та яка яскрава!</w:t>
      </w:r>
    </w:p>
    <w:p>
      <w:r>
        <w:br/>
        <w:t>II&lt;br /&gt;</w:t>
        <w:br/>
        <w:t>Рама&lt;br /&gt;</w:t>
        <w:br/>
        <w:t>Як пишна рама дивно увінчала&lt;br /&gt;</w:t>
        <w:br/>
        <w:t>Майстерним пензлем зроблену картину,&lt;br /&gt;</w:t>
        <w:br/>
        <w:t>В якій природа в осяйну хвилину&lt;br /&gt;</w:t>
        <w:br/>
        <w:t>Незвичне і прекрасне поєднала,</w:t>
      </w:r>
    </w:p>
    <w:p>
      <w:r>
        <w:br/>
        <w:t>Так меблі, одяг, мідь, разки корала&lt;br /&gt;</w:t>
        <w:br/>
        <w:t>Несли її чарівності данину;&lt;br /&gt;</w:t>
        <w:br/>
        <w:t>Здавалося, красу її єдину&lt;br /&gt;</w:t>
        <w:br/>
        <w:t>Уся та дивовижа обрамляла.</w:t>
      </w:r>
    </w:p>
    <w:p>
      <w:r>
        <w:br/>
        <w:t>Коханою всіма себе в'являла,&lt;br /&gt;</w:t>
        <w:br/>
        <w:t>Вчарована ж собою, дозволяла&lt;br /&gt;</w:t>
        <w:br/>
        <w:t>Принадливість розпещеного тіла</w:t>
      </w:r>
    </w:p>
    <w:p>
      <w:r>
        <w:br/>
        <w:t>Лиш атласній білизні цілувати,&lt;br /&gt;</w:t>
        <w:br/>
        <w:t>Та в жоднім русі приховать не вміла&lt;br /&gt;</w:t>
        <w:br/>
        <w:t>Зрадливу пустотливість мавпеняти.</w:t>
      </w:r>
    </w:p>
    <w:p>
      <w:r>
        <w:br/>
        <w:t>III&lt;br /&gt;</w:t>
        <w:br/>
        <w:t>Портрет&lt;br /&gt;</w:t>
        <w:br/>
        <w:t>Хвороба й Смерть за попелом гірким&lt;br /&gt;</w:t>
        <w:br/>
        <w:t>Розвіють полум'я, що в нас палало,&lt;br /&gt;</w:t>
        <w:br/>
        <w:t>Ці ніжні очі з поглядом палким,&lt;br /&gt;</w:t>
        <w:br/>
        <w:t>Вуста, де серце в щасті потопало,</w:t>
      </w:r>
    </w:p>
    <w:p>
      <w:r>
        <w:br/>
        <w:t>Цілунки всемогутні, як бальзам,&lt;br /&gt;</w:t>
        <w:br/>
        <w:t>В нестямності жагучій хміль крилатий,&lt;br /&gt;</w:t>
        <w:br/>
        <w:t>Що лишать по собі? — Чужим вікам&lt;br /&gt;</w:t>
        <w:br/>
        <w:t>В три олівці малюнок бліднуватий,</w:t>
      </w:r>
    </w:p>
    <w:p>
      <w:r>
        <w:br/>
        <w:t>Та й він, як я, на самоті вмирає,&lt;br /&gt;</w:t>
        <w:br/>
        <w:t>Де сивий Час, байдужий дідуган,&lt;br /&gt;</w:t>
        <w:br/>
        <w:t>Крилом жорстоким дні мої стирає:..</w:t>
      </w:r>
    </w:p>
    <w:p>
      <w:r>
        <w:br/>
        <w:t>Життя й Мистецтва винищивши лан,&lt;br /&gt;</w:t>
        <w:br/>
        <w:t>В душі моїй не вб'є рука лукава&lt;br /&gt;</w:t>
        <w:br/>
        <w:t>Тієї, хто для мене втіха й слава!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Квіти зла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