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Лебедь і гуси</w:t>
      </w:r>
    </w:p>
    <w:p>
      <w:r>
        <w:br/>
        <w:t xml:space="preserve"> На ставі пишно Лебедь плив,&lt;br /&gt;</w:t>
        <w:br/>
        <w:t>А Гуси сірії край його поринали.&lt;br /&gt;</w:t>
        <w:br/>
        <w:t>"Хіба оцей біляк вас з глузду звів? —&lt;br /&gt;</w:t>
        <w:br/>
        <w:t>Один Гусак загомонів,-&lt;br /&gt;</w:t>
        <w:br/>
        <w:t>Чого ви, братця, так баньки повитріщали?&lt;br /&gt;</w:t>
        <w:br/>
        <w:t>Ми попеласті всі, а він один між нас&lt;br /&gt;</w:t>
        <w:br/>
        <w:t>Своє пиндючить пір'я білеї&lt;br /&gt;</w:t>
        <w:br/>
        <w:t>Коли б ви тілько захотіли,&lt;br /&gt;</w:t>
        <w:br/>
        <w:t>Щоб разом, стало бить, вся беседа взялась,&lt;br /&gt;</w:t>
        <w:br/>
        <w:t>Ми б панича сього якраз перемастили".&lt;br /&gt;</w:t>
        <w:br/>
        <w:t>І завелась на ставі геркотня,&lt;br /&gt;</w:t>
        <w:br/>
        <w:t>Гусине діло закипіло:&lt;br /&gt;</w:t>
        <w:br/>
        <w:t>Таскають, грязь і глей,зо дна&lt;br /&gt;</w:t>
        <w:br/>
        <w:t>Да мажуть Лебедя, щоб пір'я посіріло.&lt;br /&gt;</w:t>
        <w:br/>
        <w:t>Обмазали кругом — і трохи галас стих;&lt;br /&gt;</w:t>
        <w:br/>
        <w:t>А Лебедь плись на дно — і випурнув як сніг.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Лебедь і 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