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</w:t>
      </w:r>
    </w:p>
    <w:p>
      <w:r>
        <w:br/>
        <w:t xml:space="preserve"> На болоті спала зграя лебедина.&lt;br /&gt;</w:t>
        <w:br/>
        <w:t>Вічна ніч чорніла, і стояв туман...&lt;br /&gt;</w:t>
        <w:br/>
        <w:t>Спало все навколо, тільки білий лебідь&lt;br /&gt;</w:t>
        <w:br/>
        <w:t>Тихо-тихо сходив кров'ю своїх ран.</w:t>
      </w:r>
    </w:p>
    <w:p>
      <w:r>
        <w:br/>
        <w:t>І співав він пісню, пісню лебедину,&lt;br /&gt;</w:t>
        <w:br/>
        <w:t>Про озера сині, про красу степів,&lt;br /&gt;</w:t>
        <w:br/>
        <w:t>Про велике сонце, про вітри і хмари,&lt;br /&gt;</w:t>
        <w:br/>
        <w:t>І далеко нісся лебединий спів.</w:t>
      </w:r>
    </w:p>
    <w:p>
      <w:r>
        <w:br/>
        <w:t>Кликав він проснутись, розгорнути крила,&lt;br /&gt;</w:t>
        <w:br/>
        <w:t>Полетіти небом в золоті краї...&lt;br /&gt;</w:t>
        <w:br/>
        <w:t>Тихо-мирно спала зграя лебедина,&lt;br /&gt;</w:t>
        <w:br/>
        <w:t>І даремно лебідь звав, будив її.</w:t>
      </w:r>
    </w:p>
    <w:p>
      <w:r>
        <w:br/>
        <w:t>І коли він вгледів, що брати не чують,&lt;br /&gt;</w:t>
        <w:br/>
        <w:t>Що навік до себе прикував їх став, —&lt;br /&gt;</w:t>
        <w:br/>
        <w:t>Закричав від муки, вдарився об камінь,&lt;br /&gt;</w:t>
        <w:br/>
        <w:t>Зранив собі груди, крила поламав.</w:t>
      </w:r>
    </w:p>
    <w:p>
      <w:r>
        <w:br/>
        <w:t>Чорна ніч чорніла, не світало вранці,&lt;br /&gt;</w:t>
        <w:br/>
        <w:t>Ввечері далекий захід не палав...&lt;br /&gt;</w:t>
        <w:br/>
        <w:t>Тихо зграя спала, тихо плакав лебідь,&lt;br /&gt;</w:t>
        <w:br/>
        <w:t>Тихо кров'ю сходив, тихо умирав.</w:t>
      </w:r>
    </w:p>
    <w:p>
      <w:r>
        <w:br/>
        <w:t>Аж колись уранці зашуміли хвилі,&lt;br /&gt;</w:t>
        <w:br/>
        <w:t>І громи заграли в сурми голосні,&lt;br /&gt;</w:t>
        <w:br/>
        <w:t>Вирвалося сонце, осліпило очі,&lt;br /&gt;</w:t>
        <w:br/>
        <w:t>Роздало навколо обрії ясні.</w:t>
      </w:r>
    </w:p>
    <w:p>
      <w:r>
        <w:br/>
        <w:t>Стрепенулась зграя, закричала біла:&lt;br /&gt;</w:t>
        <w:br/>
        <w:t>"Тут гниле повітря, тут вода гнила!..&lt;br /&gt;</w:t>
        <w:br/>
        <w:t>А над нами сонце, небо, простір, воля!" —&lt;br /&gt;</w:t>
        <w:br/>
        <w:t>І ганебно спати більше не змогла.</w:t>
      </w:r>
    </w:p>
    <w:p>
      <w:r>
        <w:br/>
        <w:t>Зашуміла зграя піною на хвилях.&lt;br /&gt;</w:t>
        <w:br/>
        <w:t>Зашуміла вітром... ще раз! І — прощай!..&lt;br /&gt;</w:t>
        <w:br/>
        <w:t>І летіла легко, наче біла хмара,&lt;br /&gt;</w:t>
        <w:br/>
        <w:t>І кричала з неба про щасливий край.</w:t>
      </w:r>
    </w:p>
    <w:p>
      <w:r>
        <w:br/>
        <w:t>. . . . . . . . . . . . . . . . . . . . . . . . . . . . . . . . .</w:t>
      </w:r>
    </w:p>
    <w:p>
      <w:r>
        <w:br/>
        <w:t>Тихо, тихо сходив білий лебідь кров'ю,&lt;br /&gt;</w:t>
        <w:br/>
        <w:t>То, здавивши рани, крила рознімав...&lt;br /&gt;</w:t>
        <w:br/>
        <w:t>І в знесиллі бився... Зграє лебедина!&lt;br /&gt;</w:t>
        <w:br/>
        <w:t>Чи хто-небудь в небі лебедя згадав?</w:t>
      </w:r>
    </w:p>
    <w:p>
      <w:r>
        <w:br/>
        <w:t>2.IV.1917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