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Леся Українка</w:t>
      </w:r>
    </w:p>
    <w:p>
      <w:r>
        <w:br/>
        <w:t xml:space="preserve"> Йти назустріч бурям і зливам,&lt;br /&gt;</w:t>
        <w:br/>
        <w:t>Буть одній — як велика рать,&lt;br /&gt;</w:t>
        <w:br/>
        <w:t>Жить в нещасті життям щасливим,&lt;br /&gt;</w:t>
        <w:br/>
        <w:t>Муку творчістю перемагать,—</w:t>
      </w:r>
    </w:p>
    <w:p>
      <w:r>
        <w:br/>
        <w:t>Хвора дівчина, бідна Леся!&lt;br /&gt;</w:t>
        <w:br/>
        <w:t>Де ще хворі такі були,&lt;br /&gt;</w:t>
        <w:br/>
        <w:t>Щоб літали в таке піднебесся,&lt;br /&gt;</w:t>
        <w:br/>
        <w:t>Що його не сягнуть і орли!</w:t>
      </w:r>
    </w:p>
    <w:p>
      <w:r>
        <w:br/>
        <w:t>Справді дівчина, справді хвора,—&lt;br /&gt;</w:t>
        <w:br/>
        <w:t>А душа — немов океан,&lt;br /&gt;</w:t>
        <w:br/>
        <w:t>Де сувора душа командора&lt;br /&gt;</w:t>
        <w:br/>
        <w:t>І привабливий Дон-Жуан,</w:t>
      </w:r>
    </w:p>
    <w:p>
      <w:r>
        <w:br/>
        <w:t>Де в віки і в простори мандри,&lt;br /&gt;</w:t>
        <w:br/>
        <w:t>Де Вкраїна — Еллада і Рим,&lt;br /&gt;</w:t>
        <w:br/>
        <w:t>Де пророча журба Кассандри&lt;br /&gt;</w:t>
        <w:br/>
        <w:t>Як високий гриміла грім,</w:t>
      </w:r>
    </w:p>
    <w:p>
      <w:r>
        <w:br/>
        <w:t>Де слова обертались у крицю,&lt;br /&gt;</w:t>
        <w:br/>
        <w:t>В кров живу — друкований знак,&lt;br /&gt;</w:t>
        <w:br/>
        <w:t>Де підносив з мечем правицю&lt;br /&gt;</w:t>
        <w:br/>
        <w:t>Вождь рабів — безстрашний Спартак.</w:t>
      </w:r>
    </w:p>
    <w:p>
      <w:r>
        <w:br/>
        <w:t>Ти себе Українкою звала,—&lt;br /&gt;</w:t>
        <w:br/>
        <w:t>І чи краще знайду ім'я&lt;br /&gt;</w:t>
        <w:br/>
        <w:t>Тій, що радістю в муках сіяла,&lt;br /&gt;</w:t>
        <w:br/>
        <w:t>Як отчизна — твоя і моя!</w:t>
      </w:r>
    </w:p>
    <w:p>
      <w:r>
        <w:br/>
        <w:t>1946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Леся Українка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