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Лев і пролев (Лев і циган)</w:t>
      </w:r>
    </w:p>
    <w:p>
      <w:r>
        <w:br/>
        <w:t xml:space="preserve"> ЛЕВ І ПРОЛЕВ (ЛЕВ І ЦИГАН)</w:t>
      </w:r>
    </w:p>
    <w:p>
      <w:r>
        <w:br/>
        <w:t>Іде циган по діброві&lt;br /&gt;</w:t>
        <w:br/>
        <w:t>(Десь лихе носило),&lt;br /&gt;</w:t>
        <w:br/>
        <w:t>При нім пара вареників,&lt;br /&gt;</w:t>
        <w:br/>
        <w:t>Люлька та кресило.</w:t>
      </w:r>
    </w:p>
    <w:p>
      <w:r>
        <w:br/>
        <w:t>Чорний, темний, як та хмара,&lt;br /&gt;</w:t>
        <w:br/>
        <w:t>По лісі блукає:&lt;br /&gt;</w:t>
        <w:br/>
        <w:t>Іскривився, курить люльку…&lt;br /&gt;</w:t>
        <w:br/>
        <w:t>Аж Лев вибігає.</w:t>
      </w:r>
    </w:p>
    <w:p>
      <w:r>
        <w:br/>
        <w:t>Вибігає, став, питає:&lt;br /&gt;</w:t>
        <w:br/>
        <w:t>"Хто ти, чорний враже?"&lt;br /&gt;</w:t>
        <w:br/>
        <w:t>"Скажи перше, хто ти, враже?" –&lt;br /&gt;</w:t>
        <w:br/>
        <w:t>Циган йому каже.</w:t>
      </w:r>
    </w:p>
    <w:p>
      <w:r>
        <w:br/>
        <w:t>Стрепенув звір головою,&lt;br /&gt;</w:t>
        <w:br/>
        <w:t>"Я Лев", – промовляє.&lt;br /&gt;</w:t>
        <w:br/>
        <w:t>"Ти Лев собі, а я Пролев!" –&lt;br /&gt;</w:t>
        <w:br/>
        <w:t>Циган відвічає.</w:t>
      </w:r>
    </w:p>
    <w:p>
      <w:r>
        <w:br/>
        <w:t>"Ходім битись!" – Лев говорить.&lt;br /&gt;</w:t>
        <w:br/>
        <w:t>"Та ходімо, враже!&lt;br /&gt;</w:t>
        <w:br/>
        <w:t>Тілько я ще не обідав", –&lt;br /&gt;</w:t>
        <w:br/>
        <w:t>Циган йому каже. –</w:t>
      </w:r>
    </w:p>
    <w:p>
      <w:r>
        <w:br/>
        <w:t>Як даси чого поїсти,&lt;br /&gt;</w:t>
        <w:br/>
        <w:t>Трохи підкріпитись,&lt;br /&gt;</w:t>
        <w:br/>
        <w:t>Тоді піду із тобою&lt;br /&gt;</w:t>
        <w:br/>
        <w:t>В чисте поле битись!"</w:t>
      </w:r>
    </w:p>
    <w:p>
      <w:r>
        <w:br/>
        <w:t>"Та нічого, – Лев говорить, –&lt;br /&gt;</w:t>
        <w:br/>
        <w:t>З тобою робити!&lt;br /&gt;</w:t>
        <w:br/>
        <w:t>Мушу тобі на закуску&lt;br /&gt;</w:t>
        <w:br/>
        <w:t>Хоч телицю вбити!.."</w:t>
      </w:r>
    </w:p>
    <w:p>
      <w:r>
        <w:br/>
        <w:t>І кинувся межи стадо,&lt;br /&gt;</w:t>
        <w:br/>
        <w:t>Телицю вбиває;&lt;br /&gt;</w:t>
        <w:br/>
        <w:t>Шабатує пазурами,&lt;br /&gt;</w:t>
        <w:br/>
        <w:t>Шкуру іздирає.</w:t>
      </w:r>
    </w:p>
    <w:p>
      <w:r>
        <w:br/>
        <w:t>Оббілував, як годиться,&lt;br /&gt;</w:t>
        <w:br/>
        <w:t>Сів коло телиці;&lt;br /&gt;</w:t>
        <w:br/>
        <w:t>А цигану дає шкуру&lt;br /&gt;</w:t>
        <w:br/>
        <w:t>І шле до криниці:</w:t>
      </w:r>
    </w:p>
    <w:p>
      <w:r>
        <w:br/>
        <w:t>"Біжи, – каже, – до криниці,&lt;br /&gt;</w:t>
        <w:br/>
        <w:t>Та не забавляйся:&lt;br /&gt;</w:t>
        <w:br/>
        <w:t>Як набереш води повну,&lt;br /&gt;</w:t>
        <w:br/>
        <w:t>Бігцем повертайся!"</w:t>
      </w:r>
    </w:p>
    <w:p>
      <w:r>
        <w:br/>
        <w:t>Пішов циган, не вертає,&lt;br /&gt;</w:t>
        <w:br/>
        <w:t>Сидить та й копає…&lt;br /&gt;</w:t>
        <w:br/>
        <w:t>Лев приходить. "Що ти робиш?" –&lt;br /&gt;</w:t>
        <w:br/>
        <w:t>Цигана питає.</w:t>
      </w:r>
    </w:p>
    <w:p>
      <w:r>
        <w:br/>
        <w:t>"Таже бачиш, що я роблю:&lt;br /&gt;</w:t>
        <w:br/>
        <w:t>Криницю копаю!&lt;br /&gt;</w:t>
        <w:br/>
        <w:t>Що я тобі шкурлатами&lt;br /&gt;</w:t>
        <w:br/>
        <w:t>Все черпати маю?!</w:t>
      </w:r>
    </w:p>
    <w:p>
      <w:r>
        <w:br/>
        <w:t>Принесу тобі криницю,&lt;br /&gt;</w:t>
        <w:br/>
        <w:t>Та й роби, що знаєш!"&lt;br /&gt;</w:t>
        <w:br/>
        <w:t>"Ну, небоже, – Лев подумав, –&lt;br /&gt;</w:t>
        <w:br/>
        <w:t>Добру силу маєш!.."</w:t>
      </w:r>
    </w:p>
    <w:p>
      <w:r>
        <w:br/>
        <w:t>І нагнувся, сам за шкуру,&lt;br /&gt;</w:t>
        <w:br/>
        <w:t>Води набирає,&lt;br /&gt;</w:t>
        <w:br/>
        <w:t>А цигана за дровами&lt;br /&gt;</w:t>
        <w:br/>
        <w:t>У ліс посилає.</w:t>
      </w:r>
    </w:p>
    <w:p>
      <w:r>
        <w:br/>
        <w:t>Пішов циган, не вертає,&lt;br /&gt;</w:t>
        <w:br/>
        <w:t>Тілько дуби в’яже…&lt;br /&gt;</w:t>
        <w:br/>
        <w:t>Лев приходить: "Що ти робиш?" –&lt;br /&gt;</w:t>
        <w:br/>
        <w:t>Циганові каже.</w:t>
      </w:r>
    </w:p>
    <w:p>
      <w:r>
        <w:br/>
        <w:t>"Таже бачиш, що дубину&lt;br /&gt;</w:t>
        <w:br/>
        <w:t>Докупи збираю;&lt;br /&gt;</w:t>
        <w:br/>
        <w:t>Отак візьму усю разом&lt;br /&gt;</w:t>
        <w:br/>
        <w:t>Та й повириваю!.."</w:t>
      </w:r>
    </w:p>
    <w:p>
      <w:r>
        <w:br/>
        <w:t>Подивився Лев могучий,&lt;br /&gt;</w:t>
        <w:br/>
        <w:t>Махнув головою:&lt;br /&gt;</w:t>
        <w:br/>
        <w:t>"Оце, – думає, – на лихо,&lt;br /&gt;</w:t>
        <w:br/>
        <w:t>Здибався з бідою!.."</w:t>
      </w:r>
    </w:p>
    <w:p>
      <w:r>
        <w:br/>
        <w:t>Бере його до телиці&lt;br /&gt;</w:t>
        <w:br/>
        <w:t>Живо відсилає,&lt;br /&gt;</w:t>
        <w:br/>
        <w:t>А сам дуба молодого&lt;br /&gt;</w:t>
        <w:br/>
        <w:t>При землі ламає.</w:t>
      </w:r>
    </w:p>
    <w:p>
      <w:r>
        <w:br/>
        <w:t>Зламав дуба молодого,&lt;br /&gt;</w:t>
        <w:br/>
        <w:t>На кряжі кряжує&lt;br /&gt;</w:t>
        <w:br/>
        <w:t>Та й, сердешний, нагадався,&lt;br /&gt;</w:t>
        <w:br/>
        <w:t>Що вогню бракує…</w:t>
      </w:r>
    </w:p>
    <w:p>
      <w:r>
        <w:br/>
        <w:t>Приніс дрова та й гадає,&lt;br /&gt;</w:t>
        <w:br/>
        <w:t>Де вогню узяти.&lt;br /&gt;</w:t>
        <w:br/>
        <w:t>Але циган йому каже:&lt;br /&gt;</w:t>
        <w:br/>
        <w:t>"А що, Леве-брате?</w:t>
      </w:r>
    </w:p>
    <w:p>
      <w:r>
        <w:br/>
        <w:t>Вдарим в камінь пазурами!&lt;br /&gt;</w:t>
        <w:br/>
        <w:t>Хто вогню добуде,&lt;br /&gt;</w:t>
        <w:br/>
        <w:t>То той у нас і без бійки&lt;br /&gt;</w:t>
        <w:br/>
        <w:t>Найсильніший буде!"</w:t>
      </w:r>
    </w:p>
    <w:p>
      <w:r>
        <w:br/>
        <w:t>Пішли вони до каменя,&lt;br /&gt;</w:t>
        <w:br/>
        <w:t>Разом поставали,&lt;br /&gt;</w:t>
        <w:br/>
        <w:t>Як ударив Лев у камінь –&lt;br /&gt;</w:t>
        <w:br/>
        <w:t>Пальці позлізали…</w:t>
      </w:r>
    </w:p>
    <w:p>
      <w:r>
        <w:br/>
        <w:t>Заревів Лев, підняв лапи,&lt;br /&gt;</w:t>
        <w:br/>
        <w:t>Лапи об’юшило!&lt;br /&gt;</w:t>
        <w:br/>
        <w:t>А наш Пролев добуває&lt;br /&gt;</w:t>
        <w:br/>
        <w:t>Губку та кресило.</w:t>
      </w:r>
    </w:p>
    <w:p>
      <w:r>
        <w:br/>
        <w:t>Як ударив – скала ціла&lt;br /&gt;</w:t>
        <w:br/>
        <w:t>В іскрах загоріла&lt;br /&gt;</w:t>
        <w:br/>
        <w:t>І доразу суха губка&lt;br /&gt;</w:t>
        <w:br/>
        <w:t>Димом задиміла…</w:t>
      </w:r>
    </w:p>
    <w:p>
      <w:r>
        <w:br/>
        <w:t>Ідуть вони до телиці,&lt;br /&gt;</w:t>
        <w:br/>
        <w:t>Вогонь розкладають;&lt;br /&gt;</w:t>
        <w:br/>
        <w:t>Розбатовують телицю,&lt;br /&gt;</w:t>
        <w:br/>
        <w:t>Стегна запікають.</w:t>
      </w:r>
    </w:p>
    <w:p>
      <w:r>
        <w:br/>
        <w:t>Запікають тлусті стегна,&lt;br /&gt;</w:t>
        <w:br/>
        <w:t>Обід спорядили,&lt;br /&gt;</w:t>
        <w:br/>
        <w:t>Спорядили обід пишний,&lt;br /&gt;</w:t>
        <w:br/>
        <w:t>На двох розділили.</w:t>
      </w:r>
    </w:p>
    <w:p>
      <w:r>
        <w:br/>
        <w:t>Посідали і балюють:&lt;br /&gt;</w:t>
        <w:br/>
        <w:t>Лев аж припадає;&lt;br /&gt;</w:t>
        <w:br/>
        <w:t>А що циган вже й наївся, –&lt;br /&gt;</w:t>
        <w:br/>
        <w:t>Решту розкидає.</w:t>
      </w:r>
    </w:p>
    <w:p>
      <w:r>
        <w:br/>
        <w:t>А за ним голодні птахи&lt;br /&gt;</w:t>
        <w:br/>
        <w:t>Купами літають;&lt;br /&gt;</w:t>
        <w:br/>
        <w:t>Що розкине, поїдають&lt;br /&gt;</w:t>
        <w:br/>
        <w:t>Та розволікають.</w:t>
      </w:r>
    </w:p>
    <w:p>
      <w:r>
        <w:br/>
        <w:t>Лев поглянув – його Пролев&lt;br /&gt;</w:t>
        <w:br/>
        <w:t>Вже й кісток не має,&lt;br /&gt;</w:t>
        <w:br/>
        <w:t>Лежить собі проти сонця,&lt;br /&gt;</w:t>
        <w:br/>
        <w:t>Живіт вигріває.</w:t>
      </w:r>
    </w:p>
    <w:p>
      <w:r>
        <w:br/>
        <w:t>"Що, Пролеве, будем битись?" –&lt;br /&gt;</w:t>
        <w:br/>
        <w:t>Лев несміло каже.&lt;br /&gt;</w:t>
        <w:br/>
        <w:t>"Та вже ж битись, не миритись!&lt;br /&gt;</w:t>
        <w:br/>
        <w:t>Але чекай, враже:</w:t>
      </w:r>
    </w:p>
    <w:p>
      <w:r>
        <w:br/>
        <w:t>Возьми перше стисни камінь –&lt;br /&gt;</w:t>
        <w:br/>
        <w:t>Як води добудеш,&lt;br /&gt;</w:t>
        <w:br/>
        <w:t>То тоді ти і без бійки&lt;br /&gt;</w:t>
        <w:br/>
        <w:t>Найсильнішим будеш!.."</w:t>
      </w:r>
    </w:p>
    <w:p>
      <w:r>
        <w:br/>
        <w:t>Бере камінь Лев у лапи,&lt;br /&gt;</w:t>
        <w:br/>
        <w:t>Потряс головою;&lt;br /&gt;</w:t>
        <w:br/>
        <w:t>Як потисне… камінь тріснув,&lt;br /&gt;</w:t>
        <w:br/>
        <w:t>Сиплеться мукою…</w:t>
      </w:r>
    </w:p>
    <w:p>
      <w:r>
        <w:br/>
        <w:t>"Видиш, враже, – циган каже, –&lt;br /&gt;</w:t>
        <w:br/>
        <w:t>Й води не добудеш!&lt;br /&gt;</w:t>
        <w:br/>
        <w:t>Та як же то ізо мною&lt;br /&gt;</w:t>
        <w:br/>
        <w:t>Боротися будеш?</w:t>
      </w:r>
    </w:p>
    <w:p>
      <w:r>
        <w:br/>
        <w:t>Отак тисни, як я тисну" –&lt;br /&gt;</w:t>
        <w:br/>
        <w:t>Циган промовляє&lt;br /&gt;</w:t>
        <w:br/>
        <w:t>Та руками вареника&lt;br /&gt;</w:t>
        <w:br/>
        <w:t>Щосили стискає.</w:t>
      </w:r>
    </w:p>
    <w:p>
      <w:r>
        <w:br/>
        <w:t>Заюшила сироватка…&lt;br /&gt;</w:t>
        <w:br/>
        <w:t>"Видиш, – циган каже, –&lt;br /&gt;</w:t>
        <w:br/>
        <w:t>Що вас двадцять таких левів&lt;br /&gt;</w:t>
        <w:br/>
        <w:t>Того не докаже!"</w:t>
      </w:r>
    </w:p>
    <w:p>
      <w:r>
        <w:br/>
        <w:t>Та ще лучче вареника&lt;br /&gt;</w:t>
        <w:br/>
        <w:t>Перед Левом тисне!&lt;br /&gt;</w:t>
        <w:br/>
        <w:t>"Ану тепер, – каже циган, –&lt;br /&gt;</w:t>
        <w:br/>
        <w:t>Хто з нас лучче свисне?"</w:t>
      </w:r>
    </w:p>
    <w:p>
      <w:r>
        <w:br/>
        <w:t>Підійнявся Лев могучий,&lt;br /&gt;</w:t>
        <w:br/>
        <w:t>Як на лапи стане,&lt;br /&gt;</w:t>
        <w:br/>
        <w:t>Та як свисне, та як клясне.&lt;br /&gt;</w:t>
        <w:br/>
        <w:t>Аж волосся в’яне!..</w:t>
      </w:r>
    </w:p>
    <w:p>
      <w:r>
        <w:br/>
        <w:t>"Тепер я вже, – циган каже, –&lt;br /&gt;</w:t>
        <w:br/>
        <w:t>Тілько не дивися!&lt;br /&gt;</w:t>
        <w:br/>
        <w:t>А то й очі повилазять,&lt;br /&gt;</w:t>
        <w:br/>
        <w:t>І сам повалишся!"</w:t>
      </w:r>
    </w:p>
    <w:p>
      <w:r>
        <w:br/>
        <w:t>Лев нагнувся, сплющив очі,&lt;br /&gt;</w:t>
        <w:br/>
        <w:t>Стоїть, ані писне…&lt;br /&gt;</w:t>
        <w:br/>
        <w:t>А той його ломакою&lt;br /&gt;</w:t>
        <w:br/>
        <w:t>Як під вуха свисне!</w:t>
      </w:r>
    </w:p>
    <w:p>
      <w:r>
        <w:br/>
        <w:t>Зашуміло, загуділо,&lt;br /&gt;</w:t>
        <w:br/>
        <w:t>Й задзеленькотіло,&lt;br /&gt;</w:t>
        <w:br/>
        <w:t>І в очах стома свічками&lt;br /&gt;</w:t>
        <w:br/>
        <w:t>Запалахкотіло…</w:t>
      </w:r>
    </w:p>
    <w:p>
      <w:r>
        <w:br/>
        <w:t>"Не чорти ж мені надали&lt;br /&gt;</w:t>
        <w:br/>
        <w:t>З тобою зчепитись…&lt;br /&gt;</w:t>
        <w:br/>
        <w:t>Ні, небоже, що вже хочеш,&lt;br /&gt;</w:t>
        <w:br/>
        <w:t>А не буду битись!"</w:t>
      </w:r>
    </w:p>
    <w:p>
      <w:r>
        <w:br/>
        <w:t>"Е, боїшся, бісів Леве! –&lt;br /&gt;</w:t>
        <w:br/>
        <w:t>Циган став казати, –&lt;br /&gt;</w:t>
        <w:br/>
        <w:t>Неси, враже, шкуру грошей&lt;br /&gt;</w:t>
        <w:br/>
        <w:t>До моєї хати:</w:t>
      </w:r>
    </w:p>
    <w:p>
      <w:r>
        <w:br/>
        <w:t>Тоді тілько я з тобою&lt;br /&gt;</w:t>
        <w:br/>
        <w:t>Миром помирюся…&lt;br /&gt;</w:t>
        <w:br/>
        <w:t>А не хочеш, то я зараз&lt;br /&gt;</w:t>
        <w:br/>
        <w:t>Із тобою б’юся!.."</w:t>
      </w:r>
    </w:p>
    <w:p>
      <w:r>
        <w:br/>
        <w:t>Став, подумав Лев могучий:&lt;br /&gt;</w:t>
        <w:br/>
        <w:t>Нічого діяти!&lt;br /&gt;</w:t>
        <w:br/>
        <w:t>Коли хоче біда грошей,&lt;br /&gt;</w:t>
        <w:br/>
        <w:t>То тра біді дати…</w:t>
      </w:r>
    </w:p>
    <w:p>
      <w:r>
        <w:br/>
        <w:t>Бере шкуру, йде за грішми,&lt;br /&gt;</w:t>
        <w:br/>
        <w:t>Повну набирає,&lt;br /&gt;</w:t>
        <w:br/>
        <w:t>Несе її за циганом,&lt;br /&gt;</w:t>
        <w:br/>
        <w:t>Аж чоло впріває…</w:t>
      </w:r>
    </w:p>
    <w:p>
      <w:r>
        <w:br/>
        <w:t>Привів циган його в кузню&lt;br /&gt;</w:t>
        <w:br/>
        <w:t>Межи циганята.&lt;br /&gt;</w:t>
        <w:br/>
        <w:t>"Скидай, – каже, – Леве, шкуру,&lt;br /&gt;</w:t>
        <w:br/>
        <w:t>Ото моя хата!"</w:t>
      </w:r>
    </w:p>
    <w:p>
      <w:r>
        <w:br/>
        <w:t>Лев скидає йому шкуру,&lt;br /&gt;</w:t>
        <w:br/>
        <w:t>Кузню оглядає;&lt;br /&gt;</w:t>
        <w:br/>
        <w:t>Аж циганя із-під вугля&lt;br /&gt;</w:t>
        <w:br/>
        <w:t>Штабу витягає.</w:t>
      </w:r>
    </w:p>
    <w:p>
      <w:r>
        <w:br/>
        <w:t>Розпалилась тая штаба,&lt;br /&gt;</w:t>
        <w:br/>
        <w:t>Світить і біліє,&lt;br /&gt;</w:t>
        <w:br/>
        <w:t>Розсипає кругом іскри…&lt;br /&gt;</w:t>
        <w:br/>
        <w:t>Жаром червоніє…</w:t>
      </w:r>
    </w:p>
    <w:p>
      <w:r>
        <w:br/>
        <w:t>"Що то, брате, за відміна?" –&lt;br /&gt;</w:t>
        <w:br/>
        <w:t>Лев почав питати.&lt;br /&gt;</w:t>
        <w:br/>
        <w:t>"А попробуй, – циган каже, –&lt;br /&gt;</w:t>
        <w:br/>
        <w:t>То сам будеш знати!"</w:t>
      </w:r>
    </w:p>
    <w:p>
      <w:r>
        <w:br/>
        <w:t>Як вхватився Лев за штабу –&lt;br /&gt;</w:t>
        <w:br/>
        <w:t>Боже, твоя воле!..&lt;br /&gt;</w:t>
        <w:br/>
        <w:t>Завертівся, замотався&lt;br /&gt;</w:t>
        <w:br/>
        <w:t>Та кулею в поле!..</w:t>
      </w:r>
    </w:p>
    <w:p>
      <w:r>
        <w:br/>
        <w:t>"Нехай же їм сто чортяків!&lt;br /&gt;</w:t>
        <w:br/>
        <w:t>Каже коло ліса. –&lt;br /&gt;</w:t>
        <w:br/>
        <w:t>Щоб минутку ще потримав,&lt;br /&gt;</w:t>
        <w:br/>
        <w:t>То б згорів до біса!.."&lt;br /&gt;</w:t>
        <w:br/>
        <w:t>14 апреля [1858].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Лев і пролев (Лев і циган)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