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Лікар і Здоров'я</w:t>
      </w:r>
    </w:p>
    <w:p>
      <w:r>
        <w:br/>
        <w:t xml:space="preserve"> &lt;p&gt;(Приказка)</w:t>
      </w:r>
    </w:p>
    <w:p>
      <w:r>
        <w:br/>
        <w:t>Йшов Лікар у село — селу на безголов'я,</w:t>
      </w:r>
    </w:p>
    <w:p>
      <w:r>
        <w:br/>
        <w:t>А із села біжить, злякавшися, Здоров'я:</w:t>
      </w:r>
    </w:p>
    <w:p>
      <w:r>
        <w:br/>
        <w:t>"Куди, Здоров'ячко? — пита він.— Як ся можеш?"</w:t>
      </w:r>
    </w:p>
    <w:p>
      <w:r>
        <w:br/>
        <w:t>"Та цур тобі!.. я йду, куди ти не заходиш!"</w:t>
      </w:r>
    </w:p>
    <w:p>
      <w:r>
        <w:br/>
        <w:t>1 декабря 1820 года, Харьков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Лікар і Здоров'я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