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Лілічко! (Замість листа)</w:t>
      </w:r>
    </w:p>
    <w:p>
      <w:r>
        <w:br/>
        <w:t xml:space="preserve"> Володимир Маяковський&lt;br /&gt;</w:t>
        <w:br/>
        <w:t>Лілічко! (Замість листа)</w:t>
      </w:r>
    </w:p>
    <w:p>
      <w:r>
        <w:br/>
        <w:t>Перекладач: К. Шахова</w:t>
      </w:r>
    </w:p>
    <w:p>
      <w:r>
        <w:br/>
        <w:t>Дим тютюновий повітря виїв.&lt;br /&gt;</w:t>
        <w:br/>
        <w:t>Кімната —&lt;br /&gt;</w:t>
        <w:br/>
        <w:t>розділ у крученихівському* пеклі.&lt;br /&gt;</w:t>
        <w:br/>
        <w:t>Згадай —&lt;br /&gt;</w:t>
        <w:br/>
        <w:t>за цим вікном&lt;br /&gt;</w:t>
        <w:br/>
        <w:t>тобі я&lt;br /&gt;</w:t>
        <w:br/>
        <w:t>вперше руки, нестямний, пестив.&lt;br /&gt;</w:t>
        <w:br/>
        <w:t>Сьогодні сидиш ось,&lt;br /&gt;</w:t>
        <w:br/>
        <w:t>серце в залізі.&lt;br /&gt;</w:t>
        <w:br/>
        <w:t>День і ще —&lt;br /&gt;</w:t>
        <w:br/>
        <w:t>посваришся,&lt;br /&gt;</w:t>
        <w:br/>
        <w:t>щоб швидше тікав.&lt;br /&gt;</w:t>
        <w:br/>
        <w:t>У тьмяній передній довго не влізе&lt;br /&gt;</w:t>
        <w:br/>
        <w:t>зламана дрожем рука у рукав.&lt;br /&gt;</w:t>
        <w:br/>
        <w:t>Вибіжу,&lt;br /&gt;</w:t>
        <w:br/>
        <w:t>кину на вулицю тіло.&lt;br /&gt;</w:t>
        <w:br/>
        <w:t>Дикий,&lt;br /&gt;</w:t>
        <w:br/>
        <w:t>оскаженілий,&lt;br /&gt;</w:t>
        <w:br/>
        <w:t>від відчаю звір.&lt;br /&gt;</w:t>
        <w:br/>
        <w:t>Не треба цього,&lt;br /&gt;</w:t>
        <w:br/>
        <w:t>дорога,&lt;br /&gt;</w:t>
        <w:br/>
        <w:t>мила,&lt;br /&gt;</w:t>
        <w:br/>
        <w:t>давай прощатись тепер.&lt;br /&gt;</w:t>
        <w:br/>
        <w:t>Все одно&lt;br /&gt;</w:t>
        <w:br/>
        <w:t>кохання моє —&lt;br /&gt;</w:t>
        <w:br/>
        <w:t>це важкий тягар —&lt;br /&gt;</w:t>
        <w:br/>
        <w:t>висить на тобі,&lt;br /&gt;</w:t>
        <w:br/>
        <w:t>і не можем втекти.&lt;br /&gt;</w:t>
        <w:br/>
        <w:t>Гіркоту ображених скарг&lt;br /&gt;</w:t>
        <w:br/>
        <w:t>дай в останньому виревти.&lt;br /&gt;</w:t>
        <w:br/>
        <w:t>Якщо бика працею зморять,&lt;br /&gt;</w:t>
        <w:br/>
        <w:t>він у воду,&lt;br /&gt;</w:t>
        <w:br/>
        <w:t>занурить втомлену спину.&lt;br /&gt;</w:t>
        <w:br/>
        <w:t>Крім кохання твого,&lt;br /&gt;</w:t>
        <w:br/>
        <w:t>нема&lt;br /&gt;</w:t>
        <w:br/>
        <w:t>мені моря,&lt;br /&gt;</w:t>
        <w:br/>
        <w:t>а у твого кохання не вимолиш спочину.&lt;br /&gt;</w:t>
        <w:br/>
        <w:t>Захоче спокою змучений слон —&lt;br /&gt;</w:t>
        <w:br/>
        <w:t>царствений ляже в опожежені піски.&lt;br /&gt;</w:t>
        <w:br/>
        <w:t>Крім кохання твого,&lt;br /&gt;</w:t>
        <w:br/>
        <w:t>нема&lt;br /&gt;</w:t>
        <w:br/>
        <w:t>мені сонця,&lt;br /&gt;</w:t>
        <w:br/>
        <w:t>а я і не знаю, де і з ким ти.&lt;br /&gt;</w:t>
        <w:br/>
        <w:t>Якби так поета замучила,&lt;br /&gt;</w:t>
        <w:br/>
        <w:t>він&lt;br /&gt;</w:t>
        <w:br/>
        <w:t>кохану б на гроші і славу виміняв,&lt;br /&gt;</w:t>
        <w:br/>
        <w:t>а мені&lt;br /&gt;</w:t>
        <w:br/>
        <w:t>жоден не радісний дзвін,&lt;br /&gt;</w:t>
        <w:br/>
        <w:t>крім дзвону твого коханого імені.&lt;br /&gt;</w:t>
        <w:br/>
        <w:t>І не вип'ю отруту,&lt;br /&gt;</w:t>
        <w:br/>
        <w:t>й в пустку не піду,&lt;br /&gt;</w:t>
        <w:br/>
        <w:t>й над скронею не натисну курка залізо.&lt;br /&gt;</w:t>
        <w:br/>
        <w:t>Наді мною,&lt;br /&gt;</w:t>
        <w:br/>
        <w:t>крім твого погляду,&lt;br /&gt;</w:t>
        <w:br/>
        <w:t>влади не має жодне лезо.&lt;br /&gt;</w:t>
        <w:br/>
        <w:t>Завтра забудеш,&lt;br /&gt;</w:t>
        <w:br/>
        <w:t>що тебе коронував,&lt;br /&gt;</w:t>
        <w:br/>
        <w:t>що душу квітучу коханням випалив,&lt;br /&gt;</w:t>
        <w:br/>
        <w:t>і суєтних днів метушня й карнавал&lt;br /&gt;</w:t>
        <w:br/>
        <w:t>розшарпає збірки моїх віршів...&lt;br /&gt;</w:t>
        <w:br/>
        <w:t>Чи слів моїх сухим листям&lt;br /&gt;</w:t>
        <w:br/>
        <w:t>зможу відтягти&lt;br /&gt;</w:t>
        <w:br/>
        <w:t>розлуки строк?&lt;br /&gt;</w:t>
        <w:br/>
        <w:t>Дай хоч&lt;br /&gt;</w:t>
        <w:br/>
        <w:t>останньою ніжністю вистелити&lt;br /&gt;</w:t>
        <w:br/>
        <w:t>твого відходу крок.</w:t>
      </w:r>
    </w:p>
    <w:p>
      <w:r>
        <w:br/>
        <w:t>----------------------&lt;br /&gt;</w:t>
        <w:br/>
        <w:t>* Кручених О. (1886-1968) — російський поет-футурист,&lt;br /&gt;</w:t>
        <w:br/>
        <w:t>мається на увазі його поема "Гра у пеклі",&lt;br /&gt;</w:t>
        <w:br/>
        <w:t>написана разом з Хлєбниковим.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Лілічко! (Замість листа)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