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Літня спека</w:t>
      </w:r>
    </w:p>
    <w:p>
      <w:r>
        <w:br/>
        <w:t xml:space="preserve"> Цей віршик пишу я про ту дітвору,&lt;br /&gt;</w:t>
        <w:br/>
        <w:t>Що в місті лишається в літню пору.</w:t>
      </w:r>
    </w:p>
    <w:p>
      <w:r>
        <w:br/>
        <w:t>Добре, кому випадає нагода&lt;br /&gt;</w:t>
        <w:br/>
        <w:t>За містом пожити, на лоні природи!&lt;br /&gt;</w:t>
        <w:br/>
        <w:t>Гарно, наприклад, поїхати в гори,&lt;br /&gt;</w:t>
        <w:br/>
        <w:t>Де чисте й здорове повітря прозоре,&lt;br /&gt;</w:t>
        <w:br/>
        <w:t>Лазь там по схилах, по скелях чимдуж,&lt;br /&gt;</w:t>
        <w:br/>
        <w:t>Під водоспадом приймай собі душ...&lt;br /&gt;</w:t>
        <w:br/>
        <w:t>Ще краще на морі — там можна пляжиться,&lt;br /&gt;</w:t>
        <w:br/>
        <w:t>У хвилі хлюпаться, на сонці смажиться,&lt;br /&gt;</w:t>
        <w:br/>
        <w:t>Дивиться замріяно в далеч морську&lt;br /&gt;</w:t>
        <w:br/>
        <w:t>Чи замки й фортеці ліпити з піску.</w:t>
      </w:r>
    </w:p>
    <w:p>
      <w:r>
        <w:br/>
        <w:t>Та як у батька нема копійчини,—&lt;br /&gt;</w:t>
        <w:br/>
        <w:t>Лишається в місті бідна дитина.&lt;br /&gt;</w:t>
        <w:br/>
        <w:t>Десь на панелі лежить-загоряє,&lt;br /&gt;</w:t>
        <w:br/>
        <w:t>Якщо поблизу нема поліцая,&lt;br /&gt;</w:t>
        <w:br/>
        <w:t>Або пускає з паперу кораблики&lt;br /&gt;</w:t>
        <w:br/>
        <w:t>В стічній канаві красильної фабрики.</w:t>
      </w:r>
    </w:p>
    <w:p>
      <w:r>
        <w:br/>
        <w:t>Обрали б мене президентом, то враз&lt;br /&gt;</w:t>
        <w:br/>
        <w:t>Я видав би строгий-престрогий наказ:&lt;br /&gt;</w:t>
        <w:br/>
        <w:t>П а р а г р а ф п е р ш и й.&lt;br /&gt;</w:t>
        <w:br/>
        <w:t>Улітку всі діти&lt;br /&gt;</w:t>
        <w:br/>
        <w:t>Не мають права у місті сидіти.&lt;br /&gt;</w:t>
        <w:br/>
        <w:t>П а р а г р а ф д р у г и й.&lt;br /&gt;</w:t>
        <w:br/>
        <w:t>Для дітвори&lt;br /&gt;</w:t>
        <w:br/>
        <w:t>Відкрити безплатні морські табори.&lt;br /&gt;</w:t>
        <w:br/>
        <w:t>П а р а г р а ф т р е т і й.&lt;br /&gt;</w:t>
        <w:br/>
        <w:t>Малятам віднині&lt;br /&gt;</w:t>
        <w:br/>
        <w:t>Належать Альпи і Апенніни.&lt;br /&gt;</w:t>
        <w:br/>
        <w:t>Хто не послухає цього наказу,&lt;br /&gt;</w:t>
        <w:br/>
        <w:t>Того в тюрму посадити відразу.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Літня спека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