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Потьомкіна</w:t>
      </w:r>
    </w:p>
    <w:p>
      <w:r>
        <w:br/>
        <w:t xml:space="preserve"> Болить життя. А справи дуже древні.&lt;br /&gt;</w:t>
        <w:br/>
        <w:t>Раби — як риби, замерзає кров.&lt;br /&gt;</w:t>
        <w:br/>
        <w:t>Де були "потьомкінські деревні",&lt;br /&gt;</w:t>
        <w:br/>
        <w:t>там була й потьомкінська любов.</w:t>
      </w:r>
    </w:p>
    <w:p>
      <w:r>
        <w:br/>
        <w:t>Як любив він ту Єкатерину!&lt;br /&gt;</w:t>
        <w:br/>
        <w:t>Як міняв усмішки й парики!&lt;br /&gt;</w:t>
        <w:br/>
        <w:t>Виникали різні райські крини,&lt;br /&gt;</w:t>
        <w:br/>
        <w:t>як по мановєнію руки.</w:t>
      </w:r>
    </w:p>
    <w:p>
      <w:r>
        <w:br/>
        <w:t>Очі сині, очі сині, очі сонні! —&lt;br /&gt;</w:t>
        <w:br/>
        <w:t>від которих млосно баранів,&lt;br /&gt;</w:t>
        <w:br/>
        <w:t>на його тавричеській персоні&lt;br /&gt;</w:t>
        <w:br/>
        <w:t>залишали більма орденів.</w:t>
      </w:r>
    </w:p>
    <w:p>
      <w:r>
        <w:br/>
        <w:t>Січ розбита, край той перекраяний,&lt;br /&gt;</w:t>
        <w:br/>
        <w:t>груди в лєнтах — цілий Млєчний путь.&lt;br /&gt;</w:t>
        <w:br/>
        <w:t>Хочете, пожалста, пів-Украйни&lt;br /&gt;</w:t>
        <w:br/>
        <w:t>подарую вам на незабудь.</w:t>
      </w:r>
    </w:p>
    <w:p>
      <w:r>
        <w:br/>
        <w:t>Як він був закоханий в царицю,&lt;br /&gt;</w:t>
        <w:br/>
        <w:t>як життя їй присвятив своє!&lt;br /&gt;</w:t>
        <w:br/>
        <w:t>Навіть нам Лук'янівську в'язницю&lt;br /&gt;</w:t>
        <w:br/>
        <w:t>збудував у формі букви "Е".</w:t>
      </w:r>
    </w:p>
    <w:p>
      <w:r>
        <w:br/>
        <w:t>Це ж не те якесь там мракобісся,&lt;br /&gt;</w:t>
        <w:br/>
        <w:t>Це ж в ім'я свободи! А тепер —&lt;br /&gt;</w:t>
        <w:br/>
        <w:t>ти пиши їм, Катько, ти не бійся.&lt;br /&gt;</w:t>
        <w:br/>
        <w:t>Хай тебе привєтствує Вольтер!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Потьомкіна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