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 з Табулена</w:t>
      </w:r>
    </w:p>
    <w:p>
      <w:r>
        <w:br/>
        <w:t xml:space="preserve"> Як плив король, якоїсь там династії,&lt;br /&gt;</w:t>
        <w:br/>
        <w:t>то поки й видно ще було корму,&lt;br /&gt;</w:t>
        <w:br/>
        <w:t>усі його підцанці придунайські&lt;br /&gt;</w:t>
        <w:br/>
        <w:t>ще й навздогінці кланялись йому.</w:t>
      </w:r>
    </w:p>
    <w:p>
      <w:r>
        <w:br/>
        <w:t>Лиш табуленці, з тих усіх навколишніх, —&lt;br /&gt;</w:t>
        <w:br/>
        <w:t>і як таких тримає ще земля?! —&lt;br /&gt;</w:t>
        <w:br/>
        <w:t>не те що не стояли там навколішках,&lt;br /&gt;</w:t>
        <w:br/>
        <w:t>а навіть не вітали короля.</w:t>
      </w:r>
    </w:p>
    <w:p>
      <w:r>
        <w:br/>
        <w:t>Ні в слугах не служили, ні в ескорті,&lt;br /&gt;</w:t>
        <w:br/>
        <w:t>попихачів вважаючи за тлю.&lt;br /&gt;</w:t>
        <w:br/>
        <w:t>Король їх недолюблював, бо горді,&lt;br /&gt;</w:t>
        <w:br/>
        <w:t>це ж треба — не коритись королю!</w:t>
      </w:r>
    </w:p>
    <w:p>
      <w:r>
        <w:br/>
        <w:t>У нього військо, радники, вельможі,&lt;br /&gt;</w:t>
        <w:br/>
        <w:t>все у мундирах, в золоті, в плісе.&lt;br /&gt;</w:t>
        <w:br/>
        <w:t>А ці якісь окремі і не схожі,&lt;br /&gt;</w:t>
        <w:br/>
        <w:t>і власну думку думають про все.</w:t>
      </w:r>
    </w:p>
    <w:p>
      <w:r>
        <w:br/>
        <w:t>Але в годину найскладніших рішень,&lt;br /&gt;</w:t>
        <w:br/>
        <w:t>державних найважливіших проблем —&lt;br /&gt;</w:t>
        <w:br/>
        <w:t>не радників питав і не старійшин,&lt;br /&gt;</w:t>
        <w:br/>
        <w:t>а посилав гінців у Табулен.</w:t>
      </w:r>
    </w:p>
    <w:p>
      <w:r>
        <w:br/>
        <w:t>Бо ці придворні — публіка смиренна,&lt;br /&gt;</w:t>
        <w:br/>
        <w:t>і кожен дбає тільки про своє.&lt;br /&gt;</w:t>
        <w:br/>
        <w:t>Покличте тих — людей із Табулена.&lt;br /&gt;</w:t>
        <w:br/>
        <w:t>Ті не злукавлять, скажуть все, як 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 з Табулена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