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Мадам Андро</w:t>
      </w:r>
    </w:p>
    <w:p>
      <w:r>
        <w:br/>
        <w:t xml:space="preserve"> Яка вже там красуня з тої Анни?&lt;br /&gt;</w:t>
        <w:br/>
        <w:t>Мадам Андро давно вже у труні.&lt;br /&gt;</w:t>
        <w:br/>
        <w:t>А з гучномовця лине вечорами:&lt;br /&gt;</w:t>
        <w:br/>
        <w:t>"О не співай, красуне, при мені!"</w:t>
      </w:r>
    </w:p>
    <w:p>
      <w:r>
        <w:br/>
        <w:t>Вона стара. їй років півтораста.&lt;br /&gt;</w:t>
        <w:br/>
        <w:t>І ось воно, посмертне рандеву, —&lt;br /&gt;</w:t>
        <w:br/>
        <w:t>його арапський профіль з пінопласта&lt;br /&gt;</w:t>
        <w:br/>
        <w:t>і тінь хреста від неї на траву.</w:t>
      </w:r>
    </w:p>
    <w:p>
      <w:r>
        <w:br/>
        <w:t>Вона була красунею. А нині, —&lt;br /&gt;</w:t>
        <w:br/>
        <w:t>одна з блискучих фрейлін при дворі, —&lt;br /&gt;</w:t>
        <w:br/>
        <w:t>в маленькому містечку на Волині&lt;br /&gt;</w:t>
        <w:br/>
        <w:t>лежить вона отут в монастирі.</w:t>
      </w:r>
    </w:p>
    <w:p>
      <w:r>
        <w:br/>
        <w:t>Над нею вечір свічечку проносить.&lt;br /&gt;</w:t>
        <w:br/>
        <w:t>І хмари йдуть, великі і сумні...&lt;br /&gt;</w:t>
        <w:br/>
        <w:t>Як він благає, як він її просить:&lt;br /&gt;</w:t>
        <w:br/>
        <w:t>"О не співай, красуне, при мені!"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Мадам Андро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