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перший вірш написаний в окопі...</w:t>
      </w:r>
    </w:p>
    <w:p>
      <w:r>
        <w:br/>
        <w:t xml:space="preserve"> Мій перший вірш написаний в окопі,&lt;br /&gt;</w:t>
        <w:br/>
        <w:t>на тій сипкій од вибухів стіні,&lt;br /&gt;</w:t>
        <w:br/>
        <w:t>коли згубило зорі в гороскопі&lt;br /&gt;</w:t>
        <w:br/>
        <w:t>моє дитинство, вбите на війні.&lt;br /&gt;</w:t>
        <w:br/>
        <w:t>Лилась пожежі вулканічна лава,&lt;br /&gt;</w:t>
        <w:br/>
        <w:t>стояли в сивих кратерах сади.&lt;br /&gt;</w:t>
        <w:br/>
        <w:t>І захлиналась наша переправа&lt;br /&gt;</w:t>
        <w:br/>
        <w:t>шаленим шквалом полум'я й води.&lt;br /&gt;</w:t>
        <w:br/>
        <w:t>Був білий світ не білий вже, а чорний.&lt;br /&gt;</w:t>
        <w:br/>
        <w:t>Вогненна ніч присвічувала дню.&lt;br /&gt;</w:t>
        <w:br/>
        <w:t>І той окопчик —&lt;br /&gt;</w:t>
        <w:br/>
        <w:t>як підводний човен&lt;br /&gt;</w:t>
        <w:br/>
        <w:t>у морі диму, жаху і вогню.&lt;br /&gt;</w:t>
        <w:br/>
        <w:t>Це вже було ні зайчиком, ні вовком —&lt;br /&gt;</w:t>
        <w:br/>
        <w:t>кривавий світ, обвуглена зоря!&lt;br /&gt;</w:t>
        <w:br/>
        <w:t>А я писала мало не осколком&lt;br /&gt;</w:t>
        <w:br/>
        <w:t>великі букви, щойно з букваря.&lt;br /&gt;</w:t>
        <w:br/>
        <w:t>Мені б ще гратись в піжмурки і в класи,&lt;br /&gt;</w:t>
        <w:br/>
        <w:t>в казки літать на крилах палітур.&lt;br /&gt;</w:t>
        <w:br/>
        <w:t>А я писала вірші про фугаси,&lt;br /&gt;</w:t>
        <w:br/>
        <w:t>а я вже смерть побачила впритул.&lt;br /&gt;</w:t>
        <w:br/>
        <w:t>О перший біль тих не дитячих вражень,&lt;br /&gt;</w:t>
        <w:br/>
        <w:t>який він слід на серці залиша!&lt;br /&gt;</w:t>
        <w:br/>
        <w:t>Як невимовне віршами не скажеш,&lt;br /&gt;</w:t>
        <w:br/>
        <w:t>чи не німою зробиться душа?!&lt;br /&gt;</w:t>
        <w:br/>
        <w:t>Душа в словах — як море в перископі,&lt;br /&gt;</w:t>
        <w:br/>
        <w:t>І спомин той — як відсвіт на чолі...&lt;br /&gt;</w:t>
        <w:br/>
        <w:t>Мій перший вірш написаний в окопі.&lt;br /&gt;</w:t>
        <w:br/>
        <w:t>Він друкувався просто на землі.</w:t>
      </w:r>
    </w:p>
    <w:p>
      <w:r>
        <w:br/>
        <w:t>Джерело: Поезія, "Наукова Думка", К., 1998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перший вірш написаний в окопі...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