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Місіс Маквільямс і блискавка</w:t>
      </w:r>
    </w:p>
    <w:p>
      <w:r>
        <w:br/>
        <w:t xml:space="preserve"> &lt;p&gt;МІСІС МАКВІЛЬЯМС І БЛИСКАВКА</w:t>
      </w:r>
    </w:p>
    <w:p>
      <w:r>
        <w:br/>
        <w:t>– ...Знаєте, добродію,– провадив містер Маквільямс далі, бо почав він не з цього,– мало є в людей таких прикрих вад, як страх перед громовицею. Здебільшого властивий він жінкам, однак можна його натрапити і в собачці, а іноді й у чоловікові. Це надзвичайно прикра вада, бо ніякий більше страх не відбира так духу людині, і побороти ту ваду не можна ані вмовляючи, ані соромлячи. Жінка, що не злякалася б самого чорта чи навіть миші, враз губиться, розкисає, навісніє, щойно вдарить грім. Аж жаль тоді бере на неї дивитися.</w:t>
      </w:r>
    </w:p>
    <w:p>
      <w:r>
        <w:br/>
        <w:t>Так отож, як я вже сказав, мене розбудив здушений жалісний крик, що чувся хтозна-звідки:</w:t>
      </w:r>
    </w:p>
    <w:p>
      <w:r>
        <w:br/>
        <w:t>– Мортімере! Мортімере!</w:t>
      </w:r>
    </w:p>
    <w:p>
      <w:r>
        <w:br/>
        <w:t>Більш-менш пробуркавшись, я потемки сягнув рукою, де мала б лежати дружина, тоді питаю:</w:t>
      </w:r>
    </w:p>
    <w:p>
      <w:r>
        <w:br/>
        <w:t>– Еванджеліно, це ти кричиш? Що таке скоїлося? Де ти?</w:t>
      </w:r>
    </w:p>
    <w:p>
      <w:r>
        <w:br/>
        <w:t>– Я в шафці зачинилась. А ти посоромився б спати як колода, коли надворі така страшенна буря!</w:t>
      </w:r>
    </w:p>
    <w:p>
      <w:r>
        <w:br/>
        <w:t>– Та як же я мав соромитись, коли я спав! Де ти таке бачила, Еванджеліно! Як це можна соромитись уві сні?</w:t>
      </w:r>
    </w:p>
    <w:p>
      <w:r>
        <w:br/>
        <w:t>– Та ти, Мортімере, й не пробував – сам добре знаєш, що й не пробував!</w:t>
      </w:r>
    </w:p>
    <w:p>
      <w:r>
        <w:br/>
        <w:t>Тоді почувся здушений плач. Гостра відповідь, що вже була в мене на язиці, враз обернулась на таке:</w:t>
      </w:r>
    </w:p>
    <w:p>
      <w:r>
        <w:br/>
        <w:t>– Ну, вибач, любонько, не сердься, я ж нехотячи. Йди ляж та...</w:t>
      </w:r>
    </w:p>
    <w:p>
      <w:r>
        <w:br/>
        <w:t>– Мортімере!!!</w:t>
      </w:r>
    </w:p>
    <w:p>
      <w:r>
        <w:br/>
        <w:t>– Господи! Та що сталось, серце моє!</w:t>
      </w:r>
    </w:p>
    <w:p>
      <w:r>
        <w:br/>
        <w:t>– Ти й досі в ліжку лежиш?</w:t>
      </w:r>
    </w:p>
    <w:p>
      <w:r>
        <w:br/>
        <w:t>– Ну а де ж?!</w:t>
      </w:r>
    </w:p>
    <w:p>
      <w:r>
        <w:br/>
        <w:t>– Зараз мені встань! Хоч би задля мене та дітей поберіг трохи своє життя, як уже задля себе не хочеш!</w:t>
      </w:r>
    </w:p>
    <w:p>
      <w:r>
        <w:br/>
        <w:t>– Але ж, серденько...</w:t>
      </w:r>
    </w:p>
    <w:p>
      <w:r>
        <w:br/>
        <w:t>– Не балакай, Мортімере. Сам же добре знаєш, що в таку громовицю нема страшнішого місця, як ліжко. Про це в усіх книжках пишеться. Отже, ні, тобі неодмінно треба лежати та навмисне своїм життям легковажити казна-нащо, аби тільки зі мною посперечатися...</w:t>
      </w:r>
    </w:p>
    <w:p>
      <w:r>
        <w:br/>
        <w:t>– Та хай йому біс, Еванджеліно, я вже не лежу! Я вже...</w:t>
      </w:r>
    </w:p>
    <w:p>
      <w:r>
        <w:br/>
        <w:t>(Мене урвав раптовий спалах блискавки. Моя дружина злякано вереснула, й ту ж мить оглушливо грюкнуло).</w:t>
      </w:r>
    </w:p>
    <w:p>
      <w:r>
        <w:br/>
        <w:t>– Ну, от бач! Бачиш, що вийшло, Мортімере? Ну як таки можна в таку годину такими словами лаятись!</w:t>
      </w:r>
    </w:p>
    <w:p>
      <w:r>
        <w:br/>
        <w:t>– Я не лаюсь! І до чого тут лайка? Воно б і без моєї лайки любісінько вдарило, й ти, Еванджеліно, сама добре знаєш – чи мусила б знати,– що як повітря наснажене електрикою, то...</w:t>
      </w:r>
    </w:p>
    <w:p>
      <w:r>
        <w:br/>
        <w:t>– Авжеж, заведися знову сперечатись! Я просто не розумію, як ти можеш отак поводитися, знаючи, що на даху в нас нема громозводу й що твоя дружина та діти цілком у божій ласці. Ой! Що це ти робиш? Сірника світити! У таку годину? Ти що, зовсім сказився?</w:t>
      </w:r>
    </w:p>
    <w:p>
      <w:r>
        <w:br/>
        <w:t>– А бодай тобі, що ж тут такого? Таж темно, як у поганській душі. Я не...</w:t>
      </w:r>
    </w:p>
    <w:p>
      <w:r>
        <w:br/>
        <w:t>– Погаси! Зараз мені погаси! Чи ти нас усіх занапастити хочеш? Тобі ж відомо, що ніщо так не притягує блискавки, як світло! (Блись! Грюк! Бум-бурум-бум-бум!) О, чуєш? Тепер бачиш, що ти наробив?</w:t>
      </w:r>
    </w:p>
    <w:p>
      <w:r>
        <w:br/>
        <w:t>– Нічого я не бачу! Нехай там сірник і притягує блискавку, але ж він її не викликає, хоч ти мені що кажи! Та й не притяг її мій сірник ані на цент. Бо як воно в мій сірник мірило, то з біса кепські там стрільці! Нуль очків з мільйона можливих, я б сказав! Та в Долімаунті б таких стрільців...</w:t>
      </w:r>
    </w:p>
    <w:p>
      <w:r>
        <w:br/>
        <w:t>– Посоромся, Мортімере! Перед нами смерть видима, а ти в таку страшну хвилину не можеш свого гидкого язика придержати! Як ти не хочеш... Мортімере!!!</w:t>
      </w:r>
    </w:p>
    <w:p>
      <w:r>
        <w:br/>
        <w:t>– Ну, що?</w:t>
      </w:r>
    </w:p>
    <w:p>
      <w:r>
        <w:br/>
        <w:t>– А ти сьогодні молився на ніч?</w:t>
      </w:r>
    </w:p>
    <w:p>
      <w:r>
        <w:br/>
        <w:t>– Та... я хотів був, а тоді почав вираховувати, скільки вийде, як тринадцять помножити на дванадцять, та й...</w:t>
      </w:r>
    </w:p>
    <w:p>
      <w:r>
        <w:br/>
        <w:t>(Блись! Бум-бр-р-рум-бу-бум! Трах-ба-бабах!)</w:t>
      </w:r>
    </w:p>
    <w:p>
      <w:r>
        <w:br/>
        <w:t>– Ой, пропали ж ми, пропали навіки! Ну як ти міг! У таку негоду!</w:t>
      </w:r>
    </w:p>
    <w:p>
      <w:r>
        <w:br/>
        <w:t>– Але ж звечора не було ніякої негоди! Ані хмариночки не було! Звідки ж я міг знати, що через таку дрібничку вийде стільки гармидеру? Та й не дуже тобі личить, люба, так на мене нападатись, нібито зі мною це так-то вже часто буває! Таж не було цього, відколи через мене отой землетрус стався, ще чотири роки тому!</w:t>
      </w:r>
    </w:p>
    <w:p>
      <w:r>
        <w:br/>
        <w:t>– Мортімере!!! Що це ти кажеш? А жовту пропасницю забув?</w:t>
      </w:r>
    </w:p>
    <w:p>
      <w:r>
        <w:br/>
        <w:t>– Люба моя, доки ти накидатимеш мені ту жовту пропасницю! Це ж ні в які ворота не лізе! Таж і телеграми навіть до Мемфіса не можна послати прямим проводом, то невже такий дрібний мій прогріх міг позначитись аж он як далеко! Ну, нехай уже землетрус справді через мене, бо це ж недалеко було, але нехай мене кат візьме, як я маю нести вину за якусь пропасницю чорти батька зна де...</w:t>
      </w:r>
    </w:p>
    <w:p>
      <w:r>
        <w:br/>
        <w:t>(Блись! Бум-бр-рум-бум! Бабах!)</w:t>
      </w:r>
    </w:p>
    <w:p>
      <w:r>
        <w:br/>
        <w:t>– Ой, ой, ой! Десь ударило, я ж так і знала! Вже ми завтрашнього дня не побачимо! Ну, тішся ж тоді, Мортімере, як ми всі погинемо, що це твій язик розпусний... Мортімере!!!</w:t>
      </w:r>
    </w:p>
    <w:p>
      <w:r>
        <w:br/>
        <w:t>– Ну що? Що таке?</w:t>
      </w:r>
    </w:p>
    <w:p>
      <w:r>
        <w:br/>
        <w:t>– Твій голос якось так дуднить... Ти що, перед каміном стоїш?</w:t>
      </w:r>
    </w:p>
    <w:p>
      <w:r>
        <w:br/>
        <w:t>– Атож. А що, це такий тяжкий злочин?</w:t>
      </w:r>
    </w:p>
    <w:p>
      <w:r>
        <w:br/>
        <w:t>– Відійди! Зразу відійди! Ти, видно, таки наважився згубити нас усіх! Ти що, не знаєш, що нема кращого провідника для блискавки, як відкритий камін? А де ти тепер став?</w:t>
      </w:r>
    </w:p>
    <w:p>
      <w:r>
        <w:br/>
        <w:t>– Та ось, біля вікна.</w:t>
      </w:r>
    </w:p>
    <w:p>
      <w:r>
        <w:br/>
        <w:t>– Ой лишенько моє, чи ти з глузду з’їхав? Тікай звідти швидше! Малим дітям відомо, що це смерть – стояти біля вікна в громовицю. Ой чує моє серце, що вже я ранку не діждуся! Мортімере!</w:t>
      </w:r>
    </w:p>
    <w:p>
      <w:r>
        <w:br/>
        <w:t>– Га?</w:t>
      </w:r>
    </w:p>
    <w:p>
      <w:r>
        <w:br/>
        <w:t>– Що то там шарудить?</w:t>
      </w:r>
    </w:p>
    <w:p>
      <w:r>
        <w:br/>
        <w:t>– Це я.</w:t>
      </w:r>
    </w:p>
    <w:p>
      <w:r>
        <w:br/>
        <w:t>– А що ти робиш?</w:t>
      </w:r>
    </w:p>
    <w:p>
      <w:r>
        <w:br/>
        <w:t>– Та шукаю, де в моїх штанів верх.</w:t>
      </w:r>
    </w:p>
    <w:p>
      <w:r>
        <w:br/>
        <w:t>– Кинь! Кинь їх швидше! Ти, мабуть, навмисне хочеш надягти штани в таку годину, мовби сам добре не знаєш, що вовняні речі притягують блискавку! Це ж усі знавці кажуть! Ой горенько, мало нам тії напасті, що від природи, так тобі ще треба самому всіляко згубу на нас накликати. Ой не мугикай! Де твоя голова?</w:t>
      </w:r>
    </w:p>
    <w:p>
      <w:r>
        <w:br/>
        <w:t>– Ти ба, а це ж яка біда?</w:t>
      </w:r>
    </w:p>
    <w:p>
      <w:r>
        <w:br/>
        <w:t>– Мортімере, чи ж не казала я тобі сто разів, що від співу робляться атмосферні коливання, які переривають течію електричного плину, і... Ой нащо ж ти відчиняєш двері?</w:t>
      </w:r>
    </w:p>
    <w:p>
      <w:r>
        <w:br/>
        <w:t>– Господи боже, а з цього яка шкода?</w:t>
      </w:r>
    </w:p>
    <w:p>
      <w:r>
        <w:br/>
        <w:t>– Яка шкода? Та це ж готова смерть! Якби ти цим хоч трохи цікавився, ти б знав, що протяг затягує блискавку. Та ти ж не причинив їх! Причини як слід, та швидше, а то ми пропали. Ой, яке страхіття бути в одній хаті з божевільним у таку годину! Що ти робиш, Мортімере?!</w:t>
      </w:r>
    </w:p>
    <w:p>
      <w:r>
        <w:br/>
        <w:t>– Нічого. Тільки воду відкрутив, хочу вмитись та руки помити, бо тут душно, як у печі.</w:t>
      </w:r>
    </w:p>
    <w:p>
      <w:r>
        <w:br/>
        <w:t>– Чи в тебе вже зовсім глузду не лишилося? Таж блискавка стократ частіш у воду б’є, ніж у будь-що. Закрути крана! Ой лихо моє, бачу я, ніщо вже на світі нас не врятує. Мабуть... Ой, що це, Мортімере?!</w:t>
      </w:r>
    </w:p>
    <w:p>
      <w:r>
        <w:br/>
        <w:t>– Та це картина, бодай її... Це я звалив.</w:t>
      </w:r>
    </w:p>
    <w:p>
      <w:r>
        <w:br/>
        <w:t>– То ти біля стіни стоїш? Ну чи видано ж таку необачність! Хіба ти не чув ніколи, що стіна – то найліпший провідник для блискавки! Відійди хутчіше! І знов ти трохи не залаявся! Як уже сам гріха не боїшся, подумав би хоч, що жінка й діти в такій небезпеці! Мортімере, а ти замовив перину, як я тебе просила?</w:t>
      </w:r>
    </w:p>
    <w:p>
      <w:r>
        <w:br/>
        <w:t>– Ні. Я забув.</w:t>
      </w:r>
    </w:p>
    <w:p>
      <w:r>
        <w:br/>
        <w:t>– Він забув. А тепер, гляди, життям за це заплатиш. Якби оце була та перина, постелив би її серед хати, ліг на неї та й не бійся нічого. Залазь сюди, до мене! Залазь швидше, поки не наробив там іще яких дурниць погибельних!</w:t>
      </w:r>
    </w:p>
    <w:p>
      <w:r>
        <w:br/>
        <w:t>Я спробував убгатися до шафки, але поміститись там удвох було дуже важко, а ще як причинити дверцята, то й дихати зовсім нічим. За хвильку, трохи не задихнувшись, я виліз назад. А дружина тоді гукнула:</w:t>
      </w:r>
    </w:p>
    <w:p>
      <w:r>
        <w:br/>
        <w:t>– Мортімере, треба ж щось зробити, щоб тебе не вбило! Подай мені ту німецьку книжку, вона лежить скраю на поличці над каміном. І свічку. Та не засвічуй, дай мені сірники, я сама тут засвічу. Там у книжці щось про це пишеться.</w:t>
      </w:r>
    </w:p>
    <w:p>
      <w:r>
        <w:br/>
        <w:t>Я знайшов книжку – зваливши вазу й ще якісь порцелянові цяцьки,– і дружина зачинилася в шафці зі свічкою. Якусь хвилину я мав спокій, а тоді вона знов озвалась:</w:t>
      </w:r>
    </w:p>
    <w:p>
      <w:r>
        <w:br/>
        <w:t>– Мортімере, що там таке?</w:t>
      </w:r>
    </w:p>
    <w:p>
      <w:r>
        <w:br/>
        <w:t>– Та нічого, то кішка.</w:t>
      </w:r>
    </w:p>
    <w:p>
      <w:r>
        <w:br/>
        <w:t>– Кішка? Ой погибель наша! Спіймай її та зачини в умивальнику. Та швидше, рідненький! Адже коти повні електрики! Ні, я таки посивію за цю ніч, як жива зостанусь.</w:t>
      </w:r>
    </w:p>
    <w:p>
      <w:r>
        <w:br/>
        <w:t>І знову почулося здушене ридання. Якби не це, я б і пальцем не ворухнув для такого дикого діла – ловити поночі кішку. Та все ж довелося мені те зробити – раз у раз перечіпаючись через стільці та інші перепони, всі тверді та з гострими ріжками. Нарешті я спіймав кицьку й зачинив у тумбі вмивальника, ще доларів на чотириста наламавши меблів та понабивавши собі ноги. А тоді з шафки почувся здушений голос:</w:t>
      </w:r>
    </w:p>
    <w:p>
      <w:r>
        <w:br/>
        <w:t>– Тут пише, що найбезпечніше стояти на стільці посеред хати, а ніжки стільця треба ізолювати від підлоги, поставивши в склянки. (Блись! Бум! Бабах! Грюк!) Ой, ти чуєш? Хутчіше, Мортімере, поки тебе не вбило!</w:t>
      </w:r>
    </w:p>
    <w:p>
      <w:r>
        <w:br/>
        <w:t>Я якось примудрився дістати склянки – останні чотири, бо решту перебив, поки шукав,– ізолював ніжки стільця й спитав, що робити далі.</w:t>
      </w:r>
    </w:p>
    <w:p>
      <w:r>
        <w:br/>
        <w:t>– Тут ось пише: "W&amp;#228;hrend eines Gewitters entferne man Metalle, wie z. B., Ringe, Uhren, Schl&amp;#252;ssel, etc., von sich und halte sich auch nicht an solchen Stellen auf, wo viele Metalle beieinander liegen, oder mit anderen K&amp;#246;rpern verbunden sind, wie an Herden, Oefen, Eisengittern u. dgl".44 Що це означає, Мортімере? Чи треба держати металеві речі при собі, чи далі від себе?</w:t>
      </w:r>
    </w:p>
    <w:p>
      <w:r>
        <w:br/>
        <w:t>– А хто його зна... Важко сказати. Якось воно плутано звучить. У цих німецьких книжках усі поради якісь плутані. Все ж мені здається, що це речення стоїть скоріше в давальному відмінку, ну, хіба трохи домішано родового та знахідного, і гадаю, воно означає, що треба держати метал при собі.</w:t>
      </w:r>
    </w:p>
    <w:p>
      <w:r>
        <w:br/>
        <w:t>– Мабуть, що так. Воно, як подумати, так і має бути. Адже металеві речі, розумієш, це ніби громозвід. Начепи свою пожежницьку каску, Мортімере, вона ж майже вся металева.</w:t>
      </w:r>
    </w:p>
    <w:p>
      <w:r>
        <w:br/>
        <w:t>Я знайшов і насадив на голову каску – як на таку теплу ніч, та ще в душній кімнаті, досить важкий, недоладний і незручний головний убір. Мені навіть нічна сорочка здавалася зайва в тій духоті.</w:t>
      </w:r>
    </w:p>
    <w:p>
      <w:r>
        <w:br/>
        <w:t>– Мортімере, треба ж і тіло якось захистити. Може, ти свою міліційну шаблю начепиш?</w:t>
      </w:r>
    </w:p>
    <w:p>
      <w:r>
        <w:br/>
        <w:t>Я послухався.</w:t>
      </w:r>
    </w:p>
    <w:p>
      <w:r>
        <w:br/>
        <w:t>– А тепер, Мортімере, якось ще й ноги б годилося вбезпечити. Прищебни остроги.</w:t>
      </w:r>
    </w:p>
    <w:p>
      <w:r>
        <w:br/>
        <w:t>Я й те зробив – мовчки, насилу стримуючи роздратування.</w:t>
      </w:r>
    </w:p>
    <w:p>
      <w:r>
        <w:br/>
        <w:t>– Мортімере, ось тут пише: "Das Gewitterl&amp;#228;uten ist sehr gef&amp;#228;hrlich weil die Glocke selbst, Sowie der durch das L&amp;#228;uten veranlasste Luftzug und die H&amp;#246;he des Turmes den Blitz anziehen k&amp;#246;nnten".45 Чи це означа, що небезпечно не дзвонити в церковні дзвони під громовицю?</w:t>
      </w:r>
    </w:p>
    <w:p>
      <w:r>
        <w:br/>
        <w:t>– Авжеж, здається, що так,– якщо там дієприкметник минулого часу в називному відмінку однини, а по-моєму, так воно й є. Справді, це, мабуть, означає, що через велику височину дзвіниці та відсутність Luftzug’у дуже небезпечно (selir gef&amp;#228;hrlich) не дзвонити у дзвони під час бурі, а крім того, бачиш же, що й сама будова речення...</w:t>
      </w:r>
    </w:p>
    <w:p>
      <w:r>
        <w:br/>
        <w:t>– Менше з тим, Мортімере, не марнуй дорогого часу на балачки. Візьми великого обіднього дзвоника, він висить у передпокої. Та швидше, рідненький, це ж порятунок. Ох, ненечко, здається, ми таки живі будемо!</w:t>
      </w:r>
    </w:p>
    <w:p>
      <w:r>
        <w:br/>
        <w:t>Наша дачка, щоб ви знали, стоїть на вершку високого пагорба, що панує над долиною. В сусідстві є кілька ферм, найближча ярдів за триста-чотириста від нас.</w:t>
      </w:r>
    </w:p>
    <w:p>
      <w:r>
        <w:br/>
        <w:t>Залізши на стілець, я калатав у той жахливий дзвоник хвилин сім чи вісім, коли нараз хтось розчинив знадвору віконниці, в кімнату впав яскравий промінь з ліхтаря, і чийсь хрипкий голос запитав:</w:t>
      </w:r>
    </w:p>
    <w:p>
      <w:r>
        <w:br/>
        <w:t>– Що тут у лихої години скоїлося?!</w:t>
      </w:r>
    </w:p>
    <w:p>
      <w:r>
        <w:br/>
        <w:t>У вікні я побачив повно облич, а на тих обличчях повно очей, що нестямно витріщились на мою нічну сорочку та вояцьке спорядження.</w:t>
      </w:r>
    </w:p>
    <w:p>
      <w:r>
        <w:br/>
        <w:t>Я кинув дзвоника, сплигнув зі стільця, вкрай зніяковілий, і пояснив:</w:t>
      </w:r>
    </w:p>
    <w:p>
      <w:r>
        <w:br/>
        <w:t>– Нічого не скоїлося, хлопці, просто невеличкий переполох через громовицю. Я намагався відвести блискавку.</w:t>
      </w:r>
    </w:p>
    <w:p>
      <w:r>
        <w:br/>
        <w:t>– Яку громовицю? Яку блискавку? Чи ви, Маквільямсе, з глузду зсунулися? Ось яка ніч яснісінька, ніякої громовиці нема й не було.</w:t>
      </w:r>
    </w:p>
    <w:p>
      <w:r>
        <w:br/>
        <w:t>Я визирнув у вікно й так здивувався, що зразу й слова не міг вимовити. Потім сказав:</w:t>
      </w:r>
    </w:p>
    <w:p>
      <w:r>
        <w:br/>
        <w:t>– Нічого не розумію. Ми виразно бачили сполохи крізь завіси й віконниці і чули грім.</w:t>
      </w:r>
    </w:p>
    <w:p>
      <w:r>
        <w:br/>
        <w:t>Сусіди мої один по одному попадали з реготу; двоє так і не встали, сердеги. А один з тих, що лишилися живі, зауважив:</w:t>
      </w:r>
    </w:p>
    <w:p>
      <w:r>
        <w:br/>
        <w:t>– Шкода, що ви не здогадалися відчинити вікно та поглянути он на той вершок. То ж ви гармату чули і бачили спалахи пострілів. Опівночі телеграма надійшла, що Гарфілда обрано президентом, ото й салютували.</w:t>
      </w:r>
    </w:p>
    <w:p>
      <w:r>
        <w:br/>
        <w:t>– Еге ж, містере Твене,– докінчив містер Маквільямс,– як я вам уже сказав напочатку, стільки є правил, як уберегтися від громовиці, й такі вони досконалі, що я просто не годен збагнути, як це дехто примудряється попасти під блискавку.</w:t>
      </w:r>
    </w:p>
    <w:p>
      <w:r>
        <w:br/>
        <w:t>По тих словах він узяв свого саквояжа та парасольку і вийшов, бо поїзд саме зупинився на його станції.</w:t>
      </w:r>
    </w:p>
    <w:p>
      <w:r>
        <w:br/>
        <w:t>1880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Місіс Маквільямс і блискавка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