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 Хрін та його пси</w:t>
      </w:r>
    </w:p>
    <w:p>
      <w:r>
        <w:br/>
        <w:t xml:space="preserve"> СВІЙ ДО СВОГО</w:t>
      </w:r>
    </w:p>
    <w:p>
      <w:r>
        <w:br/>
        <w:t>І</w:t>
      </w:r>
    </w:p>
    <w:p>
      <w:r>
        <w:br/>
        <w:t>Проліски життя</w:t>
      </w:r>
    </w:p>
    <w:p>
      <w:r>
        <w:br/>
        <w:t>Це були тяжкі години...&lt;br /&gt;</w:t>
        <w:br/>
        <w:t>Скрізь по цілій Україні&lt;br /&gt;</w:t>
        <w:br/>
        <w:t>Лютий голод панував...&lt;br /&gt;</w:t>
        <w:br/>
        <w:t>Хто не вмер, то смерті ждав.</w:t>
      </w:r>
    </w:p>
    <w:p>
      <w:r>
        <w:br/>
        <w:t>І в цей час страшний у Жучки,&lt;br /&gt;</w:t>
        <w:br/>
        <w:t>На городі Клима Щучки,&lt;br /&gt;</w:t>
        <w:br/>
        <w:t>Народились в бур'яні&lt;br /&gt;</w:t>
        <w:br/>
        <w:t>Цуценяточка дрібні.</w:t>
      </w:r>
    </w:p>
    <w:p>
      <w:r>
        <w:br/>
        <w:t>Діти що робить, не знали,&lt;br /&gt;</w:t>
        <w:br/>
        <w:t>Цуценят на руки брали,&lt;br /&gt;</w:t>
        <w:br/>
        <w:t>Танцювати вчили їх...&lt;br /&gt;</w:t>
        <w:br/>
        <w:t>Був навколо крик і сміх.</w:t>
      </w:r>
    </w:p>
    <w:p>
      <w:r>
        <w:br/>
        <w:t>Бідна Жучка метушилась&lt;br /&gt;</w:t>
        <w:br/>
        <w:t>І, не знати як, живилась...&lt;br /&gt;</w:t>
        <w:br/>
        <w:t>І нарешті схудла так,&lt;br /&gt;</w:t>
        <w:br/>
        <w:t>Що лишився сам кістяк.</w:t>
      </w:r>
    </w:p>
    <w:p>
      <w:r>
        <w:br/>
        <w:t>Бачив Клим, що зле скінчиться...&lt;br /&gt;</w:t>
        <w:br/>
        <w:t>Хоч воно і не годиться,&lt;br /&gt;</w:t>
        <w:br/>
        <w:t>Але вирішив з жалю:&lt;br /&gt;</w:t>
        <w:br/>
        <w:t>"Однесу їх і втоплю".</w:t>
      </w:r>
    </w:p>
    <w:p>
      <w:r>
        <w:br/>
        <w:t>Цуценяток трьох маленьких&lt;br /&gt;</w:t>
        <w:br/>
        <w:t>Обережно взяв від неньки,&lt;br /&gt;</w:t>
        <w:br/>
        <w:t>Ледве втримався від сліз&lt;br /&gt;</w:t>
        <w:br/>
        <w:t>І на річку їх поніс.</w:t>
      </w:r>
    </w:p>
    <w:p>
      <w:r>
        <w:br/>
        <w:t>Два пішло на дно, втопилось,&lt;br /&gt;</w:t>
        <w:br/>
        <w:t>А одно змагалось, билось,&lt;br /&gt;</w:t>
        <w:br/>
        <w:t>Врешті вилізло сліпе,&lt;br /&gt;</w:t>
        <w:br/>
        <w:t>Цілком мокре і слабе.</w:t>
      </w:r>
    </w:p>
    <w:p>
      <w:r>
        <w:br/>
        <w:t>Наче казка смарагдова,&lt;br /&gt;</w:t>
        <w:br/>
        <w:t>Зеленіла ніч майова —&lt;br /&gt;</w:t>
        <w:br/>
        <w:t>Повна чару і тепла —&lt;br /&gt;</w:t>
        <w:br/>
        <w:t>І зогріла, як могла.</w:t>
      </w:r>
    </w:p>
    <w:p>
      <w:r>
        <w:br/>
        <w:t>Обсушила цуценятко,&lt;br /&gt;</w:t>
        <w:br/>
        <w:t>На траву поклала спатки&lt;br /&gt;</w:t>
        <w:br/>
        <w:t>І прикрила лопушком,&lt;br /&gt;</w:t>
        <w:br/>
        <w:t>Наче теплим кожушком.</w:t>
      </w:r>
    </w:p>
    <w:p>
      <w:r>
        <w:br/>
        <w:t>Цуценятко поскавчало,&lt;br /&gt;</w:t>
        <w:br/>
        <w:t>Потрусилося чимало,&lt;br /&gt;</w:t>
        <w:br/>
        <w:t>Та на крилах сон злетів,—&lt;br /&gt;</w:t>
        <w:br/>
        <w:t>Песик ліг і занімів.</w:t>
      </w:r>
    </w:p>
    <w:p>
      <w:r>
        <w:br/>
        <w:t>ІІ</w:t>
      </w:r>
    </w:p>
    <w:p>
      <w:r>
        <w:br/>
        <w:t>В лісі</w:t>
      </w:r>
    </w:p>
    <w:p>
      <w:r>
        <w:br/>
        <w:t>Довго б спало цуценятко,&lt;br /&gt;</w:t>
        <w:br/>
        <w:t>Але нагло оченятка&lt;br /&gt;</w:t>
        <w:br/>
        <w:t>Розтулилися самі,&lt;br /&gt;</w:t>
        <w:br/>
        <w:t>І прийшов кінець пітьмі.</w:t>
      </w:r>
    </w:p>
    <w:p>
      <w:r>
        <w:br/>
        <w:t>Цуценятко здивувалось:&lt;br /&gt;</w:t>
        <w:br/>
        <w:t>Море сяйва розливалось!..&lt;br /&gt;</w:t>
        <w:br/>
        <w:t>Звідки, думає, взялось?..&lt;br /&gt;</w:t>
        <w:br/>
        <w:t>Раз вже плавать довелось...</w:t>
      </w:r>
    </w:p>
    <w:p>
      <w:r>
        <w:br/>
        <w:t>Підняло головку вгору,&lt;br /&gt;</w:t>
        <w:br/>
        <w:t>Баче там блакить прозору.&lt;br /&gt;</w:t>
        <w:br/>
        <w:t>Біле щось по ній пливе&lt;br /&gt;</w:t>
        <w:br/>
        <w:t>І його пливти зове.</w:t>
      </w:r>
    </w:p>
    <w:p>
      <w:r>
        <w:br/>
        <w:t>Коли — зирк! Над ним високо&lt;br /&gt;</w:t>
        <w:br/>
        <w:t>Зупинилось чиєсь око,&lt;br /&gt;</w:t>
        <w:br/>
        <w:t>Наскрізь дивиться, пече&lt;br /&gt;</w:t>
        <w:br/>
        <w:t>Вухо, шию і плече.</w:t>
      </w:r>
    </w:p>
    <w:p>
      <w:r>
        <w:br/>
        <w:t>Цуценятко налякалось,&lt;br /&gt;</w:t>
        <w:br/>
        <w:t>Під лопух, в траву сховалось,&lt;br /&gt;</w:t>
        <w:br/>
        <w:t>Пильно стежити взялось:&lt;br /&gt;</w:t>
        <w:br/>
        <w:t>Підозрілим все здалось...</w:t>
      </w:r>
    </w:p>
    <w:p>
      <w:r>
        <w:br/>
        <w:t>Око вище забирало,&lt;br /&gt;</w:t>
        <w:br/>
        <w:t>Дужче гріло, припікало,&lt;br /&gt;</w:t>
        <w:br/>
        <w:t>Та ніхто страху не мав:&lt;br /&gt;</w:t>
        <w:br/>
        <w:t>Той цвірінькав, той співав.</w:t>
      </w:r>
    </w:p>
    <w:p>
      <w:r>
        <w:br/>
        <w:t>Щебетало все навколо...&lt;br /&gt;</w:t>
        <w:br/>
        <w:t>Але в шлунку закололо,&lt;br /&gt;</w:t>
        <w:br/>
        <w:t>Наче голка з будячка:&lt;br /&gt;</w:t>
        <w:br/>
        <w:t>Захотілось молочка...</w:t>
      </w:r>
    </w:p>
    <w:p>
      <w:r>
        <w:br/>
        <w:t>Цуценятко заскавчало,&lt;br /&gt;</w:t>
        <w:br/>
        <w:t>Всіх у лісі схвилювало...&lt;br /&gt;</w:t>
        <w:br/>
        <w:t>Навіть деякі пташки&lt;br /&gt;</w:t>
        <w:br/>
        <w:t>Утирали і слізки.</w:t>
      </w:r>
    </w:p>
    <w:p>
      <w:r>
        <w:br/>
        <w:t>Двічі вивірка спускалась,&lt;br /&gt;</w:t>
        <w:br/>
        <w:t>Нахилялась, приглядалась:&lt;br /&gt;</w:t>
        <w:br/>
        <w:t>Що воно за звір скавчить?..&lt;br /&gt;</w:t>
        <w:br/>
        <w:t>Може, кіт?.. Та кіт нявчить.</w:t>
      </w:r>
    </w:p>
    <w:p>
      <w:r>
        <w:br/>
        <w:t>І орішка золотого,&lt;br /&gt;</w:t>
        <w:br/>
        <w:t>Щоб забавити малого,&lt;br /&gt;</w:t>
        <w:br/>
        <w:t>Вона кинула... На гріх&lt;br /&gt;</w:t>
        <w:br/>
        <w:t>Влучив в голову горіх.</w:t>
      </w:r>
    </w:p>
    <w:p>
      <w:r>
        <w:br/>
        <w:t>Цуценя ще дужче в сльози..&lt;br /&gt;</w:t>
        <w:br/>
        <w:t>Захитались трави, лози,&lt;br /&gt;</w:t>
        <w:br/>
        <w:t>А дзвіночки й будяки&lt;br /&gt;</w:t>
        <w:br/>
        <w:t>Посхиляли головки.</w:t>
      </w:r>
    </w:p>
    <w:p>
      <w:r>
        <w:br/>
        <w:t>Цуценятко стало лізти,&lt;br /&gt;</w:t>
        <w:br/>
        <w:t>Але так хотілось їсти,&lt;br /&gt;</w:t>
        <w:br/>
        <w:t>Так боліло в животі,&lt;br /&gt;</w:t>
        <w:br/>
        <w:t>Як ніколи ще в житті.</w:t>
      </w:r>
    </w:p>
    <w:p>
      <w:r>
        <w:br/>
        <w:t>Що було б — сказати годі...&lt;br /&gt;</w:t>
        <w:br/>
        <w:t>Та нам завжди у негоді&lt;br /&gt;</w:t>
        <w:br/>
        <w:t>Щось на поміч прийде враз&lt;br /&gt;</w:t>
        <w:br/>
        <w:t>І спасе від лиха нас.</w:t>
      </w:r>
    </w:p>
    <w:p>
      <w:r>
        <w:br/>
        <w:t>І воно прийшло, кудлате,&lt;br /&gt;</w:t>
        <w:br/>
        <w:t>Але ніжне, наче мати,&lt;br /&gt;</w:t>
        <w:br/>
        <w:t>За потилицю взяло&lt;br /&gt;</w:t>
        <w:br/>
        <w:t>І, піднявши, понесло.</w:t>
      </w:r>
    </w:p>
    <w:p>
      <w:r>
        <w:br/>
        <w:t>Це зробила тітка Біла,&lt;br /&gt;</w:t>
        <w:br/>
        <w:t>Уже досить здичавіла:&lt;br /&gt;</w:t>
        <w:br/>
        <w:t>Із голодного села&lt;br /&gt;</w:t>
        <w:br/>
        <w:t>В ліс давно вона втекла.</w:t>
      </w:r>
    </w:p>
    <w:p>
      <w:r>
        <w:br/>
        <w:t>Мала страх, що з нею буде&lt;br /&gt;</w:t>
        <w:br/>
        <w:t>Як з Рябком зробили люди.&lt;br /&gt;</w:t>
        <w:br/>
        <w:t>Що — вже знають на селі&lt;br /&gt;</w:t>
        <w:br/>
        <w:t>І великі, і малі.</w:t>
      </w:r>
    </w:p>
    <w:p>
      <w:r>
        <w:br/>
        <w:t>Не втекла сама з ганьбою,&lt;br /&gt;</w:t>
        <w:br/>
        <w:t>А й синка взяла з собою...&lt;br /&gt;</w:t>
        <w:br/>
        <w:t>Озирнулась — і гайда,</w:t>
      </w:r>
    </w:p>
    <w:p>
      <w:r>
        <w:br/>
        <w:t>Там, де ліс, кущі, вода.</w:t>
      </w:r>
    </w:p>
    <w:p>
      <w:r>
        <w:br/>
        <w:t>Тут, між скелями стрімкими,&lt;br /&gt;</w:t>
        <w:br/>
        <w:t>Під ялинами густими,&lt;br /&gt;</w:t>
        <w:br/>
        <w:t>Де стоїть і вдень пітьма,&lt;br /&gt;</w:t>
        <w:br/>
        <w:t>Ямку вигребла сама.</w:t>
      </w:r>
    </w:p>
    <w:p>
      <w:r>
        <w:br/>
        <w:t>І без гомону, без тріску,&lt;br /&gt;</w:t>
        <w:br/>
        <w:t>Наче в затишку колиску,&lt;br /&gt;</w:t>
        <w:br/>
        <w:t>Положила там синка...&lt;br /&gt;</w:t>
        <w:br/>
        <w:t>Постіль тепла і м'яка.</w:t>
      </w:r>
    </w:p>
    <w:p>
      <w:r>
        <w:br/>
        <w:t>Спочатку прийшлось без звички&lt;br /&gt;</w:t>
        <w:br/>
        <w:t>Попоїсти і травички&lt;br /&gt;</w:t>
        <w:br/>
        <w:t>І поїсти корінця —&lt;br /&gt;</w:t>
        <w:br/>
        <w:t>Ані хліба, ні м'ясця!</w:t>
      </w:r>
    </w:p>
    <w:p>
      <w:r>
        <w:br/>
        <w:t>Зле жилося... Невимовно!&lt;br /&gt;</w:t>
        <w:br/>
        <w:t>Але в шлунку було повно,&lt;br /&gt;</w:t>
        <w:br/>
        <w:t>І ставало молока&lt;br /&gt;</w:t>
        <w:br/>
        <w:t>Для маленького синка.</w:t>
      </w:r>
    </w:p>
    <w:p>
      <w:r>
        <w:br/>
        <w:t>Поблизу шуміла річка,&lt;br /&gt;</w:t>
        <w:br/>
        <w:t>Викидалася плотичка...&lt;br /&gt;</w:t>
        <w:br/>
        <w:t>От би рибку! Боже мій!&lt;br /&gt;</w:t>
        <w:br/>
        <w:t>Та піймать її зумій!</w:t>
      </w:r>
    </w:p>
    <w:p>
      <w:r>
        <w:br/>
        <w:t>Біла стежила, дивилась&lt;br /&gt;</w:t>
        <w:br/>
        <w:t>І у видри научилась...&lt;br /&gt;</w:t>
        <w:br/>
        <w:t>Ранок ще не пролетить,&lt;br /&gt;</w:t>
        <w:br/>
        <w:t>А вже рибка і хрумтить.</w:t>
      </w:r>
    </w:p>
    <w:p>
      <w:r>
        <w:br/>
        <w:t>Раз колись в негоду Біла&lt;br /&gt;</w:t>
        <w:br/>
        <w:t>Марно цілий день сиділа&lt;br /&gt;</w:t>
        <w:br/>
        <w:t>(Не було вже так давно) —&lt;br /&gt;</w:t>
        <w:br/>
        <w:t>Все сховалося на дно.</w:t>
      </w:r>
    </w:p>
    <w:p>
      <w:r>
        <w:br/>
        <w:t>Повтікали наче з річки&lt;br /&gt;</w:t>
        <w:br/>
        <w:t>Красноперочки, плотички...&lt;br /&gt;</w:t>
        <w:br/>
        <w:t>Чатував лише щупак,&lt;br /&gt;</w:t>
        <w:br/>
        <w:t>Та з нори дивився рак.</w:t>
      </w:r>
    </w:p>
    <w:p>
      <w:r>
        <w:br/>
        <w:t>Аж ворушиться травичка...&lt;br /&gt;</w:t>
        <w:br/>
        <w:t>Зирк! — а в ній руденька мишка,&lt;br /&gt;</w:t>
        <w:br/>
        <w:t>Забуваючи про все,&lt;br /&gt;</w:t>
        <w:br/>
        <w:t>Корінець якийсь гризе.</w:t>
      </w:r>
    </w:p>
    <w:p>
      <w:r>
        <w:br/>
        <w:t>Чом би мишки не піймати?&lt;br /&gt;</w:t>
        <w:br/>
        <w:t>Як на смак покуштувати?&lt;br /&gt;</w:t>
        <w:br/>
        <w:t>Трошки пахне,— не біда,&lt;br /&gt;</w:t>
        <w:br/>
        <w:t>Коли близько є вода.</w:t>
      </w:r>
    </w:p>
    <w:p>
      <w:r>
        <w:br/>
        <w:t>Відчуваючи відразу,&lt;br /&gt;</w:t>
        <w:br/>
        <w:t>Проковтнула всю відразу&lt;br /&gt;</w:t>
        <w:br/>
        <w:t>І водою запила...&lt;br /&gt;</w:t>
        <w:br/>
        <w:t>"Шкода,— каже,— що мала!"</w:t>
      </w:r>
    </w:p>
    <w:p>
      <w:r>
        <w:br/>
        <w:t>Біла й далі не журилась&lt;br /&gt;</w:t>
        <w:br/>
        <w:t>І ловити научилась&lt;br /&gt;</w:t>
        <w:br/>
        <w:t>То кертичок, то зайців,&lt;br /&gt;</w:t>
        <w:br/>
        <w:t>Навіть ситих їжачків.</w:t>
      </w:r>
    </w:p>
    <w:p>
      <w:r>
        <w:br/>
        <w:t>І безжурно над водою&lt;br /&gt;</w:t>
        <w:br/>
        <w:t>Під ялиною густою&lt;br /&gt;</w:t>
        <w:br/>
        <w:t>Пролітали літні дні&lt;br /&gt;</w:t>
        <w:br/>
        <w:t>Й ночі теплі, лагідні...</w:t>
      </w:r>
    </w:p>
    <w:p>
      <w:r>
        <w:br/>
        <w:t>Ось сюди, коли скавчання&lt;br /&gt;</w:t>
        <w:br/>
        <w:t>Враз почула, без вагання&lt;br /&gt;</w:t>
        <w:br/>
        <w:t>Сина кинула, біжить...&lt;br /&gt;</w:t>
        <w:br/>
        <w:t>Зирк! — аж небіж це скавчить.</w:t>
      </w:r>
    </w:p>
    <w:p>
      <w:r>
        <w:br/>
        <w:t>Що з ним сталося,— не знала,&lt;br /&gt;</w:t>
        <w:br/>
        <w:t>Та і знати не бажала.&lt;br /&gt;</w:t>
        <w:br/>
        <w:t>Коли зле комусь, біжи&lt;br /&gt;</w:t>
        <w:br/>
        <w:t>І, чим можеш, поможи.</w:t>
      </w:r>
    </w:p>
    <w:p>
      <w:r>
        <w:br/>
        <w:t>Принесла, поклала в ямку&lt;br /&gt;</w:t>
        <w:br/>
        <w:t>І зробила з себе мамку:&lt;br /&gt;</w:t>
        <w:br/>
        <w:t>Стане в неї молока&lt;br /&gt;</w:t>
        <w:br/>
        <w:t>І для сина, й приймака.</w:t>
      </w:r>
    </w:p>
    <w:p>
      <w:r>
        <w:br/>
        <w:t>Та минуло красне літо,&lt;br /&gt;</w:t>
        <w:br/>
        <w:t>Вітер щось завив сердито...&lt;br /&gt;</w:t>
        <w:br/>
        <w:t>Зирк! — аз неба і сама&lt;br /&gt;</w:t>
        <w:br/>
        <w:t>Вже спускається зима.</w:t>
      </w:r>
    </w:p>
    <w:p>
      <w:r>
        <w:br/>
        <w:t>На санки, як пані, сіла,&lt;br /&gt;</w:t>
        <w:br/>
        <w:t>Білу свитку розпустила,&lt;br /&gt;</w:t>
        <w:br/>
        <w:t>Вкрила полами поля,—&lt;br /&gt;</w:t>
        <w:br/>
        <w:t>Лист пожовклий замела.</w:t>
      </w:r>
    </w:p>
    <w:p>
      <w:r>
        <w:br/>
        <w:t>Щоб сушились на морозі,&lt;br /&gt;</w:t>
        <w:br/>
        <w:t>Розстелила на дорозі,&lt;br /&gt;</w:t>
        <w:br/>
        <w:t>Почепила на кілки&lt;br /&gt;</w:t>
        <w:br/>
        <w:t>Скатертини, рушники.</w:t>
      </w:r>
    </w:p>
    <w:p>
      <w:r>
        <w:br/>
        <w:t>Одягла усім на вуха&lt;br /&gt;</w:t>
        <w:br/>
        <w:t>То шапки, то капелюхи,&lt;br /&gt;</w:t>
        <w:br/>
        <w:t>З вовни білої свитки,&lt;br /&gt;</w:t>
        <w:br/>
        <w:t>Сріблом вишиті хустки.</w:t>
      </w:r>
    </w:p>
    <w:p>
      <w:r>
        <w:br/>
        <w:t>Тим, що в літі пряла, ткала,&lt;br /&gt;</w:t>
        <w:br/>
        <w:t>Як на свято, всіх прибрала&lt;br /&gt;</w:t>
        <w:br/>
        <w:t>І Морозика-дідка&lt;br /&gt;</w:t>
        <w:br/>
        <w:t>Найняла за скрипака.</w:t>
      </w:r>
    </w:p>
    <w:p>
      <w:r>
        <w:br/>
        <w:t>Цуценятка здивувались,&lt;br /&gt;</w:t>
        <w:br/>
        <w:t>Під ялину заховались&lt;br /&gt;</w:t>
        <w:br/>
        <w:t>І дивились крізь гілки&lt;br /&gt;</w:t>
        <w:br/>
        <w:t>На пушиночки легкі.</w:t>
      </w:r>
    </w:p>
    <w:p>
      <w:r>
        <w:br/>
        <w:t>Та пройшла якась година,&lt;br /&gt;</w:t>
        <w:br/>
        <w:t>І вони вже по коліна&lt;br /&gt;</w:t>
        <w:br/>
        <w:t>В лісі, в полі, на лугу&lt;br /&gt;</w:t>
        <w:br/>
        <w:t>Грузнуть весело в снігу.</w:t>
      </w:r>
    </w:p>
    <w:p>
      <w:r>
        <w:br/>
        <w:t>Коли нагло заєць косий —&lt;br /&gt;</w:t>
        <w:br/>
        <w:t>З-під самісінького носа!&lt;br /&gt;</w:t>
        <w:br/>
        <w:t>З снігу вискочив і зник...&lt;br /&gt;</w:t>
        <w:br/>
        <w:t>Цуценята в галас, в крик!</w:t>
      </w:r>
    </w:p>
    <w:p>
      <w:r>
        <w:br/>
        <w:t>І за ним! Аж пух із снігу!&lt;br /&gt;</w:t>
        <w:br/>
        <w:t>В воду вскочили з розбігу,&lt;br /&gt;</w:t>
        <w:br/>
        <w:t>Геть порвали голоси&lt;br /&gt;</w:t>
        <w:br/>
        <w:t>І подряпали носи.</w:t>
      </w:r>
    </w:p>
    <w:p>
      <w:r>
        <w:br/>
        <w:t>Аж до сутіні ганялись...&lt;br /&gt;</w:t>
        <w:br/>
        <w:t>Вдома страшно хвилювались:&lt;br /&gt;</w:t>
        <w:br/>
        <w:t>"Хоч би вістку хто приніс..."&lt;br /&gt;</w:t>
        <w:br/>
        <w:t>Та мовчав понурий ліс.</w:t>
      </w:r>
    </w:p>
    <w:p>
      <w:r>
        <w:br/>
        <w:t>Вдвох приплентались аж рано...&lt;br /&gt;</w:t>
        <w:br/>
        <w:t>Виглядали... ой, погано!..&lt;br /&gt;</w:t>
        <w:br/>
        <w:t>Сама шкура та кістки,&lt;br /&gt;</w:t>
        <w:br/>
        <w:t>Хоч і їли дрижаки.</w:t>
      </w:r>
    </w:p>
    <w:p>
      <w:r>
        <w:br/>
        <w:t>Мати з радощів скакала,&lt;br /&gt;</w:t>
        <w:br/>
        <w:t>Обнімала, цілувала,&lt;br /&gt;</w:t>
        <w:br/>
        <w:t>І, махаючи хвостом,&lt;br /&gt;</w:t>
        <w:br/>
        <w:t>Все лизала язиком.</w:t>
      </w:r>
    </w:p>
    <w:p>
      <w:r>
        <w:br/>
        <w:t>Хоч мисливці і поснули,&lt;br /&gt;</w:t>
        <w:br/>
        <w:t>А про зайця не забули:&lt;br /&gt;</w:t>
        <w:br/>
        <w:t>Бігли, гавкали, сплючи,&lt;br /&gt;</w:t>
        <w:br/>
        <w:t>І кололись скавучи.</w:t>
      </w:r>
    </w:p>
    <w:p>
      <w:r>
        <w:br/>
        <w:t>Цілий день і ніч проспали,&lt;br /&gt;</w:t>
        <w:br/>
        <w:t>А збудившись, постогнали&lt;br /&gt;</w:t>
        <w:br/>
        <w:t>І, не ївши (не біда!),&lt;br /&gt;</w:t>
        <w:br/>
        <w:t>Знов за зайчиком гайда!</w:t>
      </w:r>
    </w:p>
    <w:p>
      <w:r>
        <w:br/>
        <w:t>Куцохвостий, довговухий,&lt;br /&gt;</w:t>
        <w:br/>
        <w:t>Хоч і спав, а пильно слухав,&lt;br /&gt;</w:t>
        <w:br/>
        <w:t>Шуми, шелести ловив&lt;br /&gt;</w:t>
        <w:br/>
        <w:t>І все вухами водив.</w:t>
      </w:r>
    </w:p>
    <w:p>
      <w:r>
        <w:br/>
        <w:t>Та мисливці наче знали&lt;br /&gt;</w:t>
        <w:br/>
        <w:t>І тихенько шкутильгали&lt;br /&gt;</w:t>
        <w:br/>
        <w:t>Ще по свіжому сліду:&lt;br /&gt;</w:t>
        <w:br/>
        <w:t>Кожний мав якусь біду.</w:t>
      </w:r>
    </w:p>
    <w:p>
      <w:r>
        <w:br/>
        <w:t>Коли вітер збоку тягне...&lt;br /&gt;</w:t>
        <w:br/>
        <w:t>І правдивим зайцем пахне...&lt;br /&gt;</w:t>
        <w:br/>
        <w:t>Стрепенулись, стали пси&lt;br /&gt;</w:t>
        <w:br/>
        <w:t>І наставили носи.</w:t>
      </w:r>
    </w:p>
    <w:p>
      <w:r>
        <w:br/>
        <w:t>Раді, сповнені надії,&lt;br /&gt;</w:t>
        <w:br/>
        <w:t>Простягли кудлаті шиї,&lt;br /&gt;</w:t>
        <w:br/>
        <w:t>Переглянулись — і... плиг!&lt;br /&gt;</w:t>
        <w:br/>
        <w:t>Зайчик ходу, та не встиг...</w:t>
      </w:r>
    </w:p>
    <w:p>
      <w:r>
        <w:br/>
        <w:t>З того часу вже щоранку&lt;br /&gt;</w:t>
        <w:br/>
        <w:t>Виряджала мати з ганку&lt;br /&gt;</w:t>
        <w:br/>
        <w:t>Двох завзятих мисливців —&lt;br /&gt;</w:t>
        <w:br/>
        <w:t>Пострах лисів і зайців.</w:t>
      </w:r>
    </w:p>
    <w:p>
      <w:r>
        <w:br/>
        <w:t>ІІІ</w:t>
      </w:r>
    </w:p>
    <w:p>
      <w:r>
        <w:br/>
        <w:t>На власних ногах</w:t>
      </w:r>
    </w:p>
    <w:p>
      <w:r>
        <w:br/>
        <w:t>Білій житись легше стало,&lt;br /&gt;</w:t>
        <w:br/>
        <w:t>Вже живіт не підтягало:&lt;br /&gt;</w:t>
        <w:br/>
        <w:t>Як самій не повезе,&lt;br /&gt;</w:t>
        <w:br/>
        <w:t>Хтось з синочків принесе.</w:t>
      </w:r>
    </w:p>
    <w:p>
      <w:r>
        <w:br/>
        <w:t>Їх уже і не пізнати:&lt;br /&gt;</w:t>
        <w:br/>
        <w:t>Величезні, волохаті...&lt;br /&gt;</w:t>
        <w:br/>
        <w:t>А хвостища!.. Мали жах&lt;br /&gt;</w:t>
        <w:br/>
        <w:t>І ведмідь, і вовк в кущах.</w:t>
      </w:r>
    </w:p>
    <w:p>
      <w:r>
        <w:br/>
        <w:t>І пішли чутки по лісу,&lt;br /&gt;</w:t>
        <w:br/>
        <w:t>Що Бог зна, відкіль взялися&lt;br /&gt;</w:t>
        <w:br/>
        <w:t>Ще невидані, нові&lt;br /&gt;</w:t>
        <w:br/>
        <w:t>Дві потвори лісові.</w:t>
      </w:r>
    </w:p>
    <w:p>
      <w:r>
        <w:br/>
        <w:t>Що вовки, ведмеді, лиси&lt;br /&gt;</w:t>
        <w:br/>
        <w:t>З жаху вже не раз тряслися,&lt;br /&gt;</w:t>
        <w:br/>
        <w:t>Як толочили вони&lt;br /&gt;</w:t>
        <w:br/>
        <w:t>То жита, то бур'яни.</w:t>
      </w:r>
    </w:p>
    <w:p>
      <w:r>
        <w:br/>
        <w:t>Не лякаються нікого,—&lt;br /&gt;</w:t>
        <w:br/>
        <w:t>Гарконуть — і враз на його!&lt;br /&gt;</w:t>
        <w:br/>
        <w:t>Голоси — позаздрить лев:&lt;br /&gt;</w:t>
        <w:br/>
        <w:t>Листя сиплеться з дерев!</w:t>
      </w:r>
    </w:p>
    <w:p>
      <w:r>
        <w:br/>
        <w:t>IV</w:t>
      </w:r>
    </w:p>
    <w:p>
      <w:r>
        <w:br/>
        <w:t>Мисливець Хрін</w:t>
      </w:r>
    </w:p>
    <w:p>
      <w:r>
        <w:br/>
        <w:t>Чутка все росла, міцніла&lt;br /&gt;</w:t>
        <w:br/>
        <w:t>І до міста долетіла.&lt;br /&gt;</w:t>
        <w:br/>
        <w:t>Жив мисливець в місті тім,&lt;br /&gt;</w:t>
        <w:br/>
        <w:t>Звався здавна Хрін Охрім.</w:t>
      </w:r>
    </w:p>
    <w:p>
      <w:r>
        <w:br/>
        <w:t>Від такої чутки в Хріна&lt;br /&gt;</w:t>
        <w:br/>
        <w:t>Затрусилися коліна,&lt;br /&gt;</w:t>
        <w:br/>
        <w:t>Очі жаром зайнялись&lt;br /&gt;</w:t>
        <w:br/>
        <w:t>І налився кров'ю ніс.</w:t>
      </w:r>
    </w:p>
    <w:p>
      <w:r>
        <w:br/>
        <w:t>І, не гаючись, з полиці&lt;br /&gt;</w:t>
        <w:br/>
        <w:t>Витяг він свою рушницю.&lt;br /&gt;</w:t>
        <w:br/>
        <w:t>Взявши хліба й ковбасу,&lt;br /&gt;</w:t>
        <w:br/>
        <w:t>Дав понюхати і псу.</w:t>
      </w:r>
    </w:p>
    <w:p>
      <w:r>
        <w:br/>
        <w:t>Пес з підпалинами, чорний,&lt;br /&gt;</w:t>
        <w:br/>
        <w:t>Не старий ще і проворний,&lt;br /&gt;</w:t>
        <w:br/>
        <w:t>Був на ловах вже не раз&lt;br /&gt;</w:t>
        <w:br/>
        <w:t>І нанюхався ковбас.</w:t>
      </w:r>
    </w:p>
    <w:p>
      <w:r>
        <w:br/>
        <w:t>Хрін казав йому: "Дивися:&lt;br /&gt;</w:t>
        <w:br/>
        <w:t>Коли виженеш ти лиса,&lt;br /&gt;</w:t>
        <w:br/>
        <w:t>Дам полумисок борщу&lt;br /&gt;</w:t>
        <w:br/>
        <w:t>Й салом хліба помащу.</w:t>
      </w:r>
    </w:p>
    <w:p>
      <w:r>
        <w:br/>
        <w:t>Як ведмедя наженеш ти.&lt;br /&gt;</w:t>
        <w:br/>
        <w:t>Наїсися вже нарешті:&lt;br /&gt;</w:t>
        <w:br/>
        <w:t>Вже не їстиму і сам,&lt;br /&gt;</w:t>
        <w:br/>
        <w:t>А тобі, побачиш, дам.</w:t>
      </w:r>
    </w:p>
    <w:p>
      <w:r>
        <w:br/>
        <w:t>Ковбаси вже дам на зміну!"&lt;br /&gt;</w:t>
        <w:br/>
        <w:t>Пес уже не вірив Хріну,&lt;br /&gt;</w:t>
        <w:br/>
        <w:t>Головою помотав&lt;br /&gt;</w:t>
        <w:br/>
        <w:t>І в повітря кинув: "Гав!"</w:t>
      </w:r>
    </w:p>
    <w:p>
      <w:r>
        <w:br/>
        <w:t>Та і знав, чому не вірив:&lt;br /&gt;</w:t>
        <w:br/>
        <w:t>Виганяв він безліч звірів,—&lt;br /&gt;</w:t>
        <w:br/>
        <w:t>І ведмедів, і вовків,—&lt;br /&gt;</w:t>
        <w:br/>
        <w:t>А помиї тільки їв.</w:t>
      </w:r>
    </w:p>
    <w:p>
      <w:r>
        <w:br/>
        <w:t>Та й охоту став втрачати&lt;br /&gt;</w:t>
        <w:br/>
        <w:t>Різних звірів виганяти:&lt;br /&gt;</w:t>
        <w:br/>
        <w:t>Все одно не вцілить Хрін...&lt;br /&gt;</w:t>
        <w:br/>
        <w:t>Але завжди правий він!</w:t>
      </w:r>
    </w:p>
    <w:p>
      <w:r>
        <w:br/>
        <w:t>Ще й кричить: "Це — пес ледачий!&lt;br /&gt;</w:t>
        <w:br/>
        <w:t>Чи дурний він, чи не бачить,&lt;br /&gt;</w:t>
        <w:br/>
        <w:t>Що я люльку запалив,&lt;br /&gt;</w:t>
        <w:br/>
        <w:t>Димом очі задимив.</w:t>
      </w:r>
    </w:p>
    <w:p>
      <w:r>
        <w:br/>
        <w:t>Докурю,— жени без ліку&lt;br /&gt;</w:t>
        <w:br/>
        <w:t>Всяку твар — малу й велику:&lt;br /&gt;</w:t>
        <w:br/>
        <w:t>Не затрусяться жижки,&lt;br /&gt;</w:t>
        <w:br/>
        <w:t>Переб'ю їх, як горшки".</w:t>
      </w:r>
    </w:p>
    <w:p>
      <w:r>
        <w:br/>
        <w:t>Пес встромляв у землю очі&lt;br /&gt;</w:t>
        <w:br/>
        <w:t>І не знав — чого він хоче,&lt;br /&gt;</w:t>
        <w:br/>
        <w:t>Знову нюхав, знову прів&lt;br /&gt;</w:t>
        <w:br/>
        <w:t>І кістками торохтів.</w:t>
      </w:r>
    </w:p>
    <w:p>
      <w:r>
        <w:br/>
        <w:t>В ліс ввійшли, і з переляку&lt;br /&gt;</w:t>
        <w:br/>
        <w:t>Каже тихо Хрін: "Собако,&lt;br /&gt;</w:t>
        <w:br/>
        <w:t>Ну, сьогодні ти дивись:&lt;br /&gt;</w:t>
        <w:br/>
        <w:t>Це тобі не вовк чи лис.</w:t>
      </w:r>
    </w:p>
    <w:p>
      <w:r>
        <w:br/>
        <w:t>Прослідиш — жени без впину,&lt;br /&gt;</w:t>
        <w:br/>
        <w:t>А я злізу на ялину,&lt;br /&gt;</w:t>
        <w:br/>
        <w:t>Як стрельну я, поспіши&lt;br /&gt;</w:t>
        <w:br/>
        <w:t>І потвору додуши.</w:t>
      </w:r>
    </w:p>
    <w:p>
      <w:r>
        <w:br/>
        <w:t>Покажи своє завзяття:&lt;br /&gt;</w:t>
        <w:br/>
        <w:t>Рви, шматуй її на шмаття...&lt;br /&gt;</w:t>
        <w:br/>
        <w:t>Хоч не дихатиме звір,&lt;br /&gt;</w:t>
        <w:br/>
        <w:t>Все ж ти добре перевір.</w:t>
      </w:r>
    </w:p>
    <w:p>
      <w:r>
        <w:br/>
        <w:t>Сплигну я тоді з ялини,&lt;br /&gt;</w:t>
        <w:br/>
        <w:t>І не пройде і хвилини,&lt;br /&gt;</w:t>
        <w:br/>
        <w:t>Як я знову в лоба — бах!&lt;br /&gt;</w:t>
        <w:br/>
        <w:t>Грім покотиться в лісах!"</w:t>
      </w:r>
    </w:p>
    <w:p>
      <w:r>
        <w:br/>
        <w:t>Пес нюхнув, побіг в долину,&lt;br /&gt;</w:t>
        <w:br/>
        <w:t>Хрін подряпавсь на ялину,&lt;br /&gt;</w:t>
        <w:br/>
        <w:t>Крикнув щось з ялини псу&lt;br /&gt;</w:t>
        <w:br/>
        <w:t>І узявсь за ковбасу.</w:t>
      </w:r>
    </w:p>
    <w:p>
      <w:r>
        <w:br/>
        <w:t>Довго пес ганяв даремно,&lt;br /&gt;</w:t>
        <w:br/>
        <w:t>Аж запахло щось приємно,&lt;br /&gt;</w:t>
        <w:br/>
        <w:t>Милим, рідним чимсь несе,&lt;br /&gt;</w:t>
        <w:br/>
        <w:t>І все дужче, ближче все.</w:t>
      </w:r>
    </w:p>
    <w:p>
      <w:r>
        <w:br/>
        <w:t>Із-за лісу, з-за густого,&lt;br /&gt;</w:t>
        <w:br/>
        <w:t>І не бачив пес нічого...&lt;br /&gt;</w:t>
        <w:br/>
        <w:t>Біг і нагло налетів&lt;br /&gt;</w:t>
        <w:br/>
        <w:t>На це рідне з-за кущів.</w:t>
      </w:r>
    </w:p>
    <w:p>
      <w:r>
        <w:br/>
        <w:t>Щось кудлате, волохате.&lt;br /&gt;</w:t>
        <w:br/>
        <w:t>(А сердите, а зубате!)&lt;br /&gt;</w:t>
        <w:br/>
        <w:t>Наче в землю враз вросло&lt;br /&gt;</w:t>
        <w:br/>
        <w:t>І гарчати почало.</w:t>
      </w:r>
    </w:p>
    <w:p>
      <w:r>
        <w:br/>
        <w:t>За хвилину серед бору&lt;br /&gt;</w:t>
        <w:br/>
        <w:t>Баче він нову потвору!&lt;br /&gt;</w:t>
        <w:br/>
        <w:t>Хрінів пес подумав: "Край!&lt;br /&gt;</w:t>
        <w:br/>
        <w:t>Ляж на спину і вмирай..."</w:t>
      </w:r>
    </w:p>
    <w:p>
      <w:r>
        <w:br/>
        <w:t>Враз одно із двох помалу&lt;br /&gt;</w:t>
        <w:br/>
        <w:t>Наступати тихо стало,&lt;br /&gt;</w:t>
        <w:br/>
        <w:t>Йде і вусом не моргне...&lt;br /&gt;</w:t>
        <w:br/>
        <w:t>Це вже лихо не мине!</w:t>
      </w:r>
    </w:p>
    <w:p>
      <w:r>
        <w:br/>
        <w:t>Хрінів пес на крок від згуби...&lt;br /&gt;</w:t>
        <w:br/>
        <w:t>Показати хіба зуби?&lt;br /&gt;</w:t>
        <w:br/>
        <w:t>Але марна боротьба,&lt;br /&gt;</w:t>
        <w:br/>
        <w:t>Та й не слухалась губа.</w:t>
      </w:r>
    </w:p>
    <w:p>
      <w:r>
        <w:br/>
        <w:t>А воно тим часом в очі&lt;br /&gt;</w:t>
        <w:br/>
        <w:t>Пильно дивиться, мов хоче&lt;br /&gt;</w:t>
        <w:br/>
        <w:t>Провертіти їх свердлом...&lt;br /&gt;</w:t>
        <w:br/>
        <w:t>Хрінів пес махнув хвостом.</w:t>
      </w:r>
    </w:p>
    <w:p>
      <w:r>
        <w:br/>
        <w:t>Аж і друге волохате&lt;br /&gt;</w:t>
        <w:br/>
        <w:t>Стало швидко наступати...&lt;br /&gt;</w:t>
        <w:br/>
        <w:t>Хрінів пес завмер і ждав...&lt;br /&gt;</w:t>
        <w:br/>
        <w:t>І зненацька гаркнув: "Гав!"</w:t>
      </w:r>
    </w:p>
    <w:p>
      <w:r>
        <w:br/>
        <w:t>Волохаті не злякались,&lt;br /&gt;</w:t>
        <w:br/>
        <w:t>Язиками облизались,&lt;br /&gt;</w:t>
        <w:br/>
        <w:t>Стали нюхати його&lt;br /&gt;</w:t>
        <w:br/>
        <w:t>І обнюхали всього.</w:t>
      </w:r>
    </w:p>
    <w:p>
      <w:r>
        <w:br/>
        <w:t>Хрінів пес стояв, не . дихав:&lt;br /&gt;</w:t>
        <w:br/>
        <w:t>(Не сховаєшся від лиха!)&lt;br /&gt;</w:t>
        <w:br/>
        <w:t>Нагло глибоко зітхнув&lt;br /&gt;</w:t>
        <w:br/>
        <w:t>І звірюку сам нюхнув.</w:t>
      </w:r>
    </w:p>
    <w:p>
      <w:r>
        <w:br/>
        <w:t>Несподівано без тями&lt;br /&gt;</w:t>
        <w:br/>
        <w:t>Замахали втрьох хвостами,&lt;br /&gt;</w:t>
        <w:br/>
        <w:t>Разом гратись почали,&lt;br /&gt;</w:t>
        <w:br/>
        <w:t>Наче втрьох весь вік жили.</w:t>
      </w:r>
    </w:p>
    <w:p>
      <w:r>
        <w:br/>
        <w:t>І побігли втрьох... Стрибають,&lt;br /&gt;</w:t>
        <w:br/>
        <w:t>Один одного ганяють,&lt;br /&gt;</w:t>
        <w:br/>
        <w:t>Лунко гавкають, скавчать,&lt;br /&gt;</w:t>
        <w:br/>
        <w:t>Наче діти, верещать.</w:t>
      </w:r>
    </w:p>
    <w:p>
      <w:r>
        <w:br/>
        <w:t>Коли щось в снігу як хрюкне!&lt;br /&gt;</w:t>
        <w:br/>
        <w:t>Та зубами клацне, стукне!&lt;br /&gt;</w:t>
        <w:br/>
        <w:t>Остовпіли кудлаї&lt;br /&gt;</w:t>
        <w:br/>
        <w:t>І до ніг — хвости свої.</w:t>
      </w:r>
    </w:p>
    <w:p>
      <w:r>
        <w:br/>
        <w:t>Тільки Хрінів пес зухвалий&lt;br /&gt;</w:t>
        <w:br/>
        <w:t>І в боях не раз бувалий&lt;br /&gt;</w:t>
        <w:br/>
        <w:t>Враз пізнав, що хрюкнув дик,&lt;br /&gt;</w:t>
        <w:br/>
        <w:t>А до диків він вже звик.</w:t>
      </w:r>
    </w:p>
    <w:p>
      <w:r>
        <w:br/>
        <w:t>Не минуло і хвилини,&lt;br /&gt;</w:t>
        <w:br/>
        <w:t>Як сидів він вже на спині,&lt;br /&gt;</w:t>
        <w:br/>
        <w:t>Вуха, шию шматував...&lt;br /&gt;</w:t>
        <w:br/>
        <w:t>Дик скажено верещав.</w:t>
      </w:r>
    </w:p>
    <w:p>
      <w:r>
        <w:br/>
        <w:t>Не стояли й волохаті:&lt;br /&gt;</w:t>
        <w:br/>
        <w:t>Стали дика обступати,&lt;br /&gt;</w:t>
        <w:br/>
        <w:t>Той за ногу, той за хвіст...&lt;br /&gt;</w:t>
        <w:br/>
        <w:t>Дик вже мав правдиву злість.</w:t>
      </w:r>
    </w:p>
    <w:p>
      <w:r>
        <w:br/>
        <w:t>Підвернувсь один кудлатий,—&lt;br /&gt;</w:t>
        <w:br/>
        <w:t>Стусонув кабан зубатий&lt;br /&gt;</w:t>
        <w:br/>
        <w:t>І ударив так кликом,&lt;br /&gt;</w:t>
        <w:br/>
        <w:t>Що котився пес клубком.</w:t>
      </w:r>
    </w:p>
    <w:p>
      <w:r>
        <w:br/>
        <w:t>Хрінів пес це бачив... З гніву&lt;br /&gt;</w:t>
        <w:br/>
        <w:t>Він покинув гризти гриву,&lt;br /&gt;</w:t>
        <w:br/>
        <w:t>Скочив вниз, за горло взяв,—&lt;br /&gt;</w:t>
        <w:br/>
        <w:t>Дик хитнувся і упав...</w:t>
      </w:r>
    </w:p>
    <w:p>
      <w:r>
        <w:br/>
        <w:t>Довго їли, аж наїлись,&lt;br /&gt;</w:t>
        <w:br/>
        <w:t>А які шматки лишились!&lt;br /&gt;</w:t>
        <w:br/>
        <w:t>З'їли б — повні животи...&lt;br /&gt;</w:t>
        <w:br/>
        <w:t>Е! А в хату однести?!</w:t>
      </w:r>
    </w:p>
    <w:p>
      <w:r>
        <w:br/>
        <w:t>Той взяв голову, той ногу&lt;br /&gt;</w:t>
        <w:br/>
        <w:t>І негайно руш в дорогу.&lt;br /&gt;</w:t>
        <w:br/>
        <w:t>Хрінів пес вагавсь, стояв...&lt;br /&gt;</w:t>
        <w:br/>
        <w:t>Щось схопив і псів догнав.</w:t>
      </w:r>
    </w:p>
    <w:p>
      <w:r>
        <w:br/>
        <w:t>На порозі стріла Біла.&lt;br /&gt;</w:t>
        <w:br/>
        <w:t>Сльози бризнули: зраділа!&lt;br /&gt;</w:t>
        <w:br/>
        <w:t>Аж осяялось лице,&lt;br /&gt;</w:t>
        <w:br/>
        <w:t>Як побачила м'ясце.</w:t>
      </w:r>
    </w:p>
    <w:p>
      <w:r>
        <w:br/>
        <w:t>Швидко втома всіх поклала,&lt;br /&gt;</w:t>
        <w:br/>
        <w:t>(Навіть Біла задрімала),&lt;br /&gt;</w:t>
        <w:br/>
        <w:t>Тільки Хрінів пес не спав:&lt;br /&gt;</w:t>
        <w:br/>
        <w:t>Хріна він свого згадав.</w:t>
      </w:r>
    </w:p>
    <w:p>
      <w:r>
        <w:br/>
        <w:t>Думав він: "Це Хрін сердитий!&lt;br /&gt;</w:t>
        <w:br/>
        <w:t>Як вернуся, буду битий...&lt;br /&gt;</w:t>
        <w:br/>
        <w:t>Хрін є мстивий, Хрін є злий:&lt;br /&gt;</w:t>
        <w:br/>
        <w:t>Не наллє три дні помий!</w:t>
      </w:r>
    </w:p>
    <w:p>
      <w:r>
        <w:br/>
        <w:t>Хріну кланятись? Ніколи!&lt;br /&gt;</w:t>
        <w:br/>
        <w:t>Їсти схочу — в ліс, у поле!&lt;br /&gt;</w:t>
        <w:br/>
        <w:t>Тут не сам я, не один...&lt;br /&gt;</w:t>
        <w:br/>
        <w:t>Хто рідніш? Свої чи Хрін?</w:t>
      </w:r>
    </w:p>
    <w:p>
      <w:r>
        <w:br/>
        <w:t>Не піду з цієї хати!"&lt;br /&gt;</w:t>
        <w:br/>
        <w:t>Так рішив і став дрімати&lt;br /&gt;</w:t>
        <w:br/>
        <w:t>І поволі задрімав...&lt;br /&gt;</w:t>
        <w:br/>
        <w:t>Рідний хтось його обняв.</w:t>
      </w:r>
    </w:p>
    <w:p>
      <w:r>
        <w:br/>
        <w:t>Як відомо вранці стало,&lt;br /&gt;</w:t>
        <w:br/>
        <w:t>Що лишиться він на стадо,&lt;br /&gt;</w:t>
        <w:br/>
        <w:t>Так скавчали раді пси,&lt;br /&gt;</w:t>
        <w:br/>
        <w:t>Що порвали голоси.</w:t>
      </w:r>
    </w:p>
    <w:p>
      <w:r>
        <w:br/>
        <w:t>V</w:t>
      </w:r>
    </w:p>
    <w:p>
      <w:r>
        <w:br/>
        <w:t>Хрін не жартує</w:t>
      </w:r>
    </w:p>
    <w:p>
      <w:r>
        <w:br/>
        <w:t>Але гляньмо на ялину —&lt;br /&gt;</w:t>
        <w:br/>
        <w:t>Як на ній сидиться Хріну...&lt;br /&gt;</w:t>
        <w:br/>
        <w:t>Е, та він уже давно&lt;br /&gt;</w:t>
        <w:br/>
        <w:t>З буком дивиться в вікно.</w:t>
      </w:r>
    </w:p>
    <w:p>
      <w:r>
        <w:br/>
        <w:t>ХРІН ПОЛЮЄ ДАЛІ</w:t>
      </w:r>
    </w:p>
    <w:p>
      <w:r>
        <w:br/>
        <w:t>І</w:t>
      </w:r>
    </w:p>
    <w:p>
      <w:r>
        <w:br/>
        <w:t>Недуга Хріна</w:t>
      </w:r>
    </w:p>
    <w:p>
      <w:r>
        <w:br/>
        <w:t>Що є з Хріном? Зле та й дуже&lt;br /&gt;</w:t>
        <w:br/>
        <w:t>Другий тиждень, як недужий...&lt;br /&gt;</w:t>
        <w:br/>
        <w:t>Вдень ковтає порошки&lt;br /&gt;</w:t>
        <w:br/>
        <w:t>І в гарячці б'є горшки.</w:t>
      </w:r>
    </w:p>
    <w:p>
      <w:r>
        <w:br/>
        <w:t>Уночі не може спати,&lt;br /&gt;</w:t>
        <w:br/>
        <w:t>Хоче бігти геть із хати,&lt;br /&gt;</w:t>
        <w:br/>
        <w:t>А коли засне на мить,&lt;br /&gt;</w:t>
        <w:br/>
        <w:t>Червоніє і кричить.</w:t>
      </w:r>
    </w:p>
    <w:p>
      <w:r>
        <w:br/>
        <w:t>"Гнати, бігати не хочеш!&lt;br /&gt;</w:t>
        <w:br/>
        <w:t>Тільки голову морочиш:&lt;br /&gt;</w:t>
        <w:br/>
        <w:t>На три кроки одбіжиш,&lt;br /&gt;</w:t>
        <w:br/>
        <w:t>Скок у кущик — і лежиш!</w:t>
      </w:r>
    </w:p>
    <w:p>
      <w:r>
        <w:br/>
        <w:t>В холодочку спочиваєш?!&lt;br /&gt;</w:t>
        <w:br/>
        <w:t>Це ти так про мене дбаєш?!&lt;br /&gt;</w:t>
        <w:br/>
        <w:t>Що ж тут дурно я ходжу?!&lt;br /&gt;</w:t>
        <w:br/>
        <w:t>Стій же! Вдома покажу!</w:t>
      </w:r>
    </w:p>
    <w:p>
      <w:r>
        <w:br/>
        <w:t>Закую в ланцюг потвору,&lt;br /&gt;</w:t>
        <w:br/>
        <w:t>На три дні замкну в комору:&lt;br /&gt;</w:t>
        <w:br/>
        <w:t>Вдень казися, а вночі —&lt;br /&gt;</w:t>
        <w:br/>
        <w:t>Вовком вий або скавчи!..</w:t>
      </w:r>
    </w:p>
    <w:p>
      <w:r>
        <w:br/>
        <w:t>...Годі, любий, жартувати,&lt;br /&gt;</w:t>
        <w:br/>
        <w:t>Повернися вже до хати:&lt;br /&gt;</w:t>
        <w:br/>
        <w:t>Вріжу хліба я шматок,&lt;br /&gt;</w:t>
        <w:br/>
        <w:t>Дам тобі смачних кісток.</w:t>
      </w:r>
    </w:p>
    <w:p>
      <w:r>
        <w:br/>
        <w:t>Дні стоять ясні та гожі,&lt;br /&gt;</w:t>
        <w:br/>
        <w:t>І щодня такі пороші...&lt;br /&gt;</w:t>
        <w:br/>
        <w:t>Скільки б ти зайців нагнав!&lt;br /&gt;</w:t>
        <w:br/>
        <w:t>Я б вже влучив, не збрехав.</w:t>
      </w:r>
    </w:p>
    <w:p>
      <w:r>
        <w:br/>
        <w:t>...Може, ти у звіря в шлунку...&lt;br /&gt;</w:t>
        <w:br/>
        <w:t>І нема вже порятунку...&lt;br /&gt;</w:t>
        <w:br/>
        <w:t>Хоч озвися звідтіля...&lt;br /&gt;</w:t>
        <w:br/>
        <w:t>Голос твій пізнаю я.</w:t>
      </w:r>
    </w:p>
    <w:p>
      <w:r>
        <w:br/>
        <w:t>...Докоряєш, що не влучив...&lt;br /&gt;</w:t>
        <w:br/>
        <w:t>Кинь докори: надокучив!&lt;br /&gt;</w:t>
        <w:br/>
        <w:t>Сам нагнав ти тьму звірів,&lt;br /&gt;</w:t>
        <w:br/>
        <w:t>Коли люльку я палив.</w:t>
      </w:r>
    </w:p>
    <w:p>
      <w:r>
        <w:br/>
        <w:t>...Він гризе щось і не слуха!..&lt;br /&gt;</w:t>
        <w:br/>
        <w:t>Ану, йди! Давай-но вуха!&lt;br /&gt;</w:t>
        <w:br/>
        <w:t>Втік! Сховався? Ну, постій:&lt;br /&gt;</w:t>
        <w:br/>
        <w:t>Наїсися ти помий!</w:t>
      </w:r>
    </w:p>
    <w:p>
      <w:r>
        <w:br/>
        <w:t>Та вилазь! Чого сховався?"&lt;br /&gt;</w:t>
        <w:br/>
        <w:t>Хрін кричав і прокидався,&lt;br /&gt;</w:t>
        <w:br/>
        <w:t>Їв сердито порошки&lt;br /&gt;</w:t>
        <w:br/>
        <w:t>І трощив миски й горшки.</w:t>
      </w:r>
    </w:p>
    <w:p>
      <w:r>
        <w:br/>
        <w:t>II</w:t>
      </w:r>
    </w:p>
    <w:p>
      <w:r>
        <w:br/>
        <w:t>Видужання й наука</w:t>
      </w:r>
    </w:p>
    <w:p>
      <w:r>
        <w:br/>
        <w:t>Так нездужав Хрін з півроку,&lt;br /&gt;</w:t>
        <w:br/>
        <w:t>Не зробивши з хати й кроку,&lt;br /&gt;</w:t>
        <w:br/>
        <w:t>Дуже він охляв, змарнів,&lt;br /&gt;</w:t>
        <w:br/>
        <w:t>Мало пив і мало їв.</w:t>
      </w:r>
    </w:p>
    <w:p>
      <w:r>
        <w:br/>
        <w:t>Але раз сусіда Босий&lt;br /&gt;</w:t>
        <w:br/>
        <w:t>Цуценя йому приносить...&lt;br /&gt;</w:t>
        <w:br/>
        <w:t>"Хочеш,— каже,— так візьми:&lt;br /&gt;</w:t>
        <w:br/>
        <w:t>Буде гнати вже взимі".</w:t>
      </w:r>
    </w:p>
    <w:p>
      <w:r>
        <w:br/>
        <w:t>Хрін зрадів: почав скакати&lt;br /&gt;</w:t>
        <w:br/>
        <w:t>І сусіду обнімати,&lt;br /&gt;</w:t>
        <w:br/>
        <w:t>Запросив гостей, музик...&lt;br /&gt;</w:t>
        <w:br/>
        <w:t>Біль страшенний нагло зник.</w:t>
      </w:r>
    </w:p>
    <w:p>
      <w:r>
        <w:br/>
        <w:t>З того часу він здоровий,&lt;br /&gt;</w:t>
        <w:br/>
        <w:t>Про майбутні мріє лови&lt;br /&gt;</w:t>
        <w:br/>
        <w:t>І дає новому псу&lt;br /&gt;</w:t>
        <w:br/>
        <w:t>Завжди нюхать ковбасу.</w:t>
      </w:r>
    </w:p>
    <w:p>
      <w:r>
        <w:br/>
        <w:t>Часом Хрін ясного ранку&lt;br /&gt;</w:t>
        <w:br/>
        <w:t>Сяде з люлькою на ганку&lt;br /&gt;</w:t>
        <w:br/>
        <w:t>І, крізь ніс пустивши дим,&lt;br /&gt;</w:t>
        <w:br/>
        <w:t>Розмовляє з псом новим.</w:t>
      </w:r>
    </w:p>
    <w:p>
      <w:r>
        <w:br/>
        <w:t>"Що ж, тепер ми ради штуки&lt;br /&gt;</w:t>
        <w:br/>
        <w:t>Заберемся й до науки,&lt;br /&gt;</w:t>
        <w:br/>
        <w:t>Бо ніхто не знає з нас,&lt;br /&gt;</w:t>
        <w:br/>
        <w:t>Коли прийде ловам час.</w:t>
      </w:r>
    </w:p>
    <w:p>
      <w:r>
        <w:br/>
        <w:t>Це — рушниця... Це — стріляє...&lt;br /&gt;</w:t>
        <w:br/>
        <w:t>Як тарахне — грім лунає!&lt;br /&gt;</w:t>
        <w:br/>
        <w:t>Ану, гляну: чи, бува,&lt;br /&gt;</w:t>
        <w:br/>
        <w:t>Вона в мене не крива?</w:t>
      </w:r>
    </w:p>
    <w:p>
      <w:r>
        <w:br/>
        <w:t>Як струна! Блищить — аж сяє.&lt;br /&gt;</w:t>
        <w:br/>
        <w:t>В світі кращої немає!&lt;br /&gt;</w:t>
        <w:br/>
        <w:t>Це скажу не тільки я...&lt;br /&gt;</w:t>
        <w:br/>
        <w:t>А в Пилипа, як лушня.</w:t>
      </w:r>
    </w:p>
    <w:p>
      <w:r>
        <w:br/>
        <w:t>Зрідка іноді буває,&lt;br /&gt;</w:t>
        <w:br/>
        <w:t>Що й рушниця проморгає...&lt;br /&gt;</w:t>
        <w:br/>
        <w:t>Власне, винна не вона,&lt;br /&gt;</w:t>
        <w:br/>
        <w:t>А ця люлька... сатана!</w:t>
      </w:r>
    </w:p>
    <w:p>
      <w:r>
        <w:br/>
        <w:t>Як запалиш — диму хмара!&lt;br /&gt;</w:t>
        <w:br/>
        <w:t>Наче йде з макітри пара.&lt;br /&gt;</w:t>
        <w:br/>
        <w:t>А тут заєць! Та крізь дим&lt;br /&gt;</w:t>
        <w:br/>
        <w:t>Як і що ти зробиш з ним?</w:t>
      </w:r>
    </w:p>
    <w:p>
      <w:r>
        <w:br/>
        <w:t>(Та не чухайся, а слухай!)&lt;br /&gt;</w:t>
        <w:br/>
        <w:t>Як на лови прийдеш — нюхай,</w:t>
      </w:r>
    </w:p>
    <w:p>
      <w:r>
        <w:br/>
        <w:t>Чи є слід, а чи нема&lt;br /&gt;</w:t>
        <w:br/>
        <w:t>(Та ти слухаєш?),— дарма:</w:t>
      </w:r>
    </w:p>
    <w:p>
      <w:r>
        <w:br/>
        <w:t>Часом заєць бігав вчора&lt;br /&gt;</w:t>
        <w:br/>
        <w:t>І в корчму заліз потвора.&lt;br /&gt;</w:t>
        <w:br/>
        <w:t>Та й заснув... А сніг вночі&lt;br /&gt;</w:t>
        <w:br/>
        <w:t>І замів його в корчі.</w:t>
      </w:r>
    </w:p>
    <w:p>
      <w:r>
        <w:br/>
        <w:t>Часом так ідеш у полі,&lt;br /&gt;</w:t>
        <w:br/>
        <w:t>Смокчеш люлечку поволі,&lt;br /&gt;</w:t>
        <w:br/>
        <w:t>Коли нагло із-під ніг&lt;br /&gt;</w:t>
        <w:br/>
        <w:t>Оттакезний заєць — плиг!</w:t>
      </w:r>
    </w:p>
    <w:p>
      <w:r>
        <w:br/>
        <w:t>Тільки скрикнеш з переляку...&lt;br /&gt;</w:t>
        <w:br/>
        <w:t>(Хоч би мав в руці ломаку)..&lt;br /&gt;</w:t>
        <w:br/>
        <w:t>За рушницю... та де він?&lt;br /&gt;</w:t>
        <w:br/>
        <w:t>Бахнеш здуру навздогін!</w:t>
      </w:r>
    </w:p>
    <w:p>
      <w:r>
        <w:br/>
        <w:t>...Та як ти зачуєш носом,&lt;br /&gt;</w:t>
        <w:br/>
        <w:t>Що десь близько лис чи косий,&lt;br /&gt;</w:t>
        <w:br/>
        <w:t>Стань як вкопаний і стій!&lt;br /&gt;</w:t>
        <w:br/>
        <w:t>Руш лише на розказ мій!</w:t>
      </w:r>
    </w:p>
    <w:p>
      <w:r>
        <w:br/>
        <w:t>Коли влучу я, та мало,&lt;br /&gt;</w:t>
        <w:br/>
        <w:t>Ти не думай, що пропало:&lt;br /&gt;</w:t>
        <w:br/>
        <w:t>По сліду, як птах, лети,&lt;br /&gt;</w:t>
        <w:br/>
        <w:t>Доки аж не вловиш ти.</w:t>
      </w:r>
    </w:p>
    <w:p>
      <w:r>
        <w:br/>
        <w:t>Принесеш його в порядку,&lt;br /&gt;</w:t>
        <w:br/>
        <w:t>Будеш мати красну згадку,&lt;br /&gt;</w:t>
        <w:br/>
        <w:t>Будеш дякувать мені:&lt;br /&gt;</w:t>
        <w:br/>
        <w:t>Наїсися на три дні.</w:t>
      </w:r>
    </w:p>
    <w:p>
      <w:r>
        <w:br/>
        <w:t>Не піймав,— візьму за вуха!&lt;br /&gt;</w:t>
        <w:br/>
        <w:t>(Та не спи, а пильно слухай,&lt;br /&gt;</w:t>
        <w:br/>
        <w:t>Бо хоч прийде каяття,&lt;br /&gt;</w:t>
        <w:br/>
        <w:t>Та не буде вороття).</w:t>
      </w:r>
    </w:p>
    <w:p>
      <w:r>
        <w:br/>
        <w:t>...Заєць, вовк, ведмідь — байдуже!&lt;br /&gt;</w:t>
        <w:br/>
        <w:t>Всіх жени, хапай, мій друже,&lt;br /&gt;</w:t>
        <w:br/>
        <w:t>Часом хай і кров спливе,</w:t>
      </w:r>
    </w:p>
    <w:p>
      <w:r>
        <w:br/>
        <w:t>Не журися,— заживе!</w:t>
      </w:r>
    </w:p>
    <w:p>
      <w:r>
        <w:br/>
        <w:t>Коли й вовк тебе потрусить&lt;br /&gt;</w:t>
        <w:br/>
        <w:t>Або ногу перекусить,—&lt;br /&gt;</w:t>
        <w:br/>
        <w:t>Все зростеться! Та й на трьох&lt;br /&gt;</w:t>
        <w:br/>
        <w:t>Зробиш, може, й довший крок!</w:t>
      </w:r>
    </w:p>
    <w:p>
      <w:r>
        <w:br/>
        <w:t>Слухай Хріна. Бійся бука..."&lt;br /&gt;</w:t>
        <w:br/>
        <w:t>Довго ще б тяглась наука,&lt;br /&gt;</w:t>
        <w:br/>
        <w:t>Але шлунок буркнув враз,&lt;br /&gt;</w:t>
        <w:br/>
        <w:t>Що й обідати вже час.</w:t>
      </w:r>
    </w:p>
    <w:p>
      <w:r>
        <w:br/>
        <w:t>III</w:t>
      </w:r>
    </w:p>
    <w:p>
      <w:r>
        <w:br/>
        <w:t>Перед полюванням</w:t>
      </w:r>
    </w:p>
    <w:p>
      <w:r>
        <w:br/>
        <w:t>Наставала осінь рання,&lt;br /&gt;</w:t>
        <w:br/>
        <w:t>Час тривоги, полювання,&lt;br /&gt;</w:t>
        <w:br/>
        <w:t>Коли мало сплять вночі&lt;br /&gt;</w:t>
        <w:br/>
        <w:t>І мисливці, і зайці.</w:t>
      </w:r>
    </w:p>
    <w:p>
      <w:r>
        <w:br/>
        <w:t>Коли чиститься рушницю,&lt;br /&gt;</w:t>
        <w:br/>
        <w:t>Вихваляють добру крицю,&lt;br /&gt;</w:t>
        <w:br/>
        <w:t>Порох золотом стає&lt;br /&gt;</w:t>
        <w:br/>
        <w:t>І шротина срібло ллє.</w:t>
      </w:r>
    </w:p>
    <w:p>
      <w:r>
        <w:br/>
        <w:t>О качки, бекаси-стріли,&lt;br /&gt;</w:t>
        <w:br/>
        <w:t>Де ції весни ви сіли?!&lt;br /&gt;</w:t>
        <w:br/>
        <w:t>Чи по вас хоч пух знайду,&lt;br /&gt;</w:t>
        <w:br/>
        <w:t>Як по багнах знов піду?</w:t>
      </w:r>
    </w:p>
    <w:p>
      <w:r>
        <w:br/>
        <w:t>Чи вернусь колись додому,&lt;br /&gt;</w:t>
        <w:br/>
        <w:t>І чи ви мені, старому,&lt;br /&gt;</w:t>
        <w:br/>
        <w:t>Любий голос подасте?&lt;br /&gt;</w:t>
        <w:br/>
        <w:t>(О минуле золоте!)</w:t>
      </w:r>
    </w:p>
    <w:p>
      <w:r>
        <w:br/>
        <w:t>Чи давно з смутного краю,&lt;br /&gt;</w:t>
        <w:br/>
        <w:t>Повні болю і відчаю,&lt;br /&gt;</w:t>
        <w:br/>
        <w:t>Подалися ви в світи,&lt;br /&gt;</w:t>
        <w:br/>
        <w:t>Де густіш очерети,</w:t>
      </w:r>
    </w:p>
    <w:p>
      <w:r>
        <w:br/>
        <w:t>Де стоять на варті скелі,&lt;br /&gt;</w:t>
        <w:br/>
        <w:t>Де озера, як пустелі,&lt;br /&gt;</w:t>
        <w:br/>
        <w:t>Із емалі, з кришталю,&lt;br /&gt;</w:t>
        <w:br/>
        <w:t>Де є тихо, як в раю...</w:t>
      </w:r>
    </w:p>
    <w:p>
      <w:r>
        <w:br/>
        <w:t>Де у дні ясні, майові&lt;br /&gt;</w:t>
        <w:br/>
        <w:t>Чути шелести шовкові&lt;br /&gt;</w:t>
        <w:br/>
        <w:t>І не знати: чи трава,</w:t>
      </w:r>
    </w:p>
    <w:p>
      <w:r>
        <w:br/>
        <w:t>Чи шумлять Т о г о слова,</w:t>
      </w:r>
    </w:p>
    <w:p>
      <w:r>
        <w:br/>
        <w:t>Чия ласка землю вкрила,&lt;br /&gt;</w:t>
        <w:br/>
        <w:t>Хто узяв моря під крила,&lt;br /&gt;</w:t>
        <w:br/>
        <w:t>В кого тисячі світил&lt;br /&gt;</w:t>
        <w:br/>
        <w:t>Виглядають із-під крил.</w:t>
      </w:r>
    </w:p>
    <w:p>
      <w:r>
        <w:br/>
        <w:t>IV</w:t>
      </w:r>
    </w:p>
    <w:p>
      <w:r>
        <w:br/>
        <w:t>Чоботи Хріна</w:t>
      </w:r>
    </w:p>
    <w:p>
      <w:r>
        <w:br/>
        <w:t>Хрін три дні сидить і курить,&lt;br /&gt;</w:t>
        <w:br/>
        <w:t>Миє, чистить, око жмурить,&lt;br /&gt;</w:t>
        <w:br/>
        <w:t>Націляється в гвіздок&lt;br /&gt;</w:t>
        <w:br/>
        <w:t>І натискує курок.</w:t>
      </w:r>
    </w:p>
    <w:p>
      <w:r>
        <w:br/>
        <w:t>Вже в торбині хліб і сало,&lt;br /&gt;</w:t>
        <w:br/>
        <w:t>Люлька, губка і кресало,&lt;br /&gt;</w:t>
        <w:br/>
        <w:t>Жде рушниця на гаку,&lt;br /&gt;</w:t>
        <w:br/>
        <w:t>Довгі чоботи в кутку.</w:t>
      </w:r>
    </w:p>
    <w:p>
      <w:r>
        <w:br/>
        <w:t>Коли Хрін був тяжко хворий,&lt;br /&gt;</w:t>
        <w:br/>
        <w:t>Бідні чоботи в коморі&lt;br /&gt;</w:t>
        <w:br/>
        <w:t>Нудьгували, як в тюрмі:&lt;br /&gt;</w:t>
        <w:br/>
        <w:t>Ждали осені й зими.</w:t>
      </w:r>
    </w:p>
    <w:p>
      <w:r>
        <w:br/>
        <w:t>Пес на них дивився скоса&lt;br /&gt;</w:t>
        <w:br/>
        <w:t>І на дьоготь морщив носа,&lt;br /&gt;</w:t>
        <w:br/>
        <w:t>Навіть раз, нюхнувши, чхнув,&lt;br /&gt;</w:t>
        <w:br/>
        <w:t>Та за пару днів забув.</w:t>
      </w:r>
    </w:p>
    <w:p>
      <w:r>
        <w:br/>
        <w:t>Знов лежав, за вухом чухав,&lt;br /&gt;</w:t>
        <w:br/>
        <w:t>Знов до них підходив, нюхав,—&lt;br /&gt;</w:t>
        <w:br/>
        <w:t>Чи не пахне чимсь новим,&lt;br /&gt;</w:t>
        <w:br/>
        <w:t>Більш приємним і смачним.</w:t>
      </w:r>
    </w:p>
    <w:p>
      <w:r>
        <w:br/>
        <w:t>Прожили вони багато...&lt;br /&gt;</w:t>
        <w:br/>
        <w:t>Ще носив їх Хрінів тато,&lt;br /&gt;</w:t>
        <w:br/>
        <w:t>Мазав дьогтем і сальцем,&lt;br /&gt;</w:t>
        <w:br/>
        <w:t>Щоб були для всіх взірцем.</w:t>
      </w:r>
    </w:p>
    <w:p>
      <w:r>
        <w:br/>
        <w:t>Хрін мастив також їх салом,&lt;br /&gt;</w:t>
        <w:br/>
        <w:t>Але сало не блищало,&lt;br /&gt;</w:t>
        <w:br/>
        <w:t>Бідний Хрін причин не знав —&lt;br /&gt;</w:t>
        <w:br/>
        <w:t>Чом той смалець не блищав.</w:t>
      </w:r>
    </w:p>
    <w:p>
      <w:r>
        <w:br/>
        <w:t>Пес очей з чобіт не зводив,&lt;br /&gt;</w:t>
        <w:br/>
        <w:t>І, як Хрін кудись виходив,&lt;br /&gt;</w:t>
        <w:br/>
        <w:t>Зразу в рух пускав язик:&lt;br /&gt;</w:t>
        <w:br/>
        <w:t>І, як в прірву, смалець зник!</w:t>
      </w:r>
    </w:p>
    <w:p>
      <w:r>
        <w:br/>
        <w:t>І ставали все рудіші&lt;br /&gt;</w:t>
        <w:br/>
        <w:t>(Мов збігались в купу миші),&lt;br /&gt;</w:t>
        <w:br/>
        <w:t>Чорні чоботи, хоч плач!&lt;br /&gt;</w:t>
        <w:br/>
        <w:t>Знову брався Хрін за квач.</w:t>
      </w:r>
    </w:p>
    <w:p>
      <w:r>
        <w:br/>
        <w:t>V</w:t>
      </w:r>
    </w:p>
    <w:p>
      <w:r>
        <w:br/>
        <w:t>Осінь починається</w:t>
      </w:r>
    </w:p>
    <w:p>
      <w:r>
        <w:br/>
        <w:t>Осінь Хріна хоч не знала,&lt;br /&gt;</w:t>
        <w:br/>
        <w:t>Але потай вишивала&lt;br /&gt;</w:t>
        <w:br/>
        <w:t>Килим шовком золотим,&lt;br /&gt;</w:t>
        <w:br/>
        <w:t>Щоб послати перед ним.</w:t>
      </w:r>
    </w:p>
    <w:p>
      <w:r>
        <w:br/>
        <w:t>І коли вона почула&lt;br /&gt;</w:t>
        <w:br/>
        <w:t>(Мушка їй якась шепнула),&lt;br /&gt;</w:t>
        <w:br/>
        <w:t>Що вже літо утекло,&lt;br /&gt;</w:t>
        <w:br/>
        <w:t>Все розтринькавши тепло,—</w:t>
      </w:r>
    </w:p>
    <w:p>
      <w:r>
        <w:br/>
        <w:t>Ожила немов, зраділа,&lt;br /&gt;</w:t>
        <w:br/>
        <w:t>З ліжка пташкою злетіла,&lt;br /&gt;</w:t>
        <w:br/>
        <w:t>Як шипшина розцвіла&lt;br /&gt;</w:t>
        <w:br/>
        <w:t>І вдягатись почала.</w:t>
      </w:r>
    </w:p>
    <w:p>
      <w:r>
        <w:br/>
        <w:t>Одягалася поволі,&lt;br /&gt;</w:t>
        <w:br/>
        <w:t>Як весною квітка в полі,&lt;br /&gt;</w:t>
        <w:br/>
        <w:t>Щоб до ладу, до смаку,&lt;br /&gt;</w:t>
        <w:br/>
        <w:t>Щоб не стріли ще таку.</w:t>
      </w:r>
    </w:p>
    <w:p>
      <w:r>
        <w:br/>
        <w:t>Як на ярмарок, збиралась,&lt;br /&gt;</w:t>
        <w:br/>
        <w:t>Чепурилась, прибиралась&lt;br /&gt;</w:t>
        <w:br/>
        <w:t>І дивилась в тихий став —&lt;br /&gt;</w:t>
        <w:br/>
        <w:t>Як її він малював.</w:t>
      </w:r>
    </w:p>
    <w:p>
      <w:r>
        <w:br/>
        <w:t>Приміряла то дукати,&lt;br /&gt;</w:t>
        <w:br/>
        <w:t>То коралі, то гранати...&lt;br /&gt;</w:t>
        <w:br/>
        <w:t>А на голову вінок&lt;br /&gt;</w:t>
        <w:br/>
        <w:t>Із дзвіночків, з нагідок...</w:t>
      </w:r>
    </w:p>
    <w:p>
      <w:r>
        <w:br/>
        <w:t>Наче сніг — сорочка біла,&lt;br /&gt;</w:t>
        <w:br/>
        <w:t>Плахта маком червоніла,&lt;br /&gt;</w:t>
        <w:br/>
        <w:t>Слалась золотом ланів,&lt;br /&gt;</w:t>
        <w:br/>
        <w:t>Крилась зеленню садів.</w:t>
      </w:r>
    </w:p>
    <w:p>
      <w:r>
        <w:br/>
        <w:t>Як вмивалась рано з річки,&lt;br /&gt;</w:t>
        <w:br/>
        <w:t>Заросила черевички,—&lt;br /&gt;</w:t>
        <w:br/>
        <w:t>В черевички ті роса&lt;br /&gt;</w:t>
        <w:br/>
        <w:t>Діамантами вросла.</w:t>
      </w:r>
    </w:p>
    <w:p>
      <w:r>
        <w:br/>
        <w:t>Як прибралась, одяглася,&lt;br /&gt;</w:t>
        <w:br/>
        <w:t>На леваду подалася,&lt;br /&gt;</w:t>
        <w:br/>
        <w:t>Сірих воликів взяла,&lt;br /&gt;</w:t>
        <w:br/>
        <w:t>Напоїла з джерела.</w:t>
      </w:r>
    </w:p>
    <w:p>
      <w:r>
        <w:br/>
        <w:t>Напоївши, налигала,&lt;br /&gt;</w:t>
        <w:br/>
        <w:t>На подвір'я їх погнала,&lt;br /&gt;</w:t>
        <w:br/>
        <w:t>І на шиї їх ярмо&lt;br /&gt;</w:t>
        <w:br/>
        <w:t>Наче скочило само.</w:t>
      </w:r>
    </w:p>
    <w:p>
      <w:r>
        <w:br/>
        <w:t>А на возі, милий Боже!&lt;br /&gt;</w:t>
        <w:br/>
        <w:t>Чи ще є у кого, може,&lt;br /&gt;</w:t>
        <w:br/>
        <w:t>Стільки всякого добра?!&lt;br /&gt;</w:t>
        <w:br/>
        <w:t>Це ж не віз вам, а гора!</w:t>
      </w:r>
    </w:p>
    <w:p>
      <w:r>
        <w:br/>
        <w:t>Золота пшениця, просо,&lt;br /&gt;</w:t>
        <w:br/>
        <w:t>Срібне жито розлилося,&lt;br /&gt;</w:t>
        <w:br/>
        <w:t>Груші, яблука, сливки,&lt;br /&gt;</w:t>
        <w:br/>
        <w:t>Меду, воску шаплики.</w:t>
      </w:r>
    </w:p>
    <w:p>
      <w:r>
        <w:br/>
        <w:t>Та в нас звичай: на дорогу&lt;br /&gt;</w:t>
        <w:br/>
        <w:t>Помолитись в хаті Богу,&lt;br /&gt;</w:t>
        <w:br/>
        <w:t>Щоб на ярмарку був торг,&lt;br /&gt;</w:t>
        <w:br/>
        <w:t>Щоб ніхто не брав на борг.</w:t>
      </w:r>
    </w:p>
    <w:p>
      <w:r>
        <w:br/>
        <w:t>Щоб щастило по дорозі,&lt;br /&gt;</w:t>
        <w:br/>
        <w:t>Довезлося все на возі...&lt;br /&gt;</w:t>
        <w:br/>
        <w:t>Осінь очі підвела&lt;br /&gt;</w:t>
        <w:br/>
        <w:t>І молитись почала</w:t>
      </w:r>
    </w:p>
    <w:p>
      <w:r>
        <w:br/>
        <w:t>Тихо, тихо в хаті стало...&lt;br /&gt;</w:t>
        <w:br/>
        <w:t>Та щось нагло заспівало.&lt;br /&gt;</w:t>
        <w:br/>
        <w:t>Пісню тужну за вікном,&lt;br /&gt;</w:t>
        <w:br/>
        <w:t>Світ захмарило кругом.</w:t>
      </w:r>
    </w:p>
    <w:p>
      <w:r>
        <w:br/>
        <w:t>Вітер це,— кобзар прохожий,&lt;br /&gt;</w:t>
        <w:br/>
        <w:t>Мандрівник, вибранець Божий,—&lt;br /&gt;</w:t>
        <w:br/>
        <w:t>Думу з Хортиці приніс&lt;br /&gt;</w:t>
        <w:br/>
        <w:t>Та й не втримався від сліз.</w:t>
      </w:r>
    </w:p>
    <w:p>
      <w:r>
        <w:br/>
        <w:t>Сльози гнівні, буревісні&lt;br /&gt;</w:t>
        <w:br/>
        <w:t>Все рясніш лилися з пісні,&lt;br /&gt;</w:t>
        <w:br/>
        <w:t>І земля їх напилась,&lt;br /&gt;</w:t>
        <w:br/>
        <w:t>Полинами пройнялась.</w:t>
      </w:r>
    </w:p>
    <w:p>
      <w:r>
        <w:br/>
        <w:t>Помолилась Осінь Богу...&lt;br /&gt;</w:t>
        <w:br/>
        <w:t>"Час рушати і в дорогу...&lt;br /&gt;</w:t>
        <w:br/>
        <w:t>Гей!" — гукнула. І воли&lt;br /&gt;</w:t>
        <w:br/>
        <w:t>З рипом воза потягли.</w:t>
      </w:r>
    </w:p>
    <w:p>
      <w:r>
        <w:br/>
        <w:t>VI</w:t>
      </w:r>
    </w:p>
    <w:p>
      <w:r>
        <w:br/>
        <w:t>"О!"</w:t>
      </w:r>
    </w:p>
    <w:p>
      <w:r>
        <w:br/>
        <w:t>Розвиднився тільки ранок,&lt;br /&gt;</w:t>
        <w:br/>
        <w:t>Коли вийшов Хрін на ганок,&lt;br /&gt;</w:t>
        <w:br/>
        <w:t>Догори підняв чоло&lt;br /&gt;</w:t>
        <w:br/>
        <w:t>І сказав нарешті: "О!"</w:t>
      </w:r>
    </w:p>
    <w:p>
      <w:r>
        <w:br/>
        <w:t>Він сказав лише півслова,&lt;br /&gt;</w:t>
        <w:br/>
        <w:t>Але справа вже готова:&lt;br /&gt;</w:t>
        <w:br/>
        <w:t>Хай хоч буря, грім гуде —&lt;br /&gt;</w:t>
        <w:br/>
        <w:t>Полювати Хрін іде!</w:t>
      </w:r>
    </w:p>
    <w:p>
      <w:r>
        <w:br/>
        <w:t>Свиснув. Пес на ноги скочив.&lt;br /&gt;</w:t>
        <w:br/>
        <w:t>"Годувати, мабуть, хоче!.." —&lt;br /&gt;</w:t>
        <w:br/>
        <w:t>Так подумав і метнувсь...&lt;br /&gt;</w:t>
        <w:br/>
        <w:t>Хрін погладив і всміхнувсь.</w:t>
      </w:r>
    </w:p>
    <w:p>
      <w:r>
        <w:br/>
        <w:t>"Їсти хочеш?.. Знаю, знаю,&lt;br /&gt;</w:t>
        <w:br/>
        <w:t>Та прислів'я пригадаю:&lt;br /&gt;</w:t>
        <w:br/>
        <w:t>"Як зібравсь на лови йти,&lt;br /&gt;</w:t>
        <w:br/>
        <w:t>Не годуються хорти".</w:t>
      </w:r>
    </w:p>
    <w:p>
      <w:r>
        <w:br/>
        <w:t>Вчора пес зганяв подвір'я,&lt;br /&gt;</w:t>
        <w:br/>
        <w:t>Їв траву, прадавнє пір'я.&lt;br /&gt;</w:t>
        <w:br/>
        <w:t>Все, що трапив на шляху,—&lt;br /&gt;</w:t>
        <w:br/>
        <w:t>Ніс був в глині і пуху.</w:t>
      </w:r>
    </w:p>
    <w:p>
      <w:r>
        <w:br/>
        <w:t>Але що до того Хріну?&lt;br /&gt;</w:t>
        <w:br/>
        <w:t>Має він свою причину&lt;br /&gt;</w:t>
        <w:br/>
        <w:t>Не цікавитися псом,&lt;br /&gt;</w:t>
        <w:br/>
        <w:t>Хоч і крутить він хвостом.</w:t>
      </w:r>
    </w:p>
    <w:p>
      <w:r>
        <w:br/>
        <w:t>Шкода бідного Охріма:&lt;br /&gt;</w:t>
        <w:br/>
        <w:t>Цілу ніч перед очима&lt;br /&gt;</w:t>
        <w:br/>
        <w:t>Заєць каторжний скакав&lt;br /&gt;</w:t>
        <w:br/>
        <w:t>Й різні штуки викидав.</w:t>
      </w:r>
    </w:p>
    <w:p>
      <w:r>
        <w:br/>
        <w:t>То п'ястук підніме косий,&lt;br /&gt;</w:t>
        <w:br/>
        <w:t>То Охріму зробить носа,&lt;br /&gt;</w:t>
        <w:br/>
        <w:t>То покаже язика&lt;br /&gt;</w:t>
        <w:br/>
        <w:t>І ушкварить гопака.</w:t>
      </w:r>
    </w:p>
    <w:p>
      <w:r>
        <w:br/>
        <w:t>То смикне його за вухо&lt;br /&gt;</w:t>
        <w:br/>
        <w:t>І промовить: "Ну, послухай,&lt;br /&gt;</w:t>
        <w:br/>
        <w:t>Що ти встрелив і коли?!&lt;br /&gt;</w:t>
        <w:br/>
        <w:t>Язиком хоч не мели!</w:t>
      </w:r>
    </w:p>
    <w:p>
      <w:r>
        <w:br/>
        <w:t>З тебе вже сміються кури!..&lt;br /&gt;</w:t>
        <w:br/>
        <w:t>Кажуть: "Нас він не одурить&lt;br /&gt;</w:t>
        <w:br/>
        <w:t>І не видурить яєць:&lt;br /&gt;</w:t>
        <w:br/>
        <w:t>Знаєм вже — який стрілець!..</w:t>
      </w:r>
    </w:p>
    <w:p>
      <w:r>
        <w:br/>
        <w:t>Цей хвалько, боюн і дурник&lt;br /&gt;</w:t>
        <w:br/>
        <w:t>Не поцілить навіть в курник,&lt;br /&gt;</w:t>
        <w:br/>
        <w:t>А хвалився, що з двора&lt;br /&gt;</w:t>
        <w:br/>
        <w:t>Швидко викине тхора".</w:t>
      </w:r>
    </w:p>
    <w:p>
      <w:r>
        <w:br/>
        <w:t>Ну, скажи, якого біса&lt;br /&gt;</w:t>
        <w:br/>
        <w:t>Ти оце ідеш до ліса?&lt;br /&gt;</w:t>
        <w:br/>
        <w:t>Ну, й сидів би на печі,&lt;br /&gt;</w:t>
        <w:br/>
        <w:t>Наше пір'я деручи".</w:t>
      </w:r>
    </w:p>
    <w:p>
      <w:r>
        <w:br/>
        <w:t>"Досить! Кинь плести дурницю!" —&lt;br /&gt;</w:t>
        <w:br/>
        <w:t>Хрін кричав, хапав рушницю,&lt;br /&gt;</w:t>
        <w:br/>
        <w:t>Та раптово звір зникав,—&lt;br /&gt;</w:t>
        <w:br/>
        <w:t>Хрін зубами скреготав.</w:t>
      </w:r>
    </w:p>
    <w:p>
      <w:r>
        <w:br/>
        <w:t>І як стало розсвітати,&lt;br /&gt;</w:t>
        <w:br/>
        <w:t>Хрін устав і вийшов з хати.&lt;br /&gt;</w:t>
        <w:br/>
        <w:t>Тихо, лагідно було...&lt;br /&gt;</w:t>
        <w:br/>
        <w:t>І тоді сказав він: "О!"</w:t>
      </w:r>
    </w:p>
    <w:p>
      <w:r>
        <w:br/>
        <w:t>VII</w:t>
      </w:r>
    </w:p>
    <w:p>
      <w:r>
        <w:br/>
        <w:t>Троянди й колючки</w:t>
      </w:r>
    </w:p>
    <w:p>
      <w:r>
        <w:br/>
        <w:t>Хто ходив по багнах, луках&lt;br /&gt;</w:t>
        <w:br/>
        <w:t>(Не в нудних містах по бруках)&lt;br /&gt;</w:t>
        <w:br/>
        <w:t>В дні холодні восени&lt;br /&gt;</w:t>
        <w:br/>
        <w:t>І карався без вини,</w:t>
      </w:r>
    </w:p>
    <w:p>
      <w:r>
        <w:br/>
        <w:t>Хто за дикими качками&lt;br /&gt;</w:t>
        <w:br/>
        <w:t>Підкрадавсь очеретами&lt;br /&gt;</w:t>
        <w:br/>
        <w:t>І, палаючи в огні,&lt;br /&gt;</w:t>
        <w:br/>
        <w:t>Мерз, трусивсь і груз в багні,</w:t>
      </w:r>
    </w:p>
    <w:p>
      <w:r>
        <w:br/>
        <w:t>Хто стояв на перельоті&lt;br /&gt;</w:t>
        <w:br/>
        <w:t>По коліна у болоті,—&lt;br /&gt;</w:t>
        <w:br/>
        <w:t>Тільки той і зна, як слід,&lt;br /&gt;</w:t>
        <w:br/>
        <w:t>Ціну мащених чобіт.</w:t>
      </w:r>
    </w:p>
    <w:p>
      <w:r>
        <w:br/>
        <w:t>Не боїться Хрін нічого:&lt;br /&gt;</w:t>
        <w:br/>
        <w:t>Певні чоботи у нього,&lt;br /&gt;</w:t>
        <w:br/>
        <w:t>Не бояться ні води,&lt;br /&gt;</w:t>
        <w:br/>
        <w:t>Ані іншої біди.</w:t>
      </w:r>
    </w:p>
    <w:p>
      <w:r>
        <w:br/>
        <w:t>Твердо Хрін іде, ступає,&lt;br /&gt;</w:t>
        <w:br/>
        <w:t>На шляху перемагає&lt;br /&gt;</w:t>
        <w:br/>
        <w:t>І болото, і потік,&lt;br /&gt;</w:t>
        <w:br/>
        <w:t>І розливи буйних рік.</w:t>
      </w:r>
    </w:p>
    <w:p>
      <w:r>
        <w:br/>
        <w:t>Псові гірш: голодний, босий,&lt;br /&gt;</w:t>
        <w:br/>
        <w:t>Він водив би тільки носом,&lt;br /&gt;</w:t>
        <w:br/>
        <w:t>А не ліз в очерети,&lt;br /&gt;</w:t>
        <w:br/>
        <w:t>Де не всидять і чорти.</w:t>
      </w:r>
    </w:p>
    <w:p>
      <w:r>
        <w:br/>
        <w:t>Але Хрін простягне руку&lt;br /&gt;</w:t>
        <w:br/>
        <w:t>І вжене його в розпуку:&lt;br /&gt;</w:t>
        <w:br/>
        <w:t>Або лізь, або лягай&lt;br /&gt;</w:t>
        <w:br/>
        <w:t>І заслужене приймай.</w:t>
      </w:r>
    </w:p>
    <w:p>
      <w:r>
        <w:br/>
        <w:t>Треба лізти... Коле, ріже...&lt;br /&gt;</w:t>
        <w:br/>
        <w:t>Тільки виразку залиже,&lt;br /&gt;</w:t>
        <w:br/>
        <w:t>Вже з'явилася нова:&lt;br /&gt;</w:t>
        <w:br/>
        <w:t>Наче бритва — не трава.</w:t>
      </w:r>
    </w:p>
    <w:p>
      <w:r>
        <w:br/>
        <w:t>VIII</w:t>
      </w:r>
    </w:p>
    <w:p>
      <w:r>
        <w:br/>
        <w:t>Дві погоні</w:t>
      </w:r>
    </w:p>
    <w:p>
      <w:r>
        <w:br/>
        <w:t>Довго так вони ходили,&lt;br /&gt;</w:t>
        <w:br/>
        <w:t>Врешті вибились із сили,&lt;br /&gt;</w:t>
        <w:br/>
        <w:t>Відпочити б — мокро скрізь...&lt;br /&gt;</w:t>
        <w:br/>
        <w:t>Мабуть, краще йти у ліс.</w:t>
      </w:r>
    </w:p>
    <w:p>
      <w:r>
        <w:br/>
        <w:t>Всі ці гаршнепи, бекаси,&lt;br /&gt;</w:t>
        <w:br/>
        <w:t>Мабуть, тільки для прикраси,&lt;br /&gt;</w:t>
        <w:br/>
        <w:t>А наїдок з них який?!&lt;br /&gt;</w:t>
        <w:br/>
        <w:t>Та й попробуй їх забий!</w:t>
      </w:r>
    </w:p>
    <w:p>
      <w:r>
        <w:br/>
        <w:t>А качок хоч цілі хмари,&lt;br /&gt;</w:t>
        <w:br/>
        <w:t>Але мають окуляри:&lt;br /&gt;</w:t>
        <w:br/>
        <w:t>Крізь густі очерети&lt;br /&gt;</w:t>
        <w:br/>
        <w:t>Бачать, де сховався ти.</w:t>
      </w:r>
    </w:p>
    <w:p>
      <w:r>
        <w:br/>
        <w:t>Хрін сердитий. Хрін лютує:&lt;br /&gt;</w:t>
        <w:br/>
        <w:t>"Винен пес: погано чує,&lt;br /&gt;</w:t>
        <w:br/>
        <w:t>Ледве тьопає, скавчить,—&lt;br /&gt;</w:t>
        <w:br/>
        <w:t>Птах лякається й летить.</w:t>
      </w:r>
    </w:p>
    <w:p>
      <w:r>
        <w:br/>
        <w:t>Це не діло, не робота!"&lt;br /&gt;</w:t>
        <w:br/>
        <w:t>Врешті вилізли з болота,&lt;br /&gt;</w:t>
        <w:br/>
        <w:t>По сухому в ліс ідуть.&lt;br /&gt;</w:t>
        <w:br/>
        <w:t>Пса вже й ноги не несуть.</w:t>
      </w:r>
    </w:p>
    <w:p>
      <w:r>
        <w:br/>
        <w:t>Ліг би десь під кущ спочити,—&lt;br /&gt;</w:t>
        <w:br/>
        <w:t>Небезпечно: буде бити...&lt;br /&gt;</w:t>
        <w:br/>
        <w:t>А про їжу вже й забудь...&lt;br /&gt;</w:t>
        <w:br/>
        <w:t>Ех, якби кудись чкурнуть!!</w:t>
      </w:r>
    </w:p>
    <w:p>
      <w:r>
        <w:br/>
        <w:t>Враз (як вдарив грім Охріма!)...&lt;br /&gt;</w:t>
        <w:br/>
        <w:t>Перед самими очима&lt;br /&gt;</w:t>
        <w:br/>
        <w:t>Пролетіли чорні пси...&lt;br /&gt;</w:t>
        <w:br/>
        <w:t>(Й досі чуть їх голоси!..)</w:t>
      </w:r>
    </w:p>
    <w:p>
      <w:r>
        <w:br/>
        <w:t>Але що це? Сон? Між псами,&lt;br /&gt;</w:t>
        <w:br/>
        <w:t>Що летіли блискавками,&lt;br /&gt;</w:t>
        <w:br/>
        <w:t>Пес його колишній був!&lt;br /&gt;</w:t>
        <w:br/>
        <w:t>Хрін відразу й не збагнув.</w:t>
      </w:r>
    </w:p>
    <w:p>
      <w:r>
        <w:br/>
        <w:t>"Дожену! Вперед! Щодуху!" —&lt;br /&gt;</w:t>
        <w:br/>
        <w:t>Крикнув, скинув капелюха&lt;br /&gt;</w:t>
        <w:br/>
        <w:t>І рвонувсь, як тільки міг.&lt;br /&gt;</w:t>
        <w:br/>
        <w:t>Кволий пес за Хріном біг.</w:t>
      </w:r>
    </w:p>
    <w:p>
      <w:r>
        <w:br/>
        <w:t>Довго гнались, рвали сили,&lt;br /&gt;</w:t>
        <w:br/>
        <w:t>Вкрились порохом, упріли.&lt;br /&gt;</w:t>
        <w:br/>
        <w:t>Хрін пристав і витер піт,&lt;br /&gt;</w:t>
        <w:br/>
        <w:t>А в очах крутився світ.</w:t>
      </w:r>
    </w:p>
    <w:p>
      <w:r>
        <w:br/>
        <w:t>В пса була своя турбота:&lt;br /&gt;</w:t>
        <w:br/>
        <w:t>Язика не втягне в рота,—&lt;br /&gt;</w:t>
        <w:br/>
        <w:t>Ні сюди, ані туди,&lt;br /&gt;</w:t>
        <w:br/>
        <w:t>А два кроки від води!</w:t>
      </w:r>
    </w:p>
    <w:p>
      <w:r>
        <w:br/>
        <w:t>Лютий Хрін... та хилить втома...&lt;br /&gt;</w:t>
        <w:br/>
        <w:t>Але в лісі Хрін як вдома:&lt;br /&gt;</w:t>
        <w:br/>
        <w:t>Сів він, чоботи роззув&lt;br /&gt;</w:t>
        <w:br/>
        <w:t>І незчувся — як заснув.</w:t>
      </w:r>
    </w:p>
    <w:p>
      <w:r>
        <w:br/>
        <w:t>Ліг і пес, та як заснути:&lt;br /&gt;</w:t>
        <w:br/>
        <w:t>Їсти хочеться і чути,&lt;br /&gt;</w:t>
        <w:br/>
        <w:t>Наче щось смачне пахтить...&lt;br /&gt;</w:t>
        <w:br/>
        <w:t>Аж у шлунок дух летить.</w:t>
      </w:r>
    </w:p>
    <w:p>
      <w:r>
        <w:br/>
        <w:t>Пес підвівся... носом тягне:&lt;br /&gt;</w:t>
        <w:br/>
        <w:t>Справді: щось чудесно пахне,&lt;br /&gt;</w:t>
        <w:br/>
        <w:t>Наче варять десь обід...&lt;br /&gt;</w:t>
        <w:br/>
        <w:t>Та це ж пахне від чобіт!</w:t>
      </w:r>
    </w:p>
    <w:p>
      <w:r>
        <w:br/>
        <w:t>Зирк на Хріна. Як убитий,&lt;br /&gt;</w:t>
        <w:br/>
        <w:t>Рясно мухами укритий,&lt;br /&gt;</w:t>
        <w:br/>
        <w:t>В снах, як в морі, він втонув:&lt;br /&gt;</w:t>
        <w:br/>
        <w:t>І не бачив, і не чув.</w:t>
      </w:r>
    </w:p>
    <w:p>
      <w:r>
        <w:br/>
        <w:t>"Не ловити гав! До діла!" —&lt;br /&gt;</w:t>
        <w:br/>
        <w:t>Промайнула думка сміла.&lt;br /&gt;</w:t>
        <w:br/>
        <w:t>"Годі злизувать з чобіт:&lt;br /&gt;</w:t>
        <w:br/>
        <w:t>Повним хоче буть живіт!</w:t>
      </w:r>
    </w:p>
    <w:p>
      <w:r>
        <w:br/>
        <w:t>Ані крихотки ж від ранку!..&lt;br /&gt;</w:t>
        <w:br/>
        <w:t>Згризти, з'їсти до останку!"&lt;br /&gt;</w:t>
        <w:br/>
        <w:t>Так незмінно він рішив&lt;br /&gt;</w:t>
        <w:br/>
        <w:t>І... нічого не лишив!</w:t>
      </w:r>
    </w:p>
    <w:p>
      <w:r>
        <w:br/>
        <w:t>Не лишив ані гвіздочка!&lt;br /&gt;</w:t>
        <w:br/>
        <w:t>Круглий став, неначе бочка,&lt;br /&gt;</w:t>
        <w:br/>
        <w:t>Одійшов і спати ліг...&lt;br /&gt;</w:t>
        <w:br/>
        <w:t>Та кололо щось: не міг.</w:t>
      </w:r>
    </w:p>
    <w:p>
      <w:r>
        <w:br/>
        <w:t>Час і Хріну прокидатись...&lt;br /&gt;</w:t>
        <w:br/>
        <w:t>Став він звільна одягатись&lt;br /&gt;</w:t>
        <w:br/>
        <w:t>І раптово закричав:&lt;br /&gt;</w:t>
        <w:br/>
        <w:t>"Лихо! Чоботи хтось вкрав!</w:t>
      </w:r>
    </w:p>
    <w:p>
      <w:r>
        <w:br/>
        <w:t>Від Злодюг, що розвелися,&lt;br /&gt;</w:t>
        <w:br/>
        <w:t>Не сховаєшся і в лісі!..&lt;br /&gt;</w:t>
        <w:br/>
        <w:t>Підповзе, коли ти спиш,&lt;br /&gt;</w:t>
        <w:br/>
        <w:t>І поцупить шапку, гріш...</w:t>
      </w:r>
    </w:p>
    <w:p>
      <w:r>
        <w:br/>
        <w:t>Вкраде свиту, стягне чобіт,&lt;br /&gt;</w:t>
        <w:br/>
        <w:t>Жебрака з людини зробить,&lt;br /&gt;</w:t>
        <w:br/>
        <w:t>Вийме розум з голови...&lt;br /&gt;</w:t>
        <w:br/>
        <w:t>Сядь чи стоячи реви!</w:t>
      </w:r>
    </w:p>
    <w:p>
      <w:r>
        <w:br/>
        <w:t>Ти й не гавкнув на гадюку?!"&lt;br /&gt;</w:t>
        <w:br/>
        <w:t>І пустив він каменюку.&lt;br /&gt;</w:t>
        <w:br/>
        <w:t>Пес одскочив за кущі.&lt;br /&gt;</w:t>
        <w:br/>
        <w:t>"Руш за злодієм мерщій!"</w:t>
      </w:r>
    </w:p>
    <w:p>
      <w:r>
        <w:br/>
        <w:t>Бачив пес, що кепська штука:&lt;br /&gt;</w:t>
        <w:br/>
        <w:t>"Це вже вправи, не наука.&lt;br /&gt;</w:t>
        <w:br/>
        <w:t>Але чом лютує Хрін?&lt;br /&gt;</w:t>
        <w:br/>
        <w:t>Не сказивсь, буває, він?</w:t>
      </w:r>
    </w:p>
    <w:p>
      <w:r>
        <w:br/>
        <w:t>Як на гріх, зайців не чути...&lt;br /&gt;</w:t>
        <w:br/>
        <w:t>Чи не час прийшов чкурнути?&lt;br /&gt;</w:t>
        <w:br/>
        <w:t>Він же знівечить мене!"&lt;br /&gt;</w:t>
        <w:br/>
        <w:t>Пес рішив, що він чкурне.</w:t>
      </w:r>
    </w:p>
    <w:p>
      <w:r>
        <w:br/>
        <w:t>"Руш!" — затупав Хрін сердито,&lt;br /&gt;</w:t>
        <w:br/>
        <w:t>"Руш!" — хрипів несамовито.&lt;br /&gt;</w:t>
        <w:br/>
        <w:t>Ох, і рушив же! За ним&lt;br /&gt;</w:t>
        <w:br/>
        <w:t>Навздогін побіг Охрім.</w:t>
      </w:r>
    </w:p>
    <w:p>
      <w:r>
        <w:br/>
        <w:t>Бігли просто, без дороги.&lt;br /&gt;</w:t>
        <w:br/>
        <w:t>(А у Хріна босі ноги!)&lt;br /&gt;</w:t>
        <w:br/>
        <w:t>Та тут справа не в ногах:&lt;br /&gt;</w:t>
        <w:br/>
        <w:t>Злодій, чоботи в думках!</w:t>
      </w:r>
    </w:p>
    <w:p>
      <w:r>
        <w:br/>
        <w:t>Наче випущені стріли,&lt;br /&gt;</w:t>
        <w:br/>
        <w:t>Як сліпі, вони летіли&lt;br /&gt;</w:t>
        <w:br/>
        <w:t>Через багна і річки...&lt;br /&gt;</w:t>
        <w:br/>
        <w:t>З шумом рвалися качки.</w:t>
      </w:r>
    </w:p>
    <w:p>
      <w:r>
        <w:br/>
        <w:t>Вбігли в місто невідоме...&lt;br /&gt;</w:t>
        <w:br/>
        <w:t>Миготять хати, хороми,&lt;br /&gt;</w:t>
        <w:br/>
        <w:t>Повно гамору кругом,—&lt;br /&gt;</w:t>
        <w:br/>
        <w:t>Стежив Хрін лише за псом.</w:t>
      </w:r>
    </w:p>
    <w:p>
      <w:r>
        <w:br/>
        <w:t>Тільки б злодія піймати!&lt;br /&gt;</w:t>
        <w:br/>
        <w:t>Враз... біля якоїсь хати&lt;br /&gt;</w:t>
        <w:br/>
        <w:t>Пес спинивсь і через тин!&lt;br /&gt;</w:t>
        <w:br/>
        <w:t>"Ось де злодій!" — крикнув Хрін.</w:t>
      </w:r>
    </w:p>
    <w:p>
      <w:r>
        <w:br/>
        <w:t>"Але ж хата щось знайома&amp;hellip;&lt;br /&gt;</w:t>
        <w:br/>
        <w:t>Та це ж, лишенько, я вдома!&lt;br /&gt;</w:t>
        <w:br/>
        <w:t>Це схотілось їсти псу?!&lt;br /&gt;</w:t>
        <w:br/>
        <w:t>Він же нюхав ковбасу!</w:t>
      </w:r>
    </w:p>
    <w:p>
      <w:r>
        <w:br/>
        <w:t>Це від жиру та безділля&lt;br /&gt;</w:t>
        <w:br/>
        <w:t>Він дійшов до божевілля...&lt;br /&gt;</w:t>
        <w:br/>
        <w:t>Та, коли мій пес здурів,&lt;br /&gt;</w:t>
        <w:br/>
        <w:t>Я чому це біг і прів?!</w:t>
      </w:r>
    </w:p>
    <w:p>
      <w:r>
        <w:br/>
        <w:t>Ну, провчу ж його, потвору!"&lt;br /&gt;</w:t>
        <w:br/>
        <w:t>Пес сховався під комору,&lt;br /&gt;</w:t>
        <w:br/>
        <w:t>Поглядав на свій живіт&lt;br /&gt;</w:t>
        <w:br/>
        <w:t>І травив цупкий обід.</w:t>
      </w:r>
    </w:p>
    <w:p>
      <w:r>
        <w:br/>
        <w:t>IX</w:t>
      </w:r>
    </w:p>
    <w:p>
      <w:r>
        <w:br/>
        <w:t>Щасливий кінець</w:t>
      </w:r>
    </w:p>
    <w:p>
      <w:r>
        <w:br/>
        <w:t>Так дістався Хрін додому...&lt;br /&gt;</w:t>
        <w:br/>
        <w:t>Та, не дивлячись на втому,&lt;br /&gt;</w:t>
        <w:br/>
        <w:t>Не хотів спочити він.&lt;br /&gt;</w:t>
        <w:br/>
        <w:t>Сів і думати став Хрін:</w:t>
      </w:r>
    </w:p>
    <w:p>
      <w:r>
        <w:br/>
        <w:t>Що за каторжна причина,&lt;br /&gt;</w:t>
        <w:br/>
        <w:t>Що весь час невдачі в Хріна,&lt;br /&gt;</w:t>
        <w:br/>
        <w:t>І чому тікають пси&lt;br /&gt;</w:t>
        <w:br/>
        <w:t>То додому, то в ліси.</w:t>
      </w:r>
    </w:p>
    <w:p>
      <w:r>
        <w:br/>
        <w:t>Гарний пес є на прикметі...&lt;br /&gt;</w:t>
        <w:br/>
        <w:t>Чи не втне таке і третій?&lt;br /&gt;</w:t>
        <w:br/>
        <w:t>Чи не винен Хрін, бува?&lt;br /&gt;</w:t>
        <w:br/>
        <w:t>Закрутилась голова.</w:t>
      </w:r>
    </w:p>
    <w:p>
      <w:r>
        <w:br/>
        <w:t>Завертілась... а крізь мури&lt;br /&gt;</w:t>
        <w:br/>
        <w:t>Чути, як сміються кури:&lt;br /&gt;</w:t>
        <w:br/>
        <w:t>"Ну, й мисливець, ну, й дивак!&lt;br /&gt;</w:t>
        <w:br/>
        <w:t>Морить голодом собак.</w:t>
      </w:r>
    </w:p>
    <w:p>
      <w:r>
        <w:br/>
        <w:t>Де б той дурень відшукався,&lt;br /&gt;</w:t>
        <w:br/>
        <w:t>Щоб на Хріна покладався?&lt;br /&gt;</w:t>
        <w:br/>
        <w:t>Ну, наприклад, ми чогось&lt;br /&gt;</w:t>
        <w:br/>
        <w:t>У сусіди несемось.</w:t>
      </w:r>
    </w:p>
    <w:p>
      <w:r>
        <w:br/>
        <w:t>За якісь дурні яєчка&lt;br /&gt;</w:t>
        <w:br/>
        <w:t>В нас щодня пшениця, гречка.&lt;br /&gt;</w:t>
        <w:br/>
        <w:t>Хріну ж... пісеньку дзвінку:&lt;br /&gt;</w:t>
        <w:br/>
        <w:t>"Ко-ко-ко, ку-ку-рі-ку!"</w:t>
      </w:r>
    </w:p>
    <w:p>
      <w:r>
        <w:br/>
        <w:t>Хрін збагнув... По лобі вдарив,&lt;br /&gt;</w:t>
        <w:br/>
        <w:t>Спалахнув з думок-пожарів,&lt;br /&gt;</w:t>
        <w:br/>
        <w:t>Зрозумів курей і псів&lt;br /&gt;</w:t>
        <w:br/>
        <w:t>І, як рак, почервонів.</w:t>
      </w:r>
    </w:p>
    <w:p>
      <w:r>
        <w:br/>
        <w:t>Вже ясна причина втечі...&lt;br /&gt;</w:t>
        <w:br/>
        <w:t>Не чекав, метнувсь до печі:&lt;br /&gt;</w:t>
        <w:br/>
        <w:t>Зашкварчала ковбаса...&lt;br /&gt;</w:t>
        <w:br/>
        <w:t>Хрін поліз і витяг пса.</w:t>
      </w:r>
    </w:p>
    <w:p>
      <w:r>
        <w:br/>
        <w:t>Посадив його на лаву,&lt;br /&gt;</w:t>
        <w:br/>
        <w:t>Підсував найкращу страву,&lt;br /&gt;</w:t>
        <w:br/>
        <w:t>Обнімав і гладив пса:&lt;br /&gt;</w:t>
        <w:br/>
        <w:t>"Їж: це, знаєш, ковбаса,</w:t>
      </w:r>
    </w:p>
    <w:p>
      <w:r>
        <w:br/>
        <w:t>Їж, серденько: це не шкодить..."&lt;br /&gt;</w:t>
        <w:br/>
        <w:t>За столом і смак приходить:&lt;br /&gt;</w:t>
        <w:br/>
        <w:t>Пес хоч в лісі мав обід,&lt;br /&gt;</w:t>
        <w:br/>
        <w:t>А наївся й тут як слід.</w:t>
      </w:r>
    </w:p>
    <w:p>
      <w:r>
        <w:br/>
        <w:t>І все думав: дива в світі...&lt;br /&gt;</w:t>
        <w:br/>
        <w:t>Тяжко навіть зрозуміти,&lt;br /&gt;</w:t>
        <w:br/>
        <w:t>Як не думав би й не прів...&lt;br /&gt;</w:t>
        <w:br/>
        <w:t>Мабуть, просто Хрін здурів.</w:t>
      </w:r>
    </w:p>
    <w:p>
      <w:r>
        <w:br/>
        <w:t>Гляньте — робить знов дурниці:&lt;br /&gt;</w:t>
        <w:br/>
        <w:t>Мірку висипав пшениці&lt;br /&gt;</w:t>
        <w:br/>
        <w:t>І, дивуючи людей,&lt;br /&gt;</w:t>
        <w:br/>
        <w:t>"Ціп-ціп",— скликує курей.</w:t>
      </w:r>
    </w:p>
    <w:p>
      <w:r>
        <w:br/>
        <w:t>Кури більше не сміються,&lt;br /&gt;</w:t>
        <w:br/>
        <w:t>А клюють, кричать, скубуться&lt;br /&gt;</w:t>
        <w:br/>
        <w:t>І, хоч вже для їх пора,&lt;br /&gt;</w:t>
        <w:br/>
        <w:t>Не тікають із двора,</w:t>
      </w:r>
    </w:p>
    <w:p>
      <w:r>
        <w:br/>
        <w:t>Сю ніч Хріну добре спалось,&lt;br /&gt;</w:t>
        <w:br/>
        <w:t>Все до його усміхалось:&lt;br /&gt;</w:t>
        <w:br/>
        <w:t>Сонце, ниви, ліс, луги,&lt;br /&gt;</w:t>
        <w:br/>
        <w:t>Навіть люті вороги.</w:t>
      </w:r>
    </w:p>
    <w:p>
      <w:r>
        <w:br/>
        <w:t>Більше заєць не знущався,&lt;br /&gt;</w:t>
        <w:br/>
        <w:t>Мовчки лапкою вмивався&lt;br /&gt;</w:t>
        <w:br/>
        <w:t>І показував, куди&lt;br /&gt;</w:t>
        <w:br/>
        <w:t>Кличуть лисячі сліди.</w:t>
      </w:r>
    </w:p>
    <w:p>
      <w:r>
        <w:br/>
        <w:t>А за пару днів в стодолі&lt;br /&gt;</w:t>
        <w:br/>
        <w:t>(Не було цього ніколи!)&lt;br /&gt;</w:t>
        <w:br/>
        <w:t>Хрін знайшов копу яєць&lt;br /&gt;</w:t>
        <w:br/>
        <w:t>І заплакав, хоч стрілець.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 Хрін та його пси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