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Міста й музи</w:t>
      </w:r>
    </w:p>
    <w:p>
      <w:r>
        <w:br/>
        <w:t xml:space="preserve"> Дубове листя, терези купців, цигани,&lt;br /&gt;</w:t>
        <w:br/>
        <w:t>щоденний гамір і щоночі вічні зорі.&lt;br /&gt;</w:t>
        <w:br/>
        <w:t>Життя, що найтрудніше із мистецтв. Догана&lt;br /&gt;</w:t>
        <w:br/>
        <w:t>за кожний зайвий день. Жде ніч – суддя суворий.</w:t>
      </w:r>
    </w:p>
    <w:p>
      <w:r>
        <w:br/>
        <w:t>Уста солодкомовні зрадять. Може, спомин&lt;br /&gt;</w:t>
        <w:br/>
        <w:t>не лишиться з турбот, що нам орали чола.&lt;br /&gt;</w:t>
        <w:br/>
        <w:t>Крило плаща із пліч. Крило вітрів над домом,&lt;br /&gt;</w:t>
        <w:br/>
        <w:t>вузли димів, що в'яжуть небо з міста колом.</w:t>
      </w:r>
    </w:p>
    <w:p>
      <w:r>
        <w:br/>
        <w:t>Герої, мужоложники, поети, дійсно,&lt;br /&gt;</w:t>
        <w:br/>
        <w:t>чесноти квіття і на простиралі плями,&lt;br /&gt;</w:t>
        <w:br/>
        <w:t>дні й ночі, хлопців соромливих солодійство,&lt;br /&gt;</w:t>
        <w:br/>
        <w:t>і жарти шулерів, і смутку темні ями.</w:t>
      </w:r>
    </w:p>
    <w:p>
      <w:r>
        <w:br/>
        <w:t>Десь крекче катеринка, довгі світла смуги&lt;br /&gt;</w:t>
        <w:br/>
        <w:t>вирують на обличчях, мов павині пера,&lt;br /&gt;</w:t>
        <w:br/>
        <w:t>а людська доля в дзьобику кривім папуги&lt;br /&gt;</w:t>
        <w:br/>
        <w:t>колишеться шматком дешевого паперу:&lt;br /&gt;</w:t>
        <w:br/>
        <w:t>кохання,&lt;br /&gt;</w:t>
        <w:br/>
        <w:t>подорож,&lt;br /&gt;</w:t>
        <w:br/>
        <w:t>розлука,&lt;br /&gt;</w:t>
        <w:br/>
        <w:t>слава,&lt;br /&gt;</w:t>
        <w:br/>
        <w:t>успіх —&lt;br /&gt;</w:t>
        <w:br/>
        <w:t>за двадцять сотиків[86] купити можна щастя.&lt;br /&gt;</w:t>
        <w:br/>
        <w:t>Сплітається і розплітається дня усміх,&lt;br /&gt;</w:t>
        <w:br/>
        <w:t>папуга, пісня й сонця золоте причастя.</w:t>
      </w:r>
    </w:p>
    <w:p>
      <w:r>
        <w:br/>
        <w:t>Неждані зустрічі. Оркестри грають в парках.&lt;br /&gt;</w:t>
        <w:br/>
        <w:t>Проходять сім’ї чесні й на дітей багаті.&lt;br /&gt;</w:t>
        <w:br/>
        <w:t>Злий вітер, що натхненням людську розпач шарпав,&lt;br /&gt;</w:t>
        <w:br/>
        <w:t>вже тихне. Карт букети і хмаринок лети.</w:t>
      </w:r>
    </w:p>
    <w:p>
      <w:r>
        <w:br/>
        <w:t>Тінь долі крил. Крихка тростина й квіття жертви.&lt;br /&gt;</w:t>
        <w:br/>
        <w:t>І в цифри ловим струм натхнення, дивну чудність&lt;br /&gt;</w:t>
        <w:br/>
        <w:t>найменших справ вдягаєм в правди стислі й вперті,&lt;br /&gt;</w:t>
        <w:br/>
        <w:t>хоч непомильна лиш одна екстази мудрість.</w:t>
      </w:r>
    </w:p>
    <w:p>
      <w:r>
        <w:br/>
        <w:t>20 травня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Міста й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