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</w:t>
      </w:r>
    </w:p>
    <w:p>
      <w:r>
        <w:br/>
        <w:t xml:space="preserve"> В степах, де гриміла&lt;br /&gt;</w:t>
        <w:br/>
        <w:t>Козацькая сила,&lt;br /&gt;</w:t>
        <w:br/>
        <w:t>Від світу-потопу&lt;br /&gt;</w:t>
        <w:br/>
        <w:t>Лежала могила.&lt;br /&gt;</w:t>
        <w:br/>
        <w:t>Лежала могила,&lt;br /&gt;</w:t>
        <w:br/>
        <w:t>Як тая цариця,&lt;br /&gt;</w:t>
        <w:br/>
        <w:t>Що ї зашептала&lt;br /&gt;</w:t>
        <w:br/>
        <w:t>На сон чарівниця.&lt;br /&gt;</w:t>
        <w:br/>
        <w:t>І стан її пишний&lt;br /&gt;</w:t>
        <w:br/>
        <w:t>Трава покривала,&lt;br /&gt;</w:t>
        <w:br/>
        <w:t>І голову сонну&lt;br /&gt;</w:t>
        <w:br/>
        <w:t>Калина вбирала.&lt;br /&gt;</w:t>
        <w:br/>
        <w:t>І гілля калини&lt;br /&gt;</w:t>
        <w:br/>
        <w:t>Плелося косами,&lt;br /&gt;</w:t>
        <w:br/>
        <w:t>І кетяги красні&lt;br /&gt;</w:t>
        <w:br/>
        <w:t>Спадали биндами.&lt;br /&gt;</w:t>
        <w:br/>
        <w:t>Із лівого боку,&lt;br /&gt;</w:t>
        <w:br/>
        <w:t>Словами ізрита,&lt;br /&gt;</w:t>
        <w:br/>
        <w:t>Лежала край неї&lt;br /&gt;</w:t>
        <w:br/>
        <w:t>Камінная плита.&lt;br /&gt;</w:t>
        <w:br/>
        <w:t>Чи прошлого пам'ять,&lt;br /&gt;</w:t>
        <w:br/>
        <w:t>Чи того, що буде, —&lt;br /&gt;</w:t>
        <w:br/>
        <w:t>Що писано в нії,&lt;br /&gt;</w:t>
        <w:br/>
        <w:t>Не відають люди.&lt;br /&gt;</w:t>
        <w:br/>
        <w:t>Як військо, чорнобиль&lt;br /&gt;</w:t>
        <w:br/>
        <w:t>Стояв на сторожі,&lt;br /&gt;</w:t>
        <w:br/>
        <w:t>І пісні їй піли&lt;br /&gt;</w:t>
        <w:br/>
        <w:t>Пташенята божі.&lt;br /&gt;</w:t>
        <w:br/>
        <w:t>Скажіть мені, люди,&lt;br /&gt;</w:t>
        <w:br/>
        <w:t>Кому з вас не мила,&lt;br /&gt;</w:t>
        <w:br/>
        <w:t>Кому з вас не люба&lt;br /&gt;</w:t>
        <w:br/>
        <w:t>Була та могила.&lt;br /&gt;</w:t>
        <w:br/>
        <w:t>Зійдітеся ж, люди,&lt;br /&gt;</w:t>
        <w:br/>
        <w:t>Край дороги станьте…&lt;br /&gt;</w:t>
        <w:br/>
        <w:t>Стисніть своє серце —&lt;br /&gt;</w:t>
        <w:br/>
        <w:t>На могилу гляньте!..&lt;br /&gt;</w:t>
        <w:br/>
        <w:t>Могило-могило!&lt;br /&gt;</w:t>
        <w:br/>
        <w:t>Ти, пишна могило!..&lt;br /&gt;</w:t>
        <w:br/>
        <w:t>Де ділися чари,&lt;br /&gt;</w:t>
        <w:br/>
        <w:t>Краса куди сплила?..&lt;br /&gt;</w:t>
        <w:br/>
        <w:t>Коса із биндами&lt;br /&gt;</w:t>
        <w:br/>
        <w:t>Лежить край дороги,&lt;br /&gt;</w:t>
        <w:br/>
        <w:t>Покошене військо&lt;br /&gt;</w:t>
        <w:br/>
        <w:t>Доломлюють ноги.&lt;br /&gt;</w:t>
        <w:br/>
        <w:t>Пройшли тяжкі плуги&lt;br /&gt;</w:t>
        <w:br/>
        <w:t>Через твоє тіло,&lt;br /&gt;</w:t>
        <w:br/>
        <w:t>І пишнеє тіло,&lt;br /&gt;</w:t>
        <w:br/>
        <w:t>Як вуголь, зчорніло…&lt;br /&gt;</w:t>
        <w:br/>
        <w:t>І тілько лиш камінь&lt;br /&gt;</w:t>
        <w:br/>
        <w:t>Край нього біліє,&lt;br /&gt;</w:t>
        <w:br/>
        <w:t>Но вже письмо друге&lt;br /&gt;</w:t>
        <w:br/>
        <w:t>На ньому рябіє!&lt;br /&gt;</w:t>
        <w:br/>
        <w:t>І поле чорніє,&lt;br /&gt;</w:t>
        <w:br/>
        <w:t>Коріння зсихає…&lt;br /&gt;</w:t>
        <w:br/>
        <w:t>І бусел перистий&lt;br /&gt;</w:t>
        <w:br/>
        <w:t>По скибах ступає…&lt;br /&gt;</w:t>
        <w:br/>
        <w:t>Споров плуг тяженький,&lt;br /&gt;</w:t>
        <w:br/>
        <w:t>Задряпало рало,&lt;br /&gt;</w:t>
        <w:br/>
        <w:t>І в рани насіння&lt;br /&gt;</w:t>
        <w:br/>
        <w:t>Нерідне запало.&lt;br /&gt;</w:t>
        <w:br/>
        <w:t>Запало насіння,&lt;br /&gt;</w:t>
        <w:br/>
        <w:t>Коріння пускає&lt;br /&gt;</w:t>
        <w:br/>
        <w:t>І силу чужую&lt;br /&gt;</w:t>
        <w:br/>
        <w:t>Без жалю спиває…&lt;br /&gt;</w:t>
        <w:br/>
        <w:t>І в місяців кілька&lt;br /&gt;</w:t>
        <w:br/>
        <w:t>Край тої могили&lt;br /&gt;</w:t>
        <w:br/>
        <w:t>З чорнобилем разом&lt;br /&gt;</w:t>
        <w:br/>
        <w:t>Коноплі вродили!..&lt;br /&gt;</w:t>
        <w:br/>
        <w:t>Чорнобилю много!&lt;br /&gt;</w:t>
        <w:br/>
        <w:t>Подивіться, люди!&lt;br /&gt;</w:t>
        <w:br/>
        <w:t>Но бог святий знає,&lt;br /&gt;</w:t>
        <w:br/>
        <w:t>Що то за рік буде…&lt;br /&gt;</w:t>
        <w:br/>
        <w:t>Де була калина,&lt;br /&gt;</w:t>
        <w:br/>
        <w:t>Там нап'ята буда…&lt;br /&gt;</w:t>
        <w:br/>
        <w:t>Не верху могили&lt;br /&gt;</w:t>
        <w:br/>
        <w:t>Чорнобилю груда…&lt;br /&gt;</w:t>
        <w:br/>
        <w:t>І димить чорнобиль,&lt;br /&gt;</w:t>
        <w:br/>
        <w:t>Заким запалає…&lt;br /&gt;</w:t>
        <w:br/>
        <w:t>І "Вічную пам'ять"&lt;br /&gt;</w:t>
        <w:br/>
        <w:t>Божий птах співає…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