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слово</w:t>
      </w:r>
    </w:p>
    <w:p>
      <w:r>
        <w:br/>
        <w:t xml:space="preserve"> &lt;p&gt;Білими губами упівголос буду вам казати за себе. Ні скарги, ні смутку, ні радості в слові не чуйте!</w:t>
      </w:r>
    </w:p>
    <w:p>
      <w:r>
        <w:br/>
        <w:t>Я пішов від мами у біленькій сорочці, сам білий.</w:t>
      </w:r>
    </w:p>
    <w:p>
      <w:r>
        <w:br/>
        <w:t>З білої сорочки сміялися. Кривдили мене і ранили.</w:t>
      </w:r>
    </w:p>
    <w:p>
      <w:r>
        <w:br/>
        <w:t>І я ходив тихонько, як біленький кіт.</w:t>
      </w:r>
    </w:p>
    <w:p>
      <w:r>
        <w:br/>
        <w:t>Я чув свою підлість за тихий хід, і кров моя діточа з серця капала.</w:t>
      </w:r>
    </w:p>
    <w:p>
      <w:r>
        <w:br/>
        <w:t>А спав я у наймленій хаті посеред брудних туловищ, сплетених розпустою.</w:t>
      </w:r>
    </w:p>
    <w:p>
      <w:r>
        <w:br/>
        <w:t>Листочок білої берези на сміттю.</w:t>
      </w:r>
    </w:p>
    <w:p>
      <w:r>
        <w:br/>
        <w:t>Я скинув мамину сорочку. Мій діточий світ і далеке покоління мужицьке лишилося за мною.</w:t>
      </w:r>
    </w:p>
    <w:p>
      <w:r>
        <w:br/>
        <w:t>Передо мною стояв новий світ, новий і чорний.</w:t>
      </w:r>
    </w:p>
    <w:p>
      <w:r>
        <w:br/>
        <w:t>Я ловився за його поли, а він згірдно глядів на мене.</w:t>
      </w:r>
    </w:p>
    <w:p>
      <w:r>
        <w:br/>
        <w:t>Як жебрак маленький.</w:t>
      </w:r>
    </w:p>
    <w:p>
      <w:r>
        <w:br/>
        <w:t>Я занімів був із болю. І мовчав я довгі, довгі роки.</w:t>
      </w:r>
    </w:p>
    <w:p>
      <w:r>
        <w:br/>
        <w:t>Мої слова невимовлені, мій плач недоплаканий, мій сміх недосміяний!</w:t>
      </w:r>
    </w:p>
    <w:p>
      <w:r>
        <w:br/>
        <w:t>Лягли ви на мене, як лягає чорне каміння зломаного хреста на могилу в чужині!</w:t>
      </w:r>
    </w:p>
    <w:p>
      <w:r>
        <w:br/>
        <w:t>Я найшов товаришів.</w:t>
      </w:r>
    </w:p>
    <w:p>
      <w:r>
        <w:br/>
        <w:t>Вони погодилися з новим світом. Я говорив їм про мій покинений і про новий, що кривдив нас.</w:t>
      </w:r>
    </w:p>
    <w:p>
      <w:r>
        <w:br/>
        <w:t>Казали, що брешу.</w:t>
      </w:r>
    </w:p>
    <w:p>
      <w:r>
        <w:br/>
        <w:t>А я рвався, і падав у болото із знесилля, і не уступав.</w:t>
      </w:r>
    </w:p>
    <w:p>
      <w:r>
        <w:br/>
        <w:t>Сказали, що я брехун іще раз. І покинули мене.</w:t>
      </w:r>
    </w:p>
    <w:p>
      <w:r>
        <w:br/>
        <w:t>А як я плакав, то мама ридала:</w:t>
      </w:r>
    </w:p>
    <w:p>
      <w:r>
        <w:br/>
        <w:t>— Ти сам з собою будь, бо пани тебе не приймуть. Не покидати було мене.</w:t>
      </w:r>
    </w:p>
    <w:p>
      <w:r>
        <w:br/>
        <w:t>І лишився я, як корч лугу серед поля.</w:t>
      </w:r>
    </w:p>
    <w:p>
      <w:r>
        <w:br/>
        <w:t>Я сидів посеред піль.</w:t>
      </w:r>
    </w:p>
    <w:p>
      <w:r>
        <w:br/>
        <w:t>Мої думки снувалися довгими скибами плодючої ріллі. Ссали землю і годували мене самотою.</w:t>
      </w:r>
    </w:p>
    <w:p>
      <w:r>
        <w:br/>
        <w:t>І ще приносили солений піт і тихі пісні, що снувалися за орачем, за плугом і за погоничем. І поїли мене тим спокоєм, що мріє над ярами волів у плузі.</w:t>
      </w:r>
    </w:p>
    <w:p>
      <w:r>
        <w:br/>
        <w:t>Бачив я ще маленькі огники між маленькими пастухами і вівці по полю.</w:t>
      </w:r>
    </w:p>
    <w:p>
      <w:r>
        <w:br/>
        <w:t>Я тут буду, як буйний вітер, панувати, заспіваю свою пісню!</w:t>
      </w:r>
    </w:p>
    <w:p>
      <w:r>
        <w:br/>
        <w:t>Я сотворив собі свій світ.</w:t>
      </w:r>
    </w:p>
    <w:p>
      <w:r>
        <w:br/>
        <w:t>Праворуч мене синє поле, і чорні скиби, і білий плуг, і пісня, і піт солений.</w:t>
      </w:r>
    </w:p>
    <w:p>
      <w:r>
        <w:br/>
        <w:t>Ліворуч чорна машина, що з червоного рота прокльоном стогне.</w:t>
      </w:r>
    </w:p>
    <w:p>
      <w:r>
        <w:br/>
        <w:t>А в серці моїм мій світ шовком тканий, сріблом білим мережаний і перлами обкинений.</w:t>
      </w:r>
    </w:p>
    <w:p>
      <w:r>
        <w:br/>
        <w:t>У своїм царстві.</w:t>
      </w:r>
    </w:p>
    <w:p>
      <w:r>
        <w:br/>
        <w:t>Буду свій світ різьбити, як камінь.</w:t>
      </w:r>
    </w:p>
    <w:p>
      <w:r>
        <w:br/>
        <w:t>Слово своє буду гострити на кремені моєї душі і, намочене в труті-зіллі, пускати буду наліво...</w:t>
      </w:r>
    </w:p>
    <w:p>
      <w:r>
        <w:br/>
        <w:t>І слово своє ламати буду на ясні соняшні промінчики, і замочу його в кожній чічці, і пускати буду направо.</w:t>
      </w:r>
    </w:p>
    <w:p>
      <w:r>
        <w:br/>
        <w:t>А свій камінь буду різьбити все, все! Аж на могилу свою його покладу як мертву красу.</w:t>
      </w:r>
    </w:p>
    <w:p>
      <w:r>
        <w:br/>
        <w:t>А вишня в моїх головах возьме всі мої болі на свій цвіт.</w:t>
      </w:r>
    </w:p>
    <w:p>
      <w:r>
        <w:br/>
        <w:t>А в своїм світі я жию, жию!</w:t>
      </w:r>
    </w:p>
    <w:p>
      <w:r>
        <w:br/>
        <w:t>Як безумний, бреду хмарою своєї фантазії.</w:t>
      </w:r>
    </w:p>
    <w:p>
      <w:r>
        <w:br/>
        <w:t>Сто раз розпускаю сили своєї душі, аби далекими світами відшукали мені щастя моє.</w:t>
      </w:r>
    </w:p>
    <w:p>
      <w:r>
        <w:br/>
        <w:t>По тихім ставу моєї минувшини пливуть неводи сердечних моїх бажань, аби виловити всі ясні хвилі життя мого.</w:t>
      </w:r>
    </w:p>
    <w:p>
      <w:r>
        <w:br/>
        <w:t>Але неводи рвуться і не годні нічого зловити.</w:t>
      </w:r>
    </w:p>
    <w:p>
      <w:r>
        <w:br/>
        <w:t>Вертають до мене помучені і без нічого — як мужики з лану.</w:t>
      </w:r>
    </w:p>
    <w:p>
      <w:r>
        <w:br/>
        <w:t>І я, смутний, дрімаю на хмарах.</w:t>
      </w:r>
    </w:p>
    <w:p>
      <w:r>
        <w:br/>
        <w:t>А як грім трісне, то я здоймаю чоло вгору наново.</w:t>
      </w:r>
    </w:p>
    <w:p>
      <w:r>
        <w:br/>
        <w:t>І лечу, лечу на чорних хмарах...</w:t>
      </w:r>
    </w:p>
    <w:p>
      <w:r>
        <w:br/>
        <w:t>Золотою стрілою прорізую світляні висоти.</w:t>
      </w:r>
    </w:p>
    <w:p>
      <w:r>
        <w:br/>
        <w:t>В чорний чупер ховаються звізди, як у чорну хмару.</w:t>
      </w:r>
    </w:p>
    <w:p>
      <w:r>
        <w:br/>
        <w:t>Студені хмари від моїх очей теплим дощем спускаються на землю.</w:t>
      </w:r>
    </w:p>
    <w:p>
      <w:r>
        <w:br/>
        <w:t>Але сонця дійти я не годен.</w:t>
      </w:r>
    </w:p>
    <w:p>
      <w:r>
        <w:br/>
        <w:t>І падаю з високості вдолину.</w:t>
      </w:r>
    </w:p>
    <w:p>
      <w:r>
        <w:br/>
        <w:t>Як старий жовняр деревляними ногами блукає, так я блукаю.</w:t>
      </w:r>
    </w:p>
    <w:p>
      <w:r>
        <w:br/>
        <w:t>А крила гояться, і я знов лечу до сонця, до щастя.</w:t>
      </w:r>
    </w:p>
    <w:p>
      <w:r>
        <w:br/>
        <w:t>І знов ріжу зводи небесні і падаю.</w:t>
      </w:r>
    </w:p>
    <w:p>
      <w:r>
        <w:br/>
        <w:t>Я був щасливий.</w:t>
      </w:r>
    </w:p>
    <w:p>
      <w:r>
        <w:br/>
        <w:t>Коли я глядів дитиною на мамині очі, як по них сунулися тихесенько пречисті хмарки щастя,— я був щасливий.</w:t>
      </w:r>
    </w:p>
    <w:p>
      <w:r>
        <w:br/>
        <w:t>А тепер на ті очі смерть долоню поклала.</w:t>
      </w:r>
    </w:p>
    <w:p>
      <w:r>
        <w:br/>
        <w:t>А я шукаю щастя під небом і падаю...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